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0B91A" w14:textId="347157BE" w:rsidR="0030064E" w:rsidRDefault="005F36C3" w:rsidP="003D3AFB">
      <w:pPr>
        <w:pStyle w:val="Heading2"/>
        <w:spacing w:before="0" w:after="240"/>
        <w:rPr>
          <w:rFonts w:ascii="Arial" w:hAnsi="Arial" w:cs="Arial"/>
          <w:color w:val="31849B" w:themeColor="accent5" w:themeShade="BF"/>
          <w:sz w:val="36"/>
          <w:szCs w:val="36"/>
        </w:rPr>
      </w:pPr>
      <w:r>
        <w:rPr>
          <w:rFonts w:ascii="Arial" w:hAnsi="Arial" w:cs="Arial"/>
          <w:noProof/>
          <w:color w:val="31849B" w:themeColor="accent5" w:themeShade="BF"/>
          <w:sz w:val="36"/>
          <w:szCs w:val="36"/>
        </w:rPr>
        <mc:AlternateContent>
          <mc:Choice Requires="wps">
            <w:drawing>
              <wp:anchor distT="0" distB="0" distL="114300" distR="114300" simplePos="0" relativeHeight="251643392" behindDoc="0" locked="0" layoutInCell="1" allowOverlap="1" wp14:anchorId="283C5838" wp14:editId="655F90BF">
                <wp:simplePos x="0" y="0"/>
                <wp:positionH relativeFrom="page">
                  <wp:align>right</wp:align>
                </wp:positionH>
                <wp:positionV relativeFrom="paragraph">
                  <wp:posOffset>-744220</wp:posOffset>
                </wp:positionV>
                <wp:extent cx="7762875" cy="10106025"/>
                <wp:effectExtent l="0" t="0" r="9525" b="9525"/>
                <wp:wrapNone/>
                <wp:docPr id="459054773" name="Rectangle 41"/>
                <wp:cNvGraphicFramePr/>
                <a:graphic xmlns:a="http://schemas.openxmlformats.org/drawingml/2006/main">
                  <a:graphicData uri="http://schemas.microsoft.com/office/word/2010/wordprocessingShape">
                    <wps:wsp>
                      <wps:cNvSpPr/>
                      <wps:spPr>
                        <a:xfrm>
                          <a:off x="0" y="0"/>
                          <a:ext cx="7762875" cy="10106025"/>
                        </a:xfrm>
                        <a:prstGeom prst="rect">
                          <a:avLst/>
                        </a:prstGeom>
                        <a:solidFill>
                          <a:srgbClr val="E8F4F8"/>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27697" id="Rectangle 41" o:spid="_x0000_s1026" style="position:absolute;margin-left:560.05pt;margin-top:-58.6pt;width:611.25pt;height:795.75pt;z-index:25164339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" fillcolor="#e8f4f8" stroked="f">
                <w10:wrap anchorx="page"/>
              </v:rect>
            </w:pict>
          </mc:Fallback>
        </mc:AlternateContent>
      </w:r>
    </w:p>
    <w:p w14:paraId="6B18990E" w14:textId="7F25B779" w:rsidR="0030064E" w:rsidRDefault="0030064E" w:rsidP="003D3AFB">
      <w:pPr>
        <w:pStyle w:val="Heading2"/>
        <w:spacing w:before="0" w:after="240"/>
        <w:rPr>
          <w:rFonts w:ascii="Arial" w:hAnsi="Arial" w:cs="Arial"/>
          <w:color w:val="31849B" w:themeColor="accent5" w:themeShade="BF"/>
          <w:sz w:val="36"/>
          <w:szCs w:val="36"/>
        </w:rPr>
      </w:pPr>
    </w:p>
    <w:p w14:paraId="6C0BF58E" w14:textId="358ABE9B" w:rsidR="0030064E" w:rsidRDefault="0030064E" w:rsidP="0030064E">
      <w:pPr>
        <w:pStyle w:val="Title"/>
        <w:pBdr>
          <w:bottom w:val="none" w:sz="0" w:space="0" w:color="auto"/>
        </w:pBdr>
        <w:rPr>
          <w:rFonts w:ascii="Arial" w:hAnsi="Arial" w:cs="Arial"/>
          <w:b/>
          <w:bCs/>
        </w:rPr>
      </w:pPr>
    </w:p>
    <w:p w14:paraId="01AF5C3C" w14:textId="174D7B29" w:rsidR="0030064E" w:rsidRDefault="0030064E" w:rsidP="0030064E">
      <w:pPr>
        <w:pStyle w:val="Title"/>
        <w:pBdr>
          <w:bottom w:val="none" w:sz="0" w:space="0" w:color="auto"/>
        </w:pBdr>
        <w:rPr>
          <w:rFonts w:ascii="Arial" w:hAnsi="Arial" w:cs="Arial"/>
          <w:b/>
          <w:bCs/>
        </w:rPr>
      </w:pPr>
    </w:p>
    <w:p w14:paraId="172A7FFF" w14:textId="53EDEF21" w:rsidR="0030064E" w:rsidRDefault="0030064E" w:rsidP="0030064E">
      <w:pPr>
        <w:pStyle w:val="Title"/>
        <w:pBdr>
          <w:bottom w:val="none" w:sz="0" w:space="0" w:color="auto"/>
        </w:pBdr>
        <w:rPr>
          <w:rFonts w:ascii="Arial" w:hAnsi="Arial" w:cs="Arial"/>
          <w:b/>
          <w:bCs/>
        </w:rPr>
      </w:pPr>
    </w:p>
    <w:p w14:paraId="5B53D8F2" w14:textId="1130C59C" w:rsidR="000433B6" w:rsidRDefault="00963465" w:rsidP="003123D7">
      <w:pPr>
        <w:pStyle w:val="Title"/>
        <w:pBdr>
          <w:bottom w:val="none" w:sz="0" w:space="0" w:color="auto"/>
        </w:pBdr>
        <w:jc w:val="center"/>
        <w:rPr>
          <w:rFonts w:ascii="Arial" w:hAnsi="Arial" w:cs="Arial"/>
          <w:b/>
          <w:bCs/>
          <w:sz w:val="64"/>
          <w:szCs w:val="64"/>
        </w:rPr>
      </w:pPr>
      <w:r>
        <w:rPr>
          <w:rFonts w:ascii="Arial" w:hAnsi="Arial" w:cs="Arial"/>
          <w:noProof/>
          <w:color w:val="31849B" w:themeColor="accent5" w:themeShade="BF"/>
          <w:sz w:val="36"/>
          <w:szCs w:val="36"/>
        </w:rPr>
        <mc:AlternateContent>
          <mc:Choice Requires="wps">
            <w:drawing>
              <wp:anchor distT="0" distB="0" distL="114300" distR="114300" simplePos="0" relativeHeight="251671040" behindDoc="0" locked="0" layoutInCell="1" allowOverlap="1" wp14:anchorId="305FA6BE" wp14:editId="02C1CC84">
                <wp:simplePos x="0" y="0"/>
                <wp:positionH relativeFrom="margin">
                  <wp:align>right</wp:align>
                </wp:positionH>
                <wp:positionV relativeFrom="paragraph">
                  <wp:posOffset>328513</wp:posOffset>
                </wp:positionV>
                <wp:extent cx="6143625" cy="993228"/>
                <wp:effectExtent l="0" t="0" r="0" b="0"/>
                <wp:wrapNone/>
                <wp:docPr id="1789891461" name="Text Box 40"/>
                <wp:cNvGraphicFramePr/>
                <a:graphic xmlns:a="http://schemas.openxmlformats.org/drawingml/2006/main">
                  <a:graphicData uri="http://schemas.microsoft.com/office/word/2010/wordprocessingShape">
                    <wps:wsp>
                      <wps:cNvSpPr txBox="1"/>
                      <wps:spPr>
                        <a:xfrm>
                          <a:off x="0" y="0"/>
                          <a:ext cx="6143625" cy="993228"/>
                        </a:xfrm>
                        <a:prstGeom prst="rect">
                          <a:avLst/>
                        </a:prstGeom>
                        <a:noFill/>
                        <a:ln w="6350">
                          <a:noFill/>
                        </a:ln>
                      </wps:spPr>
                      <wps:txbx>
                        <w:txbxContent>
                          <w:p w14:paraId="63690138" w14:textId="77777777" w:rsidR="00963465" w:rsidRPr="005F36C3" w:rsidRDefault="00963465" w:rsidP="00963465">
                            <w:pPr>
                              <w:pStyle w:val="Title"/>
                              <w:pBdr>
                                <w:bottom w:val="none" w:sz="0" w:space="0" w:color="auto"/>
                              </w:pBdr>
                              <w:spacing w:after="360"/>
                              <w:contextualSpacing w:val="0"/>
                              <w:jc w:val="center"/>
                              <w:rPr>
                                <w:rFonts w:ascii="Arial" w:hAnsi="Arial" w:cs="Arial"/>
                                <w:sz w:val="48"/>
                                <w:szCs w:val="48"/>
                              </w:rPr>
                            </w:pPr>
                            <w:r w:rsidRPr="005F36C3">
                              <w:rPr>
                                <w:rFonts w:ascii="Arial" w:hAnsi="Arial" w:cs="Arial"/>
                                <w:sz w:val="48"/>
                                <w:szCs w:val="48"/>
                              </w:rPr>
                              <w:t xml:space="preserve">Autistic Self-Identification </w:t>
                            </w:r>
                            <w:r w:rsidRPr="005F36C3">
                              <w:rPr>
                                <w:rFonts w:ascii="Arial" w:hAnsi="Arial" w:cs="Arial"/>
                                <w:sz w:val="48"/>
                                <w:szCs w:val="48"/>
                              </w:rPr>
                              <w:br/>
                              <w:t xml:space="preserve">&amp; Self-Diagnosis </w:t>
                            </w:r>
                          </w:p>
                          <w:p w14:paraId="4B022F49" w14:textId="77777777" w:rsidR="00963465" w:rsidRPr="00EA1E17" w:rsidRDefault="00963465" w:rsidP="005F36C3">
                            <w:pPr>
                              <w:pStyle w:val="Header"/>
                              <w:spacing w:after="240" w:line="360" w:lineRule="auto"/>
                              <w:rPr>
                                <w:rFonts w:ascii="Arial" w:hAnsi="Arial" w:cs="Arial"/>
                                <w:b/>
                                <w:bCs/>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5FA6BE" id="_x0000_t202" coordsize="21600,21600" o:spt="202" path="m,l,21600r21600,l21600,xe">
                <v:stroke joinstyle="miter"/>
                <v:path gradientshapeok="t" o:connecttype="rect"/>
              </v:shapetype>
              <v:shape id="Text Box 40" o:spid="_x0000_s1026" type="#_x0000_t202" style="position:absolute;left:0;text-align:left;margin-left:432.55pt;margin-top:25.85pt;width:483.75pt;height:78.2pt;z-index:2516710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" filled="f" stroked="f" strokeweight=".5pt">
                <v:textbox>
                  <w:txbxContent>
                    <w:p w14:paraId="63690138" w14:textId="77777777" w:rsidR="00963465" w:rsidRPr="005F36C3" w:rsidRDefault="00963465" w:rsidP="00963465">
                      <w:pPr>
                        <w:pStyle w:val="Title"/>
                        <w:pBdr>
                          <w:bottom w:val="none" w:sz="0" w:space="0" w:color="auto"/>
                        </w:pBdr>
                        <w:spacing w:after="360"/>
                        <w:contextualSpacing w:val="0"/>
                        <w:jc w:val="center"/>
                        <w:rPr>
                          <w:rFonts w:ascii="Arial" w:hAnsi="Arial" w:cs="Arial"/>
                          <w:sz w:val="48"/>
                          <w:szCs w:val="48"/>
                        </w:rPr>
                      </w:pPr>
                      <w:r w:rsidRPr="005F36C3">
                        <w:rPr>
                          <w:rFonts w:ascii="Arial" w:hAnsi="Arial" w:cs="Arial"/>
                          <w:sz w:val="48"/>
                          <w:szCs w:val="48"/>
                        </w:rPr>
                        <w:t xml:space="preserve">Autistic Self-Identification </w:t>
                      </w:r>
                      <w:r w:rsidRPr="005F36C3">
                        <w:rPr>
                          <w:rFonts w:ascii="Arial" w:hAnsi="Arial" w:cs="Arial"/>
                          <w:sz w:val="48"/>
                          <w:szCs w:val="48"/>
                        </w:rPr>
                        <w:br/>
                        <w:t xml:space="preserve">&amp; Self-Diagnosis </w:t>
                      </w:r>
                    </w:p>
                    <w:p w14:paraId="4B022F49" w14:textId="77777777" w:rsidR="00963465" w:rsidRPr="00EA1E17" w:rsidRDefault="00963465" w:rsidP="005F36C3">
                      <w:pPr>
                        <w:pStyle w:val="Header"/>
                        <w:spacing w:after="240" w:line="360" w:lineRule="auto"/>
                        <w:rPr>
                          <w:rFonts w:ascii="Arial" w:hAnsi="Arial" w:cs="Arial"/>
                          <w:b/>
                          <w:bCs/>
                          <w:sz w:val="72"/>
                          <w:szCs w:val="72"/>
                        </w:rPr>
                      </w:pPr>
                    </w:p>
                  </w:txbxContent>
                </v:textbox>
                <w10:wrap anchorx="margin"/>
              </v:shape>
            </w:pict>
          </mc:Fallback>
        </mc:AlternateContent>
      </w:r>
    </w:p>
    <w:p w14:paraId="0C39A0A8" w14:textId="25D725A5" w:rsidR="000433B6" w:rsidRDefault="000433B6" w:rsidP="003123D7">
      <w:pPr>
        <w:pStyle w:val="Title"/>
        <w:pBdr>
          <w:bottom w:val="none" w:sz="0" w:space="0" w:color="auto"/>
        </w:pBdr>
        <w:jc w:val="center"/>
        <w:rPr>
          <w:rFonts w:ascii="Arial" w:hAnsi="Arial" w:cs="Arial"/>
          <w:b/>
          <w:bCs/>
          <w:sz w:val="64"/>
          <w:szCs w:val="64"/>
        </w:rPr>
      </w:pPr>
    </w:p>
    <w:p w14:paraId="73180740" w14:textId="3B73B35A" w:rsidR="003123D7" w:rsidRDefault="00963465" w:rsidP="003123D7">
      <w:pPr>
        <w:rPr>
          <w:rFonts w:ascii="Arial" w:hAnsi="Arial" w:cs="Arial"/>
          <w:sz w:val="24"/>
          <w:szCs w:val="28"/>
        </w:rPr>
      </w:pPr>
      <w:r>
        <w:rPr>
          <w:rFonts w:ascii="Arial" w:hAnsi="Arial" w:cs="Arial"/>
          <w:noProof/>
          <w:color w:val="31849B" w:themeColor="accent5" w:themeShade="BF"/>
          <w:sz w:val="36"/>
          <w:szCs w:val="36"/>
        </w:rPr>
        <mc:AlternateContent>
          <mc:Choice Requires="wps">
            <w:drawing>
              <wp:anchor distT="0" distB="0" distL="114300" distR="114300" simplePos="0" relativeHeight="251649536" behindDoc="0" locked="0" layoutInCell="1" allowOverlap="1" wp14:anchorId="5E7A2671" wp14:editId="2D377F83">
                <wp:simplePos x="0" y="0"/>
                <wp:positionH relativeFrom="margin">
                  <wp:align>right</wp:align>
                </wp:positionH>
                <wp:positionV relativeFrom="paragraph">
                  <wp:posOffset>228381</wp:posOffset>
                </wp:positionV>
                <wp:extent cx="6143625" cy="1975616"/>
                <wp:effectExtent l="0" t="0" r="0" b="5715"/>
                <wp:wrapNone/>
                <wp:docPr id="849619813" name="Text Box 40"/>
                <wp:cNvGraphicFramePr/>
                <a:graphic xmlns:a="http://schemas.openxmlformats.org/drawingml/2006/main">
                  <a:graphicData uri="http://schemas.microsoft.com/office/word/2010/wordprocessingShape">
                    <wps:wsp>
                      <wps:cNvSpPr txBox="1"/>
                      <wps:spPr>
                        <a:xfrm>
                          <a:off x="0" y="0"/>
                          <a:ext cx="6143625" cy="1975616"/>
                        </a:xfrm>
                        <a:prstGeom prst="rect">
                          <a:avLst/>
                        </a:prstGeom>
                        <a:noFill/>
                        <a:ln w="6350">
                          <a:noFill/>
                        </a:ln>
                      </wps:spPr>
                      <wps:txbx>
                        <w:txbxContent>
                          <w:p w14:paraId="0FE78542" w14:textId="02AD9451" w:rsidR="000433B6" w:rsidRPr="004311E1" w:rsidRDefault="000433B6" w:rsidP="005F36C3">
                            <w:pPr>
                              <w:pStyle w:val="Title"/>
                              <w:pBdr>
                                <w:bottom w:val="none" w:sz="0" w:space="0" w:color="auto"/>
                              </w:pBdr>
                              <w:spacing w:after="240"/>
                              <w:contextualSpacing w:val="0"/>
                              <w:jc w:val="center"/>
                              <w:rPr>
                                <w:rFonts w:ascii="Arial" w:hAnsi="Arial" w:cs="Arial"/>
                                <w:b/>
                                <w:bCs/>
                                <w:sz w:val="104"/>
                                <w:szCs w:val="104"/>
                              </w:rPr>
                            </w:pPr>
                            <w:r w:rsidRPr="004311E1">
                              <w:rPr>
                                <w:rFonts w:ascii="Arial" w:hAnsi="Arial" w:cs="Arial"/>
                                <w:b/>
                                <w:bCs/>
                                <w:sz w:val="104"/>
                                <w:szCs w:val="104"/>
                              </w:rPr>
                              <w:t xml:space="preserve">Interactive </w:t>
                            </w:r>
                            <w:r w:rsidR="005F36C3" w:rsidRPr="004311E1">
                              <w:rPr>
                                <w:rFonts w:ascii="Arial" w:hAnsi="Arial" w:cs="Arial"/>
                                <w:b/>
                                <w:bCs/>
                                <w:sz w:val="104"/>
                                <w:szCs w:val="104"/>
                              </w:rPr>
                              <w:br/>
                            </w:r>
                            <w:r w:rsidRPr="004311E1">
                              <w:rPr>
                                <w:rFonts w:ascii="Arial" w:hAnsi="Arial" w:cs="Arial"/>
                                <w:b/>
                                <w:bCs/>
                                <w:sz w:val="104"/>
                                <w:szCs w:val="104"/>
                              </w:rPr>
                              <w:t>Learning Guide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A2671" id="_x0000_s1027" type="#_x0000_t202" style="position:absolute;margin-left:432.55pt;margin-top:18pt;width:483.75pt;height:155.55pt;z-index:2516495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" filled="f" stroked="f" strokeweight=".5pt">
                <v:textbox>
                  <w:txbxContent>
                    <w:p w14:paraId="0FE78542" w14:textId="02AD9451" w:rsidR="000433B6" w:rsidRPr="004311E1" w:rsidRDefault="000433B6" w:rsidP="005F36C3">
                      <w:pPr>
                        <w:pStyle w:val="Title"/>
                        <w:pBdr>
                          <w:bottom w:val="none" w:sz="0" w:space="0" w:color="auto"/>
                        </w:pBdr>
                        <w:spacing w:after="240"/>
                        <w:contextualSpacing w:val="0"/>
                        <w:jc w:val="center"/>
                        <w:rPr>
                          <w:rFonts w:ascii="Arial" w:hAnsi="Arial" w:cs="Arial"/>
                          <w:b/>
                          <w:bCs/>
                          <w:sz w:val="104"/>
                          <w:szCs w:val="104"/>
                        </w:rPr>
                      </w:pPr>
                      <w:r w:rsidRPr="004311E1">
                        <w:rPr>
                          <w:rFonts w:ascii="Arial" w:hAnsi="Arial" w:cs="Arial"/>
                          <w:b/>
                          <w:bCs/>
                          <w:sz w:val="104"/>
                          <w:szCs w:val="104"/>
                        </w:rPr>
                        <w:t xml:space="preserve">Interactive </w:t>
                      </w:r>
                      <w:r w:rsidR="005F36C3" w:rsidRPr="004311E1">
                        <w:rPr>
                          <w:rFonts w:ascii="Arial" w:hAnsi="Arial" w:cs="Arial"/>
                          <w:b/>
                          <w:bCs/>
                          <w:sz w:val="104"/>
                          <w:szCs w:val="104"/>
                        </w:rPr>
                        <w:br/>
                      </w:r>
                      <w:r w:rsidRPr="004311E1">
                        <w:rPr>
                          <w:rFonts w:ascii="Arial" w:hAnsi="Arial" w:cs="Arial"/>
                          <w:b/>
                          <w:bCs/>
                          <w:sz w:val="104"/>
                          <w:szCs w:val="104"/>
                        </w:rPr>
                        <w:t>Learning Guide</w:t>
                      </w:r>
                    </w:p>
                  </w:txbxContent>
                </v:textbox>
                <w10:wrap anchorx="margin"/>
              </v:shape>
            </w:pict>
          </mc:Fallback>
        </mc:AlternateContent>
      </w:r>
    </w:p>
    <w:p w14:paraId="516E162E" w14:textId="77777777" w:rsidR="000433B6" w:rsidRDefault="000433B6" w:rsidP="003123D7">
      <w:pPr>
        <w:rPr>
          <w:rFonts w:ascii="Arial" w:hAnsi="Arial" w:cs="Arial"/>
          <w:sz w:val="24"/>
          <w:szCs w:val="28"/>
        </w:rPr>
      </w:pPr>
    </w:p>
    <w:p w14:paraId="011DA8A8" w14:textId="5DB92F72" w:rsidR="000433B6" w:rsidRDefault="000433B6" w:rsidP="003123D7">
      <w:pPr>
        <w:rPr>
          <w:rFonts w:ascii="Arial" w:hAnsi="Arial" w:cs="Arial"/>
          <w:sz w:val="24"/>
          <w:szCs w:val="28"/>
        </w:rPr>
      </w:pPr>
    </w:p>
    <w:p w14:paraId="31A4F53B" w14:textId="0C8DBBE3" w:rsidR="000433B6" w:rsidRDefault="000433B6" w:rsidP="003123D7">
      <w:pPr>
        <w:rPr>
          <w:rFonts w:ascii="Arial" w:hAnsi="Arial" w:cs="Arial"/>
          <w:sz w:val="24"/>
          <w:szCs w:val="28"/>
        </w:rPr>
      </w:pPr>
    </w:p>
    <w:p w14:paraId="21EDA0A5" w14:textId="0EEE34E0" w:rsidR="003123D7" w:rsidRDefault="003123D7" w:rsidP="003123D7">
      <w:pPr>
        <w:rPr>
          <w:rFonts w:ascii="Arial" w:hAnsi="Arial" w:cs="Arial"/>
          <w:sz w:val="24"/>
          <w:szCs w:val="28"/>
        </w:rPr>
      </w:pPr>
    </w:p>
    <w:p w14:paraId="7A3F8066" w14:textId="04BE7403" w:rsidR="003123D7" w:rsidRDefault="005F36C3" w:rsidP="003123D7">
      <w:pPr>
        <w:rPr>
          <w:rFonts w:ascii="Arial" w:hAnsi="Arial" w:cs="Arial"/>
          <w:sz w:val="24"/>
          <w:szCs w:val="28"/>
        </w:rPr>
      </w:pPr>
      <w:r>
        <w:rPr>
          <w:rFonts w:ascii="Arial" w:hAnsi="Arial" w:cs="Arial"/>
          <w:noProof/>
          <w:color w:val="31849B" w:themeColor="accent5" w:themeShade="BF"/>
          <w:sz w:val="36"/>
          <w:szCs w:val="36"/>
        </w:rPr>
        <mc:AlternateContent>
          <mc:Choice Requires="wps">
            <w:drawing>
              <wp:anchor distT="0" distB="0" distL="114300" distR="114300" simplePos="0" relativeHeight="251656704" behindDoc="0" locked="0" layoutInCell="1" allowOverlap="1" wp14:anchorId="077D48FC" wp14:editId="17506568">
                <wp:simplePos x="0" y="0"/>
                <wp:positionH relativeFrom="margin">
                  <wp:posOffset>196850</wp:posOffset>
                </wp:positionH>
                <wp:positionV relativeFrom="paragraph">
                  <wp:posOffset>8890</wp:posOffset>
                </wp:positionV>
                <wp:extent cx="6143625" cy="371475"/>
                <wp:effectExtent l="0" t="0" r="0" b="0"/>
                <wp:wrapNone/>
                <wp:docPr id="1902974436" name="Text Box 40"/>
                <wp:cNvGraphicFramePr/>
                <a:graphic xmlns:a="http://schemas.openxmlformats.org/drawingml/2006/main">
                  <a:graphicData uri="http://schemas.microsoft.com/office/word/2010/wordprocessingShape">
                    <wps:wsp>
                      <wps:cNvSpPr txBox="1"/>
                      <wps:spPr>
                        <a:xfrm>
                          <a:off x="0" y="0"/>
                          <a:ext cx="6143625" cy="371475"/>
                        </a:xfrm>
                        <a:prstGeom prst="rect">
                          <a:avLst/>
                        </a:prstGeom>
                        <a:noFill/>
                        <a:ln w="6350">
                          <a:noFill/>
                        </a:ln>
                      </wps:spPr>
                      <wps:txbx>
                        <w:txbxContent>
                          <w:p w14:paraId="2B03E657" w14:textId="26F63B2B" w:rsidR="005F36C3" w:rsidRPr="00EA1E17" w:rsidRDefault="005F36C3" w:rsidP="005F36C3">
                            <w:pPr>
                              <w:pStyle w:val="Header"/>
                              <w:spacing w:after="240" w:line="360" w:lineRule="auto"/>
                              <w:rPr>
                                <w:rFonts w:ascii="Arial" w:hAnsi="Arial" w:cs="Arial"/>
                                <w:b/>
                                <w:bCs/>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7D48FC" id="_x0000_s1028" type="#_x0000_t202" style="position:absolute;margin-left:15.5pt;margin-top:.7pt;width:483.75pt;height:29.2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" filled="f" stroked="f" strokeweight=".5pt">
                <v:textbox>
                  <w:txbxContent>
                    <w:p w14:paraId="2B03E657" w14:textId="26F63B2B" w:rsidR="005F36C3" w:rsidRPr="00EA1E17" w:rsidRDefault="005F36C3" w:rsidP="005F36C3">
                      <w:pPr>
                        <w:pStyle w:val="Header"/>
                        <w:spacing w:after="240" w:line="360" w:lineRule="auto"/>
                        <w:rPr>
                          <w:rFonts w:ascii="Arial" w:hAnsi="Arial" w:cs="Arial"/>
                          <w:b/>
                          <w:bCs/>
                          <w:sz w:val="72"/>
                          <w:szCs w:val="72"/>
                        </w:rPr>
                      </w:pPr>
                    </w:p>
                  </w:txbxContent>
                </v:textbox>
                <w10:wrap anchorx="margin"/>
              </v:shape>
            </w:pict>
          </mc:Fallback>
        </mc:AlternateContent>
      </w:r>
    </w:p>
    <w:p w14:paraId="0512F4C7" w14:textId="01071F70" w:rsidR="003123D7" w:rsidRDefault="003123D7" w:rsidP="003123D7">
      <w:pPr>
        <w:rPr>
          <w:rFonts w:ascii="Arial" w:hAnsi="Arial" w:cs="Arial"/>
          <w:sz w:val="24"/>
          <w:szCs w:val="28"/>
        </w:rPr>
      </w:pPr>
    </w:p>
    <w:p w14:paraId="50B36CFA" w14:textId="7C120B91" w:rsidR="003123D7" w:rsidRDefault="003123D7" w:rsidP="003123D7">
      <w:pPr>
        <w:rPr>
          <w:rFonts w:ascii="Arial" w:hAnsi="Arial" w:cs="Arial"/>
          <w:sz w:val="24"/>
          <w:szCs w:val="28"/>
        </w:rPr>
      </w:pPr>
    </w:p>
    <w:p w14:paraId="7CA46757" w14:textId="5B52AF03" w:rsidR="003123D7" w:rsidRDefault="004311E1" w:rsidP="003123D7">
      <w:pPr>
        <w:rPr>
          <w:rFonts w:ascii="Arial" w:hAnsi="Arial" w:cs="Arial"/>
          <w:sz w:val="24"/>
          <w:szCs w:val="28"/>
        </w:rPr>
      </w:pPr>
      <w:r>
        <w:rPr>
          <w:rFonts w:ascii="Arial" w:hAnsi="Arial" w:cs="Arial"/>
          <w:noProof/>
          <w:color w:val="31849B" w:themeColor="accent5" w:themeShade="BF"/>
          <w:sz w:val="36"/>
          <w:szCs w:val="36"/>
        </w:rPr>
        <mc:AlternateContent>
          <mc:Choice Requires="wps">
            <w:drawing>
              <wp:anchor distT="0" distB="0" distL="114300" distR="114300" simplePos="0" relativeHeight="251666944" behindDoc="0" locked="0" layoutInCell="1" allowOverlap="1" wp14:anchorId="35B7F108" wp14:editId="2CE1B83F">
                <wp:simplePos x="0" y="0"/>
                <wp:positionH relativeFrom="margin">
                  <wp:posOffset>120650</wp:posOffset>
                </wp:positionH>
                <wp:positionV relativeFrom="paragraph">
                  <wp:posOffset>139700</wp:posOffset>
                </wp:positionV>
                <wp:extent cx="6143625" cy="485775"/>
                <wp:effectExtent l="0" t="0" r="0" b="0"/>
                <wp:wrapNone/>
                <wp:docPr id="780173546" name="Text Box 40"/>
                <wp:cNvGraphicFramePr/>
                <a:graphic xmlns:a="http://schemas.openxmlformats.org/drawingml/2006/main">
                  <a:graphicData uri="http://schemas.microsoft.com/office/word/2010/wordprocessingShape">
                    <wps:wsp>
                      <wps:cNvSpPr txBox="1"/>
                      <wps:spPr>
                        <a:xfrm>
                          <a:off x="0" y="0"/>
                          <a:ext cx="6143625" cy="485775"/>
                        </a:xfrm>
                        <a:prstGeom prst="rect">
                          <a:avLst/>
                        </a:prstGeom>
                        <a:noFill/>
                        <a:ln w="6350">
                          <a:noFill/>
                        </a:ln>
                      </wps:spPr>
                      <wps:txbx>
                        <w:txbxContent>
                          <w:p w14:paraId="7A3EA1E2" w14:textId="77777777" w:rsidR="005F36C3" w:rsidRPr="00EA1E17" w:rsidRDefault="005F36C3" w:rsidP="005F36C3">
                            <w:pPr>
                              <w:pStyle w:val="Title"/>
                              <w:pBdr>
                                <w:bottom w:val="none" w:sz="0" w:space="0" w:color="auto"/>
                              </w:pBdr>
                              <w:spacing w:after="240"/>
                              <w:contextualSpacing w:val="0"/>
                              <w:jc w:val="center"/>
                              <w:rPr>
                                <w:rFonts w:ascii="Arial" w:hAnsi="Arial" w:cs="Arial"/>
                                <w:sz w:val="28"/>
                                <w:szCs w:val="28"/>
                              </w:rPr>
                            </w:pPr>
                            <w:r w:rsidRPr="00EA1E17">
                              <w:rPr>
                                <w:rFonts w:ascii="Arial" w:hAnsi="Arial" w:cs="Arial"/>
                                <w:sz w:val="28"/>
                                <w:szCs w:val="28"/>
                              </w:rPr>
                              <w:t>For suspected undiagnosed autism</w:t>
                            </w:r>
                          </w:p>
                          <w:p w14:paraId="37EBDBE9" w14:textId="77777777" w:rsidR="005F36C3" w:rsidRPr="00EA1E17" w:rsidRDefault="005F36C3" w:rsidP="005F36C3">
                            <w:pPr>
                              <w:pStyle w:val="Header"/>
                              <w:spacing w:after="240" w:line="360" w:lineRule="auto"/>
                              <w:rPr>
                                <w:rFonts w:ascii="Arial" w:hAnsi="Arial" w:cs="Arial"/>
                                <w:b/>
                                <w:bCs/>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7F108" id="_x0000_s1029" type="#_x0000_t202" style="position:absolute;margin-left:9.5pt;margin-top:11pt;width:483.75pt;height:38.2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" filled="f" stroked="f" strokeweight=".5pt">
                <v:textbox>
                  <w:txbxContent>
                    <w:p w14:paraId="7A3EA1E2" w14:textId="77777777" w:rsidR="005F36C3" w:rsidRPr="00EA1E17" w:rsidRDefault="005F36C3" w:rsidP="005F36C3">
                      <w:pPr>
                        <w:pStyle w:val="Title"/>
                        <w:pBdr>
                          <w:bottom w:val="none" w:sz="0" w:space="0" w:color="auto"/>
                        </w:pBdr>
                        <w:spacing w:after="240"/>
                        <w:contextualSpacing w:val="0"/>
                        <w:jc w:val="center"/>
                        <w:rPr>
                          <w:rFonts w:ascii="Arial" w:hAnsi="Arial" w:cs="Arial"/>
                          <w:sz w:val="28"/>
                          <w:szCs w:val="28"/>
                        </w:rPr>
                      </w:pPr>
                      <w:r w:rsidRPr="00EA1E17">
                        <w:rPr>
                          <w:rFonts w:ascii="Arial" w:hAnsi="Arial" w:cs="Arial"/>
                          <w:sz w:val="28"/>
                          <w:szCs w:val="28"/>
                        </w:rPr>
                        <w:t>For suspected undiagnosed autism</w:t>
                      </w:r>
                    </w:p>
                    <w:p w14:paraId="37EBDBE9" w14:textId="77777777" w:rsidR="005F36C3" w:rsidRPr="00EA1E17" w:rsidRDefault="005F36C3" w:rsidP="005F36C3">
                      <w:pPr>
                        <w:pStyle w:val="Header"/>
                        <w:spacing w:after="240" w:line="360" w:lineRule="auto"/>
                        <w:rPr>
                          <w:rFonts w:ascii="Arial" w:hAnsi="Arial" w:cs="Arial"/>
                          <w:b/>
                          <w:bCs/>
                          <w:sz w:val="72"/>
                          <w:szCs w:val="72"/>
                        </w:rPr>
                      </w:pPr>
                    </w:p>
                  </w:txbxContent>
                </v:textbox>
                <w10:wrap anchorx="margin"/>
              </v:shape>
            </w:pict>
          </mc:Fallback>
        </mc:AlternateContent>
      </w:r>
    </w:p>
    <w:p w14:paraId="54F1A4A7" w14:textId="0BC1B927" w:rsidR="000433B6" w:rsidRDefault="000433B6" w:rsidP="003123D7">
      <w:pPr>
        <w:rPr>
          <w:rFonts w:ascii="Arial" w:hAnsi="Arial" w:cs="Arial"/>
          <w:sz w:val="22"/>
          <w:szCs w:val="24"/>
        </w:rPr>
      </w:pPr>
    </w:p>
    <w:p w14:paraId="2C11C9F2" w14:textId="3F78E7BA" w:rsidR="000433B6" w:rsidRDefault="000433B6" w:rsidP="003123D7">
      <w:pPr>
        <w:rPr>
          <w:rFonts w:ascii="Arial" w:hAnsi="Arial" w:cs="Arial"/>
          <w:sz w:val="22"/>
          <w:szCs w:val="24"/>
        </w:rPr>
      </w:pPr>
    </w:p>
    <w:p w14:paraId="02364ECF" w14:textId="05159A96" w:rsidR="00EA1E17" w:rsidRDefault="00EA1E17" w:rsidP="003123D7">
      <w:pPr>
        <w:rPr>
          <w:rFonts w:ascii="Arial" w:hAnsi="Arial" w:cs="Arial"/>
          <w:sz w:val="22"/>
          <w:szCs w:val="24"/>
        </w:rPr>
      </w:pPr>
    </w:p>
    <w:p w14:paraId="740DACEF" w14:textId="77777777" w:rsidR="000433B6" w:rsidRDefault="000433B6" w:rsidP="003123D7">
      <w:pPr>
        <w:rPr>
          <w:rFonts w:ascii="Arial" w:hAnsi="Arial" w:cs="Arial"/>
          <w:sz w:val="22"/>
          <w:szCs w:val="24"/>
        </w:rPr>
      </w:pPr>
    </w:p>
    <w:p w14:paraId="4653EE2F" w14:textId="6BA78546" w:rsidR="000433B6" w:rsidRDefault="000433B6" w:rsidP="003123D7">
      <w:pPr>
        <w:rPr>
          <w:rFonts w:ascii="Arial" w:hAnsi="Arial" w:cs="Arial"/>
          <w:sz w:val="22"/>
          <w:szCs w:val="24"/>
        </w:rPr>
      </w:pPr>
    </w:p>
    <w:p w14:paraId="49BE1A71" w14:textId="77777777" w:rsidR="0030064E" w:rsidRPr="0030064E" w:rsidRDefault="0030064E" w:rsidP="0030064E"/>
    <w:p w14:paraId="7D9D67B2" w14:textId="2DE365D0" w:rsidR="003D3AFB" w:rsidRPr="000433B6" w:rsidRDefault="005F36C3" w:rsidP="000433B6">
      <w:pPr>
        <w:pStyle w:val="Heading2"/>
        <w:spacing w:before="0" w:after="240"/>
        <w:rPr>
          <w:rFonts w:ascii="Arial" w:hAnsi="Arial" w:cs="Arial"/>
          <w:color w:val="31849B" w:themeColor="accent5" w:themeShade="BF"/>
          <w:sz w:val="36"/>
          <w:szCs w:val="36"/>
        </w:rPr>
      </w:pPr>
      <w:r>
        <w:rPr>
          <w:rFonts w:ascii="Arial" w:hAnsi="Arial" w:cs="Arial"/>
          <w:noProof/>
          <w:color w:val="31849B" w:themeColor="accent5" w:themeShade="BF"/>
          <w:sz w:val="36"/>
          <w:szCs w:val="36"/>
        </w:rPr>
        <mc:AlternateContent>
          <mc:Choice Requires="wps">
            <w:drawing>
              <wp:anchor distT="0" distB="0" distL="114300" distR="114300" simplePos="0" relativeHeight="251658752" behindDoc="0" locked="0" layoutInCell="1" allowOverlap="1" wp14:anchorId="4C34FE8D" wp14:editId="6F6FCBE0">
                <wp:simplePos x="0" y="0"/>
                <wp:positionH relativeFrom="margin">
                  <wp:align>right</wp:align>
                </wp:positionH>
                <wp:positionV relativeFrom="paragraph">
                  <wp:posOffset>206375</wp:posOffset>
                </wp:positionV>
                <wp:extent cx="6343650" cy="1276350"/>
                <wp:effectExtent l="0" t="0" r="0" b="0"/>
                <wp:wrapNone/>
                <wp:docPr id="1068605156" name="Text Box 40"/>
                <wp:cNvGraphicFramePr/>
                <a:graphic xmlns:a="http://schemas.openxmlformats.org/drawingml/2006/main">
                  <a:graphicData uri="http://schemas.microsoft.com/office/word/2010/wordprocessingShape">
                    <wps:wsp>
                      <wps:cNvSpPr txBox="1"/>
                      <wps:spPr>
                        <a:xfrm>
                          <a:off x="0" y="0"/>
                          <a:ext cx="6343650" cy="1276350"/>
                        </a:xfrm>
                        <a:prstGeom prst="rect">
                          <a:avLst/>
                        </a:prstGeom>
                        <a:noFill/>
                        <a:ln w="6350">
                          <a:noFill/>
                        </a:ln>
                      </wps:spPr>
                      <wps:txbx>
                        <w:txbxContent>
                          <w:p w14:paraId="3C6A70F2" w14:textId="149A9432" w:rsidR="005F36C3" w:rsidRPr="000433B6" w:rsidRDefault="005F36C3" w:rsidP="005F36C3">
                            <w:pPr>
                              <w:spacing w:line="240" w:lineRule="auto"/>
                              <w:rPr>
                                <w:rFonts w:ascii="Arial" w:hAnsi="Arial" w:cs="Arial"/>
                                <w:sz w:val="22"/>
                                <w:szCs w:val="24"/>
                              </w:rPr>
                            </w:pPr>
                            <w:r w:rsidRPr="000433B6">
                              <w:rPr>
                                <w:rFonts w:ascii="Arial" w:hAnsi="Arial" w:cs="Arial"/>
                                <w:sz w:val="22"/>
                                <w:szCs w:val="24"/>
                              </w:rPr>
                              <w:t xml:space="preserve">Written and </w:t>
                            </w:r>
                            <w:r w:rsidR="009D4A53" w:rsidRPr="000433B6">
                              <w:rPr>
                                <w:rFonts w:ascii="Arial" w:hAnsi="Arial" w:cs="Arial"/>
                                <w:sz w:val="22"/>
                                <w:szCs w:val="24"/>
                              </w:rPr>
                              <w:t>designed</w:t>
                            </w:r>
                            <w:r w:rsidRPr="000433B6">
                              <w:rPr>
                                <w:rFonts w:ascii="Arial" w:hAnsi="Arial" w:cs="Arial"/>
                                <w:sz w:val="22"/>
                                <w:szCs w:val="24"/>
                              </w:rPr>
                              <w:t xml:space="preserve"> by</w:t>
                            </w:r>
                            <w:r w:rsidR="00C94F5E">
                              <w:rPr>
                                <w:rFonts w:ascii="Arial" w:hAnsi="Arial" w:cs="Arial"/>
                                <w:sz w:val="22"/>
                                <w:szCs w:val="24"/>
                              </w:rPr>
                              <w:t>:</w:t>
                            </w:r>
                            <w:r w:rsidRPr="000433B6">
                              <w:rPr>
                                <w:rFonts w:ascii="Arial" w:hAnsi="Arial" w:cs="Arial"/>
                                <w:sz w:val="22"/>
                                <w:szCs w:val="24"/>
                              </w:rPr>
                              <w:t xml:space="preserve"> Nicole Filippone</w:t>
                            </w:r>
                          </w:p>
                          <w:p w14:paraId="5A7BD3F9" w14:textId="09340E4B" w:rsidR="005F36C3" w:rsidRPr="000433B6" w:rsidRDefault="005F36C3" w:rsidP="005F36C3">
                            <w:pPr>
                              <w:spacing w:line="240" w:lineRule="auto"/>
                              <w:rPr>
                                <w:rFonts w:ascii="Arial" w:hAnsi="Arial" w:cs="Arial"/>
                                <w:sz w:val="22"/>
                                <w:szCs w:val="24"/>
                              </w:rPr>
                            </w:pPr>
                            <w:r w:rsidRPr="000433B6">
                              <w:rPr>
                                <w:rFonts w:ascii="Arial" w:hAnsi="Arial" w:cs="Arial"/>
                                <w:sz w:val="22"/>
                                <w:szCs w:val="24"/>
                              </w:rPr>
                              <w:t>Published</w:t>
                            </w:r>
                            <w:r w:rsidR="00C94F5E">
                              <w:rPr>
                                <w:rFonts w:ascii="Arial" w:hAnsi="Arial" w:cs="Arial"/>
                                <w:sz w:val="22"/>
                                <w:szCs w:val="24"/>
                              </w:rPr>
                              <w:t>:</w:t>
                            </w:r>
                            <w:r w:rsidRPr="000433B6">
                              <w:rPr>
                                <w:rFonts w:ascii="Arial" w:hAnsi="Arial" w:cs="Arial"/>
                                <w:sz w:val="22"/>
                                <w:szCs w:val="24"/>
                              </w:rPr>
                              <w:t xml:space="preserve"> November 2026</w:t>
                            </w:r>
                          </w:p>
                          <w:p w14:paraId="5B7FCC0D" w14:textId="784EF35E" w:rsidR="005F36C3" w:rsidRDefault="005F36C3" w:rsidP="005F36C3">
                            <w:pPr>
                              <w:spacing w:line="240" w:lineRule="auto"/>
                              <w:rPr>
                                <w:rFonts w:ascii="Arial" w:hAnsi="Arial" w:cs="Arial"/>
                                <w:sz w:val="22"/>
                                <w:szCs w:val="24"/>
                              </w:rPr>
                            </w:pPr>
                            <w:r>
                              <w:rPr>
                                <w:rFonts w:ascii="Arial" w:hAnsi="Arial" w:cs="Arial"/>
                                <w:sz w:val="22"/>
                                <w:szCs w:val="24"/>
                              </w:rPr>
                              <w:t xml:space="preserve">Educational Imprint: </w:t>
                            </w:r>
                            <w:r w:rsidRPr="000433B6">
                              <w:rPr>
                                <w:rFonts w:ascii="Arial" w:hAnsi="Arial" w:cs="Arial"/>
                                <w:sz w:val="22"/>
                                <w:szCs w:val="24"/>
                              </w:rPr>
                              <w:t>Insegna Publishing</w:t>
                            </w:r>
                          </w:p>
                          <w:p w14:paraId="2E5D7C31" w14:textId="7FCBA71D" w:rsidR="005F36C3" w:rsidRDefault="009F7115" w:rsidP="00B43E24">
                            <w:pPr>
                              <w:spacing w:line="240" w:lineRule="auto"/>
                              <w:rPr>
                                <w:rFonts w:ascii="Arial" w:hAnsi="Arial" w:cs="Arial"/>
                                <w:sz w:val="22"/>
                                <w:szCs w:val="24"/>
                              </w:rPr>
                            </w:pPr>
                            <w:r>
                              <w:rPr>
                                <w:rFonts w:ascii="Arial" w:hAnsi="Arial" w:cs="Arial"/>
                                <w:sz w:val="22"/>
                                <w:szCs w:val="24"/>
                              </w:rPr>
                              <w:t xml:space="preserve">Copyright: </w:t>
                            </w:r>
                            <w:r w:rsidR="008552C7" w:rsidRPr="008552C7">
                              <w:rPr>
                                <w:rFonts w:ascii="Arial" w:hAnsi="Arial" w:cs="Arial"/>
                                <w:sz w:val="22"/>
                                <w:szCs w:val="24"/>
                              </w:rPr>
                              <w:t>© 2026 Nicole Filippone</w:t>
                            </w:r>
                          </w:p>
                          <w:p w14:paraId="4F3B4A06" w14:textId="741DDAE9" w:rsidR="00B43E24" w:rsidRPr="00B43E24" w:rsidRDefault="00B43E24" w:rsidP="00B43E24">
                            <w:pPr>
                              <w:spacing w:line="240" w:lineRule="auto"/>
                              <w:rPr>
                                <w:sz w:val="20"/>
                                <w:szCs w:val="20"/>
                              </w:rPr>
                            </w:pPr>
                            <w:r>
                              <w:rPr>
                                <w:rFonts w:ascii="Arial" w:hAnsi="Arial" w:cs="Arial"/>
                                <w:sz w:val="22"/>
                                <w:szCs w:val="24"/>
                              </w:rPr>
                              <w:t>Print source: nicolefilippone.com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4FE8D" id="_x0000_s1030" type="#_x0000_t202" style="position:absolute;margin-left:448.3pt;margin-top:16.25pt;width:499.5pt;height:100.5pt;z-index:251658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" filled="f" stroked="f" strokeweight=".5pt">
                <v:textbox>
                  <w:txbxContent>
                    <w:p w14:paraId="3C6A70F2" w14:textId="149A9432" w:rsidR="005F36C3" w:rsidRPr="000433B6" w:rsidRDefault="005F36C3" w:rsidP="005F36C3">
                      <w:pPr>
                        <w:spacing w:line="240" w:lineRule="auto"/>
                        <w:rPr>
                          <w:rFonts w:ascii="Arial" w:hAnsi="Arial" w:cs="Arial"/>
                          <w:sz w:val="22"/>
                          <w:szCs w:val="24"/>
                        </w:rPr>
                      </w:pPr>
                      <w:r w:rsidRPr="000433B6">
                        <w:rPr>
                          <w:rFonts w:ascii="Arial" w:hAnsi="Arial" w:cs="Arial"/>
                          <w:sz w:val="22"/>
                          <w:szCs w:val="24"/>
                        </w:rPr>
                        <w:t xml:space="preserve">Written and </w:t>
                      </w:r>
                      <w:r w:rsidR="009D4A53" w:rsidRPr="000433B6">
                        <w:rPr>
                          <w:rFonts w:ascii="Arial" w:hAnsi="Arial" w:cs="Arial"/>
                          <w:sz w:val="22"/>
                          <w:szCs w:val="24"/>
                        </w:rPr>
                        <w:t>designed</w:t>
                      </w:r>
                      <w:r w:rsidRPr="000433B6">
                        <w:rPr>
                          <w:rFonts w:ascii="Arial" w:hAnsi="Arial" w:cs="Arial"/>
                          <w:sz w:val="22"/>
                          <w:szCs w:val="24"/>
                        </w:rPr>
                        <w:t xml:space="preserve"> by</w:t>
                      </w:r>
                      <w:r w:rsidR="00C94F5E">
                        <w:rPr>
                          <w:rFonts w:ascii="Arial" w:hAnsi="Arial" w:cs="Arial"/>
                          <w:sz w:val="22"/>
                          <w:szCs w:val="24"/>
                        </w:rPr>
                        <w:t>:</w:t>
                      </w:r>
                      <w:r w:rsidRPr="000433B6">
                        <w:rPr>
                          <w:rFonts w:ascii="Arial" w:hAnsi="Arial" w:cs="Arial"/>
                          <w:sz w:val="22"/>
                          <w:szCs w:val="24"/>
                        </w:rPr>
                        <w:t xml:space="preserve"> Nicole Filippone</w:t>
                      </w:r>
                    </w:p>
                    <w:p w14:paraId="5A7BD3F9" w14:textId="09340E4B" w:rsidR="005F36C3" w:rsidRPr="000433B6" w:rsidRDefault="005F36C3" w:rsidP="005F36C3">
                      <w:pPr>
                        <w:spacing w:line="240" w:lineRule="auto"/>
                        <w:rPr>
                          <w:rFonts w:ascii="Arial" w:hAnsi="Arial" w:cs="Arial"/>
                          <w:sz w:val="22"/>
                          <w:szCs w:val="24"/>
                        </w:rPr>
                      </w:pPr>
                      <w:r w:rsidRPr="000433B6">
                        <w:rPr>
                          <w:rFonts w:ascii="Arial" w:hAnsi="Arial" w:cs="Arial"/>
                          <w:sz w:val="22"/>
                          <w:szCs w:val="24"/>
                        </w:rPr>
                        <w:t>Published</w:t>
                      </w:r>
                      <w:r w:rsidR="00C94F5E">
                        <w:rPr>
                          <w:rFonts w:ascii="Arial" w:hAnsi="Arial" w:cs="Arial"/>
                          <w:sz w:val="22"/>
                          <w:szCs w:val="24"/>
                        </w:rPr>
                        <w:t>:</w:t>
                      </w:r>
                      <w:r w:rsidRPr="000433B6">
                        <w:rPr>
                          <w:rFonts w:ascii="Arial" w:hAnsi="Arial" w:cs="Arial"/>
                          <w:sz w:val="22"/>
                          <w:szCs w:val="24"/>
                        </w:rPr>
                        <w:t xml:space="preserve"> November 2026</w:t>
                      </w:r>
                    </w:p>
                    <w:p w14:paraId="5B7FCC0D" w14:textId="784EF35E" w:rsidR="005F36C3" w:rsidRDefault="005F36C3" w:rsidP="005F36C3">
                      <w:pPr>
                        <w:spacing w:line="240" w:lineRule="auto"/>
                        <w:rPr>
                          <w:rFonts w:ascii="Arial" w:hAnsi="Arial" w:cs="Arial"/>
                          <w:sz w:val="22"/>
                          <w:szCs w:val="24"/>
                        </w:rPr>
                      </w:pPr>
                      <w:r>
                        <w:rPr>
                          <w:rFonts w:ascii="Arial" w:hAnsi="Arial" w:cs="Arial"/>
                          <w:sz w:val="22"/>
                          <w:szCs w:val="24"/>
                        </w:rPr>
                        <w:t xml:space="preserve">Educational Imprint: </w:t>
                      </w:r>
                      <w:r w:rsidRPr="000433B6">
                        <w:rPr>
                          <w:rFonts w:ascii="Arial" w:hAnsi="Arial" w:cs="Arial"/>
                          <w:sz w:val="22"/>
                          <w:szCs w:val="24"/>
                        </w:rPr>
                        <w:t>Insegna Publishing</w:t>
                      </w:r>
                    </w:p>
                    <w:p w14:paraId="2E5D7C31" w14:textId="7FCBA71D" w:rsidR="005F36C3" w:rsidRDefault="009F7115" w:rsidP="00B43E24">
                      <w:pPr>
                        <w:spacing w:line="240" w:lineRule="auto"/>
                        <w:rPr>
                          <w:rFonts w:ascii="Arial" w:hAnsi="Arial" w:cs="Arial"/>
                          <w:sz w:val="22"/>
                          <w:szCs w:val="24"/>
                        </w:rPr>
                      </w:pPr>
                      <w:r>
                        <w:rPr>
                          <w:rFonts w:ascii="Arial" w:hAnsi="Arial" w:cs="Arial"/>
                          <w:sz w:val="22"/>
                          <w:szCs w:val="24"/>
                        </w:rPr>
                        <w:t xml:space="preserve">Copyright: </w:t>
                      </w:r>
                      <w:r w:rsidR="008552C7" w:rsidRPr="008552C7">
                        <w:rPr>
                          <w:rFonts w:ascii="Arial" w:hAnsi="Arial" w:cs="Arial"/>
                          <w:sz w:val="22"/>
                          <w:szCs w:val="24"/>
                        </w:rPr>
                        <w:t>© 2026 Nicole Filippone</w:t>
                      </w:r>
                    </w:p>
                    <w:p w14:paraId="4F3B4A06" w14:textId="741DDAE9" w:rsidR="00B43E24" w:rsidRPr="00B43E24" w:rsidRDefault="00B43E24" w:rsidP="00B43E24">
                      <w:pPr>
                        <w:spacing w:line="240" w:lineRule="auto"/>
                        <w:rPr>
                          <w:sz w:val="20"/>
                          <w:szCs w:val="20"/>
                        </w:rPr>
                      </w:pPr>
                      <w:r>
                        <w:rPr>
                          <w:rFonts w:ascii="Arial" w:hAnsi="Arial" w:cs="Arial"/>
                          <w:sz w:val="22"/>
                          <w:szCs w:val="24"/>
                        </w:rPr>
                        <w:t>Print source: nicolefilippone.com</w:t>
                      </w:r>
                    </w:p>
                  </w:txbxContent>
                </v:textbox>
                <w10:wrap anchorx="margin"/>
              </v:shape>
            </w:pict>
          </mc:Fallback>
        </mc:AlternateContent>
      </w:r>
      <w:r w:rsidR="0030064E">
        <w:rPr>
          <w:rFonts w:ascii="Arial" w:hAnsi="Arial" w:cs="Arial"/>
          <w:color w:val="31849B" w:themeColor="accent5" w:themeShade="BF"/>
          <w:sz w:val="36"/>
          <w:szCs w:val="36"/>
        </w:rPr>
        <w:br w:type="page"/>
      </w:r>
      <w:r w:rsidR="003D3AFB">
        <w:rPr>
          <w:rFonts w:ascii="Arial" w:hAnsi="Arial" w:cs="Arial"/>
          <w:color w:val="31849B" w:themeColor="accent5" w:themeShade="BF"/>
          <w:sz w:val="36"/>
          <w:szCs w:val="36"/>
        </w:rPr>
        <w:lastRenderedPageBreak/>
        <w:t>About</w:t>
      </w:r>
      <w:r w:rsidR="003D3AFB" w:rsidRPr="00697754">
        <w:rPr>
          <w:rFonts w:ascii="Arial" w:hAnsi="Arial" w:cs="Arial"/>
          <w:color w:val="31849B" w:themeColor="accent5" w:themeShade="BF"/>
          <w:sz w:val="36"/>
          <w:szCs w:val="36"/>
        </w:rPr>
        <w:t xml:space="preserve"> this </w:t>
      </w:r>
      <w:r w:rsidR="003D3AFB">
        <w:rPr>
          <w:rFonts w:ascii="Arial" w:hAnsi="Arial" w:cs="Arial"/>
          <w:color w:val="31849B" w:themeColor="accent5" w:themeShade="BF"/>
          <w:sz w:val="36"/>
          <w:szCs w:val="36"/>
        </w:rPr>
        <w:t>Guide</w:t>
      </w:r>
    </w:p>
    <w:p w14:paraId="31EB1FEE" w14:textId="030C56A5" w:rsidR="00AF1FBA" w:rsidRPr="00D40B56" w:rsidRDefault="00AF1FBA" w:rsidP="001256D4">
      <w:pPr>
        <w:pStyle w:val="Heading3"/>
        <w:shd w:val="clear" w:color="auto" w:fill="E8F4F8"/>
        <w:spacing w:after="240"/>
        <w:rPr>
          <w:rFonts w:ascii="Arial" w:hAnsi="Arial" w:cs="Arial"/>
          <w:color w:val="8064A2" w:themeColor="accent4"/>
          <w:sz w:val="24"/>
          <w:szCs w:val="28"/>
        </w:rPr>
      </w:pPr>
      <w:r w:rsidRPr="00D40B56">
        <w:rPr>
          <w:rFonts w:ascii="Arial" w:hAnsi="Arial" w:cs="Arial"/>
          <w:color w:val="8064A2" w:themeColor="accent4"/>
          <w:sz w:val="24"/>
          <w:szCs w:val="28"/>
        </w:rPr>
        <w:t>Purpose</w:t>
      </w:r>
    </w:p>
    <w:p w14:paraId="32ABDB8B" w14:textId="4BC806D7" w:rsidR="00AF1FBA" w:rsidRPr="009C7C7F" w:rsidRDefault="004C5E31" w:rsidP="001256D4">
      <w:pPr>
        <w:spacing w:after="240" w:line="312" w:lineRule="auto"/>
        <w:rPr>
          <w:rFonts w:ascii="Arial" w:hAnsi="Arial" w:cs="Arial"/>
          <w:sz w:val="22"/>
        </w:rPr>
      </w:pPr>
      <w:r w:rsidRPr="009C7C7F">
        <w:rPr>
          <w:rFonts w:ascii="Arial" w:hAnsi="Arial" w:cs="Arial"/>
          <w:sz w:val="22"/>
        </w:rPr>
        <w:t xml:space="preserve">I developed this guide as an educational resource for autistic adults who suspect they may be autistic and would like to understand through the diagnostic lens if they would likely receive a diagnosis if they pursued a formal assessment. </w:t>
      </w:r>
    </w:p>
    <w:p w14:paraId="408BE75C" w14:textId="599F4A65" w:rsidR="004C5E31" w:rsidRPr="009C7C7F" w:rsidRDefault="004C5E31" w:rsidP="001256D4">
      <w:pPr>
        <w:spacing w:after="240" w:line="312" w:lineRule="auto"/>
        <w:rPr>
          <w:rFonts w:ascii="Arial" w:hAnsi="Arial" w:cs="Arial"/>
          <w:b/>
          <w:bCs/>
          <w:sz w:val="22"/>
        </w:rPr>
      </w:pPr>
      <w:r w:rsidRPr="009C7C7F">
        <w:rPr>
          <w:rFonts w:ascii="Arial" w:hAnsi="Arial" w:cs="Arial"/>
          <w:b/>
          <w:bCs/>
          <w:sz w:val="22"/>
        </w:rPr>
        <w:t xml:space="preserve">This is an educational resource, not a diagnostic tool. </w:t>
      </w:r>
    </w:p>
    <w:p w14:paraId="53CBA5E1" w14:textId="6C34956D" w:rsidR="00AF1FBA" w:rsidRPr="00D40B56" w:rsidRDefault="00AF1FBA" w:rsidP="001256D4">
      <w:pPr>
        <w:pStyle w:val="Heading3"/>
        <w:shd w:val="clear" w:color="auto" w:fill="E8F4F8"/>
        <w:spacing w:after="240"/>
        <w:rPr>
          <w:rFonts w:ascii="Arial" w:hAnsi="Arial" w:cs="Arial"/>
          <w:color w:val="8064A2" w:themeColor="accent4"/>
          <w:sz w:val="24"/>
          <w:szCs w:val="28"/>
        </w:rPr>
      </w:pPr>
      <w:r w:rsidRPr="00D40B56">
        <w:rPr>
          <w:rFonts w:ascii="Arial" w:hAnsi="Arial" w:cs="Arial"/>
          <w:color w:val="8064A2" w:themeColor="accent4"/>
          <w:sz w:val="24"/>
          <w:szCs w:val="28"/>
        </w:rPr>
        <w:t>Accuracy &amp; Source Material</w:t>
      </w:r>
    </w:p>
    <w:p w14:paraId="1CF7FF90" w14:textId="31022101" w:rsidR="00AF1FBA" w:rsidRPr="009C7C7F" w:rsidRDefault="00AF1FBA" w:rsidP="001256D4">
      <w:pPr>
        <w:spacing w:after="240" w:line="312" w:lineRule="auto"/>
        <w:rPr>
          <w:rFonts w:ascii="Arial" w:hAnsi="Arial" w:cs="Arial"/>
          <w:sz w:val="22"/>
        </w:rPr>
      </w:pPr>
      <w:proofErr w:type="gramStart"/>
      <w:r w:rsidRPr="009C7C7F">
        <w:rPr>
          <w:rFonts w:ascii="Arial" w:hAnsi="Arial" w:cs="Arial"/>
          <w:sz w:val="22"/>
        </w:rPr>
        <w:t>In order to</w:t>
      </w:r>
      <w:proofErr w:type="gramEnd"/>
      <w:r w:rsidRPr="009C7C7F">
        <w:rPr>
          <w:rFonts w:ascii="Arial" w:hAnsi="Arial" w:cs="Arial"/>
          <w:sz w:val="22"/>
        </w:rPr>
        <w:t xml:space="preserve"> ensure accuracy</w:t>
      </w:r>
      <w:r w:rsidR="009C7C7F" w:rsidRPr="009C7C7F">
        <w:rPr>
          <w:rFonts w:ascii="Arial" w:hAnsi="Arial" w:cs="Arial"/>
          <w:sz w:val="22"/>
        </w:rPr>
        <w:t xml:space="preserve"> of the diagnostic criteria and approach</w:t>
      </w:r>
      <w:r w:rsidRPr="009C7C7F">
        <w:rPr>
          <w:rFonts w:ascii="Arial" w:hAnsi="Arial" w:cs="Arial"/>
          <w:sz w:val="22"/>
        </w:rPr>
        <w:t xml:space="preserve">, I used the </w:t>
      </w:r>
      <w:r w:rsidRPr="009C7C7F">
        <w:rPr>
          <w:rFonts w:ascii="Arial" w:hAnsi="Arial" w:cs="Arial"/>
          <w:b/>
          <w:bCs/>
          <w:sz w:val="22"/>
        </w:rPr>
        <w:t>DSM 5-TR as source material</w:t>
      </w:r>
      <w:r w:rsidR="00D40B56" w:rsidRPr="009C7C7F">
        <w:rPr>
          <w:rFonts w:ascii="Arial" w:hAnsi="Arial" w:cs="Arial"/>
          <w:sz w:val="22"/>
        </w:rPr>
        <w:t xml:space="preserve"> and used language from the manual as part of the guided instructions</w:t>
      </w:r>
      <w:r w:rsidRPr="009C7C7F">
        <w:rPr>
          <w:rFonts w:ascii="Arial" w:hAnsi="Arial" w:cs="Arial"/>
          <w:sz w:val="22"/>
        </w:rPr>
        <w:t xml:space="preserve"> throughout this guide. </w:t>
      </w:r>
    </w:p>
    <w:p w14:paraId="5E0C3AC5" w14:textId="77777777" w:rsidR="00D40B56" w:rsidRPr="00D40B56" w:rsidRDefault="00D40B56" w:rsidP="001256D4">
      <w:pPr>
        <w:pStyle w:val="Heading3"/>
        <w:shd w:val="clear" w:color="auto" w:fill="E8F4F8"/>
        <w:spacing w:after="240"/>
        <w:rPr>
          <w:rFonts w:ascii="Arial" w:hAnsi="Arial" w:cs="Arial"/>
          <w:color w:val="8064A2" w:themeColor="accent4"/>
          <w:sz w:val="24"/>
          <w:szCs w:val="28"/>
        </w:rPr>
      </w:pPr>
      <w:r w:rsidRPr="00D40B56">
        <w:rPr>
          <w:rFonts w:ascii="Arial" w:hAnsi="Arial" w:cs="Arial"/>
          <w:color w:val="8064A2" w:themeColor="accent4"/>
          <w:sz w:val="24"/>
          <w:szCs w:val="28"/>
        </w:rPr>
        <w:t>Subject Matter Expertise</w:t>
      </w:r>
    </w:p>
    <w:p w14:paraId="4A135151" w14:textId="49F33B9B" w:rsidR="004C5E31" w:rsidRPr="009C7C7F" w:rsidRDefault="004C5E31" w:rsidP="001256D4">
      <w:pPr>
        <w:spacing w:after="240" w:line="312" w:lineRule="auto"/>
        <w:rPr>
          <w:rFonts w:ascii="Arial" w:hAnsi="Arial" w:cs="Arial"/>
          <w:sz w:val="22"/>
        </w:rPr>
      </w:pPr>
      <w:r w:rsidRPr="009C7C7F">
        <w:rPr>
          <w:rFonts w:ascii="Arial" w:hAnsi="Arial" w:cs="Arial"/>
          <w:sz w:val="22"/>
        </w:rPr>
        <w:t>As an adult learning educator</w:t>
      </w:r>
      <w:r w:rsidR="00533969" w:rsidRPr="009C7C7F">
        <w:rPr>
          <w:rFonts w:ascii="Arial" w:hAnsi="Arial" w:cs="Arial"/>
          <w:sz w:val="22"/>
        </w:rPr>
        <w:t xml:space="preserve"> and expert</w:t>
      </w:r>
      <w:r w:rsidRPr="009C7C7F">
        <w:rPr>
          <w:rFonts w:ascii="Arial" w:hAnsi="Arial" w:cs="Arial"/>
          <w:sz w:val="22"/>
        </w:rPr>
        <w:t>, I used my knowledge of adult learning principles, practices, and methodologies to develop this</w:t>
      </w:r>
      <w:r w:rsidR="000F6E17" w:rsidRPr="009C7C7F">
        <w:rPr>
          <w:rFonts w:ascii="Arial" w:hAnsi="Arial" w:cs="Arial"/>
          <w:sz w:val="22"/>
        </w:rPr>
        <w:t xml:space="preserve"> learning</w:t>
      </w:r>
      <w:r w:rsidRPr="009C7C7F">
        <w:rPr>
          <w:rFonts w:ascii="Arial" w:hAnsi="Arial" w:cs="Arial"/>
          <w:sz w:val="22"/>
        </w:rPr>
        <w:t xml:space="preserve"> guide. </w:t>
      </w:r>
    </w:p>
    <w:p w14:paraId="2C3C23A7" w14:textId="6B96E30C" w:rsidR="00D40B56" w:rsidRPr="009C7C7F" w:rsidRDefault="00D40B56" w:rsidP="001256D4">
      <w:pPr>
        <w:spacing w:after="240" w:line="312" w:lineRule="auto"/>
        <w:rPr>
          <w:rFonts w:ascii="Arial" w:hAnsi="Arial" w:cs="Arial"/>
          <w:sz w:val="22"/>
        </w:rPr>
      </w:pPr>
      <w:r w:rsidRPr="009C7C7F">
        <w:rPr>
          <w:rFonts w:ascii="Arial" w:hAnsi="Arial" w:cs="Arial"/>
          <w:sz w:val="22"/>
        </w:rPr>
        <w:t xml:space="preserve">I also designed this guide as a “subject matter expert” of the internal autistic experience, </w:t>
      </w:r>
      <w:r w:rsidR="009840BE" w:rsidRPr="009C7C7F">
        <w:rPr>
          <w:rFonts w:ascii="Arial" w:hAnsi="Arial" w:cs="Arial"/>
          <w:sz w:val="22"/>
        </w:rPr>
        <w:t xml:space="preserve">connecting the internal experience to the diagnostic criteria. </w:t>
      </w:r>
      <w:r w:rsidR="006A3535" w:rsidRPr="009C7C7F">
        <w:rPr>
          <w:rFonts w:ascii="Arial" w:hAnsi="Arial" w:cs="Arial"/>
          <w:sz w:val="22"/>
        </w:rPr>
        <w:t>For context, I am</w:t>
      </w:r>
      <w:r w:rsidR="006A3535" w:rsidRPr="009C7C7F">
        <w:rPr>
          <w:rFonts w:ascii="Arial" w:hAnsi="Arial" w:cs="Arial"/>
          <w:sz w:val="22"/>
        </w:rPr>
        <w:t xml:space="preserve"> formally diagnosed </w:t>
      </w:r>
      <w:r w:rsidR="00D10B83" w:rsidRPr="009C7C7F">
        <w:rPr>
          <w:rFonts w:ascii="Arial" w:hAnsi="Arial" w:cs="Arial"/>
          <w:sz w:val="22"/>
        </w:rPr>
        <w:t xml:space="preserve">with level 1 autism in both the social communication and restrictive repetitive behaviors categories of autism. </w:t>
      </w:r>
    </w:p>
    <w:p w14:paraId="14240053" w14:textId="77777777" w:rsidR="00D40B56" w:rsidRPr="00D40B56" w:rsidRDefault="00D40B56" w:rsidP="001256D4">
      <w:pPr>
        <w:pStyle w:val="Heading3"/>
        <w:shd w:val="clear" w:color="auto" w:fill="E8F4F8"/>
        <w:spacing w:after="240"/>
        <w:rPr>
          <w:rFonts w:ascii="Arial" w:hAnsi="Arial" w:cs="Arial"/>
          <w:color w:val="8064A2" w:themeColor="accent4"/>
          <w:sz w:val="24"/>
          <w:szCs w:val="28"/>
        </w:rPr>
      </w:pPr>
      <w:r w:rsidRPr="00D40B56">
        <w:rPr>
          <w:rFonts w:ascii="Arial" w:hAnsi="Arial" w:cs="Arial"/>
          <w:color w:val="8064A2" w:themeColor="accent4"/>
          <w:sz w:val="24"/>
          <w:szCs w:val="28"/>
        </w:rPr>
        <w:t>Learning Approach &amp; Design</w:t>
      </w:r>
    </w:p>
    <w:p w14:paraId="43215D78" w14:textId="5EA135C1" w:rsidR="004C5E31" w:rsidRPr="009C7C7F" w:rsidRDefault="00AF1FBA" w:rsidP="001256D4">
      <w:pPr>
        <w:spacing w:after="240" w:line="312" w:lineRule="auto"/>
        <w:rPr>
          <w:rFonts w:ascii="Arial" w:hAnsi="Arial" w:cs="Arial"/>
          <w:b/>
          <w:bCs/>
          <w:sz w:val="22"/>
        </w:rPr>
      </w:pPr>
      <w:r w:rsidRPr="009C7C7F">
        <w:rPr>
          <w:rFonts w:ascii="Arial" w:hAnsi="Arial" w:cs="Arial"/>
          <w:sz w:val="22"/>
        </w:rPr>
        <w:t xml:space="preserve">I </w:t>
      </w:r>
      <w:r w:rsidR="00D40B56" w:rsidRPr="009C7C7F">
        <w:rPr>
          <w:rFonts w:ascii="Arial" w:hAnsi="Arial" w:cs="Arial"/>
          <w:sz w:val="22"/>
        </w:rPr>
        <w:t xml:space="preserve">used </w:t>
      </w:r>
      <w:r w:rsidRPr="009C7C7F">
        <w:rPr>
          <w:rFonts w:ascii="Arial" w:hAnsi="Arial" w:cs="Arial"/>
          <w:sz w:val="22"/>
        </w:rPr>
        <w:t xml:space="preserve">various universal design approaches </w:t>
      </w:r>
      <w:r w:rsidRPr="009C7C7F">
        <w:rPr>
          <w:rFonts w:ascii="Arial" w:hAnsi="Arial" w:cs="Arial"/>
          <w:b/>
          <w:bCs/>
          <w:sz w:val="22"/>
        </w:rPr>
        <w:t xml:space="preserve">specifically </w:t>
      </w:r>
      <w:r w:rsidR="00D40B56" w:rsidRPr="009C7C7F">
        <w:rPr>
          <w:rFonts w:ascii="Arial" w:hAnsi="Arial" w:cs="Arial"/>
          <w:b/>
          <w:bCs/>
          <w:sz w:val="22"/>
        </w:rPr>
        <w:t xml:space="preserve">designed </w:t>
      </w:r>
      <w:r w:rsidRPr="009C7C7F">
        <w:rPr>
          <w:rFonts w:ascii="Arial" w:hAnsi="Arial" w:cs="Arial"/>
          <w:b/>
          <w:bCs/>
          <w:sz w:val="22"/>
        </w:rPr>
        <w:t xml:space="preserve">to accommodate neurodivergent learning needs. </w:t>
      </w:r>
    </w:p>
    <w:p w14:paraId="01507FA1" w14:textId="65E81B1A" w:rsidR="00AF1FBA" w:rsidRPr="009C7C7F" w:rsidRDefault="00AF1FBA" w:rsidP="001256D4">
      <w:pPr>
        <w:spacing w:after="240" w:line="312" w:lineRule="auto"/>
        <w:rPr>
          <w:rFonts w:ascii="Arial" w:hAnsi="Arial" w:cs="Arial"/>
          <w:sz w:val="22"/>
        </w:rPr>
      </w:pPr>
      <w:r w:rsidRPr="009C7C7F">
        <w:rPr>
          <w:rFonts w:ascii="Arial" w:hAnsi="Arial" w:cs="Arial"/>
          <w:sz w:val="22"/>
        </w:rPr>
        <w:t xml:space="preserve">This includes “whole to part” learning approaches (context first, details second) and an approach I call “recursive learning” which moves back and forth between context and details to ensure the details are always connecting back to the larger context. </w:t>
      </w:r>
    </w:p>
    <w:p w14:paraId="103FE47B" w14:textId="571CE2E2" w:rsidR="00AF1FBA" w:rsidRPr="009C7C7F" w:rsidRDefault="002E3260" w:rsidP="001256D4">
      <w:pPr>
        <w:spacing w:after="240" w:line="312" w:lineRule="auto"/>
        <w:rPr>
          <w:rFonts w:ascii="Arial" w:hAnsi="Arial" w:cs="Arial"/>
          <w:sz w:val="22"/>
        </w:rPr>
      </w:pPr>
      <w:r w:rsidRPr="009C7C7F">
        <w:rPr>
          <w:rFonts w:ascii="Arial" w:hAnsi="Arial" w:cs="Arial"/>
          <w:sz w:val="22"/>
        </w:rPr>
        <w:t xml:space="preserve">I also used a “what done looks like” approach at the start of this learning path (in the overview section) to show what the end goal of this guided learning program looks like. </w:t>
      </w:r>
    </w:p>
    <w:p w14:paraId="42165424" w14:textId="7E2ABFE6" w:rsidR="00533969" w:rsidRPr="00533969" w:rsidRDefault="00533969" w:rsidP="001256D4">
      <w:pPr>
        <w:pStyle w:val="Heading3"/>
        <w:shd w:val="clear" w:color="auto" w:fill="E8F4F8"/>
        <w:spacing w:after="240"/>
        <w:rPr>
          <w:rFonts w:ascii="Arial" w:hAnsi="Arial" w:cs="Arial"/>
          <w:color w:val="8064A2" w:themeColor="accent4"/>
          <w:sz w:val="24"/>
          <w:szCs w:val="28"/>
        </w:rPr>
      </w:pPr>
      <w:r w:rsidRPr="00533969">
        <w:rPr>
          <w:rFonts w:ascii="Arial" w:hAnsi="Arial" w:cs="Arial"/>
          <w:color w:val="8064A2" w:themeColor="accent4"/>
          <w:sz w:val="24"/>
          <w:szCs w:val="28"/>
        </w:rPr>
        <w:t xml:space="preserve">Formal </w:t>
      </w:r>
      <w:r>
        <w:rPr>
          <w:rFonts w:ascii="Arial" w:hAnsi="Arial" w:cs="Arial"/>
          <w:color w:val="8064A2" w:themeColor="accent4"/>
          <w:sz w:val="24"/>
          <w:szCs w:val="28"/>
        </w:rPr>
        <w:t>Background</w:t>
      </w:r>
      <w:r w:rsidRPr="00533969">
        <w:rPr>
          <w:rFonts w:ascii="Arial" w:hAnsi="Arial" w:cs="Arial"/>
          <w:color w:val="8064A2" w:themeColor="accent4"/>
          <w:sz w:val="24"/>
          <w:szCs w:val="28"/>
        </w:rPr>
        <w:t xml:space="preserve"> and Credentials</w:t>
      </w:r>
    </w:p>
    <w:p w14:paraId="751465C0" w14:textId="08E0ED95" w:rsidR="00AF1FBA" w:rsidRPr="009C7C7F" w:rsidRDefault="00533969" w:rsidP="001256D4">
      <w:pPr>
        <w:spacing w:after="240" w:line="312" w:lineRule="auto"/>
        <w:rPr>
          <w:rFonts w:ascii="Arial" w:hAnsi="Arial" w:cs="Arial"/>
          <w:sz w:val="22"/>
        </w:rPr>
      </w:pPr>
      <w:r w:rsidRPr="009C7C7F">
        <w:rPr>
          <w:rFonts w:ascii="Arial" w:hAnsi="Arial" w:cs="Arial"/>
          <w:sz w:val="22"/>
        </w:rPr>
        <w:t xml:space="preserve">My formal degrees include a double Bachelor’s degree in Philosophy and Psychology, with a focus on Industrial/Organizational (Business) Psychology, and a Master’s degree in English. I received both degrees from CUNY Brooklyn College. </w:t>
      </w:r>
    </w:p>
    <w:p w14:paraId="6131250E" w14:textId="00884A77" w:rsidR="00AD22A7" w:rsidRPr="009C7C7F" w:rsidRDefault="00533969" w:rsidP="001256D4">
      <w:pPr>
        <w:spacing w:after="240" w:line="312" w:lineRule="auto"/>
        <w:rPr>
          <w:rFonts w:ascii="Arial" w:eastAsiaTheme="majorEastAsia" w:hAnsi="Arial" w:cs="Arial"/>
          <w:color w:val="17365D" w:themeColor="text2" w:themeShade="BF"/>
          <w:spacing w:val="5"/>
          <w:kern w:val="28"/>
          <w:sz w:val="48"/>
          <w:szCs w:val="48"/>
        </w:rPr>
      </w:pPr>
      <w:r w:rsidRPr="009C7C7F">
        <w:rPr>
          <w:rFonts w:ascii="Arial" w:hAnsi="Arial" w:cs="Arial"/>
          <w:sz w:val="22"/>
        </w:rPr>
        <w:t>I have formal training in Instructional Design methodologies, principles, and practices obtained while employed by New York Life and over 20 years of applied adult learning expertise.</w:t>
      </w:r>
      <w:r w:rsidR="00AD22A7" w:rsidRPr="009C7C7F">
        <w:rPr>
          <w:rFonts w:ascii="Arial" w:hAnsi="Arial" w:cs="Arial"/>
          <w:sz w:val="20"/>
          <w:szCs w:val="20"/>
        </w:rPr>
        <w:br w:type="page"/>
      </w:r>
    </w:p>
    <w:p w14:paraId="4546F0FE" w14:textId="77777777" w:rsidR="00446114" w:rsidRDefault="00446114" w:rsidP="00697754">
      <w:pPr>
        <w:pStyle w:val="Title"/>
        <w:pBdr>
          <w:bottom w:val="none" w:sz="0" w:space="0" w:color="auto"/>
        </w:pBdr>
        <w:rPr>
          <w:rFonts w:ascii="Arial" w:hAnsi="Arial" w:cs="Arial"/>
        </w:rPr>
      </w:pPr>
    </w:p>
    <w:p w14:paraId="38F5C431" w14:textId="77777777" w:rsidR="00446114" w:rsidRDefault="00446114" w:rsidP="00697754">
      <w:pPr>
        <w:pStyle w:val="Title"/>
        <w:pBdr>
          <w:bottom w:val="none" w:sz="0" w:space="0" w:color="auto"/>
        </w:pBdr>
        <w:rPr>
          <w:rFonts w:ascii="Arial" w:hAnsi="Arial" w:cs="Arial"/>
        </w:rPr>
      </w:pPr>
    </w:p>
    <w:p w14:paraId="1D541244" w14:textId="0AE6120E" w:rsidR="00E00E38" w:rsidRPr="005A79F6" w:rsidRDefault="007E60FB" w:rsidP="00697754">
      <w:pPr>
        <w:pStyle w:val="Title"/>
        <w:pBdr>
          <w:bottom w:val="none" w:sz="0" w:space="0" w:color="auto"/>
        </w:pBdr>
        <w:rPr>
          <w:rFonts w:ascii="Arial" w:hAnsi="Arial" w:cs="Arial"/>
          <w:b/>
          <w:bCs/>
        </w:rPr>
      </w:pPr>
      <w:r w:rsidRPr="005A79F6">
        <w:rPr>
          <w:rFonts w:ascii="Arial" w:hAnsi="Arial" w:cs="Arial"/>
          <w:b/>
          <w:bCs/>
        </w:rPr>
        <w:t>Autistic Self-</w:t>
      </w:r>
      <w:r w:rsidR="00DB709B">
        <w:rPr>
          <w:rFonts w:ascii="Arial" w:hAnsi="Arial" w:cs="Arial"/>
          <w:b/>
          <w:bCs/>
        </w:rPr>
        <w:t>Identification &amp; Diagnosis</w:t>
      </w:r>
      <w:r w:rsidR="00697754" w:rsidRPr="005A79F6">
        <w:rPr>
          <w:rFonts w:ascii="Arial" w:hAnsi="Arial" w:cs="Arial"/>
          <w:b/>
          <w:bCs/>
        </w:rPr>
        <w:t>—</w:t>
      </w:r>
      <w:r w:rsidR="002E5F9C">
        <w:rPr>
          <w:rFonts w:ascii="Arial" w:hAnsi="Arial" w:cs="Arial"/>
          <w:b/>
          <w:bCs/>
        </w:rPr>
        <w:t>Interactive Guide</w:t>
      </w:r>
    </w:p>
    <w:p w14:paraId="58776A39" w14:textId="77777777" w:rsidR="00446114" w:rsidRDefault="00446114" w:rsidP="00956CC5"/>
    <w:p w14:paraId="18746320" w14:textId="66123867" w:rsidR="00697754" w:rsidRPr="00697754" w:rsidRDefault="00697754" w:rsidP="00BD51F5">
      <w:pPr>
        <w:pStyle w:val="Heading2"/>
        <w:spacing w:before="0" w:after="240"/>
        <w:rPr>
          <w:rFonts w:ascii="Arial" w:hAnsi="Arial" w:cs="Arial"/>
          <w:color w:val="31849B" w:themeColor="accent5" w:themeShade="BF"/>
          <w:sz w:val="36"/>
          <w:szCs w:val="36"/>
        </w:rPr>
      </w:pPr>
      <w:r w:rsidRPr="00697754">
        <w:rPr>
          <w:rFonts w:ascii="Arial" w:hAnsi="Arial" w:cs="Arial"/>
          <w:color w:val="31849B" w:themeColor="accent5" w:themeShade="BF"/>
          <w:sz w:val="36"/>
          <w:szCs w:val="36"/>
        </w:rPr>
        <w:t xml:space="preserve">How to use this </w:t>
      </w:r>
      <w:r w:rsidR="002E5F9C">
        <w:rPr>
          <w:rFonts w:ascii="Arial" w:hAnsi="Arial" w:cs="Arial"/>
          <w:color w:val="31849B" w:themeColor="accent5" w:themeShade="BF"/>
          <w:sz w:val="36"/>
          <w:szCs w:val="36"/>
        </w:rPr>
        <w:t>Guide</w:t>
      </w:r>
    </w:p>
    <w:p w14:paraId="3A7B216C" w14:textId="0DA02A08" w:rsidR="001D5FA7" w:rsidRDefault="001D5FA7" w:rsidP="00BD51F5">
      <w:pPr>
        <w:pStyle w:val="Heading3"/>
        <w:shd w:val="clear" w:color="auto" w:fill="E8F4F8"/>
        <w:spacing w:after="240"/>
        <w:rPr>
          <w:rFonts w:ascii="Arial" w:hAnsi="Arial" w:cs="Arial"/>
          <w:b w:val="0"/>
          <w:color w:val="8064A2" w:themeColor="accent4"/>
          <w:sz w:val="24"/>
          <w:szCs w:val="28"/>
        </w:rPr>
      </w:pPr>
      <w:r w:rsidRPr="001D5FA7">
        <w:rPr>
          <w:rFonts w:ascii="Arial" w:hAnsi="Arial" w:cs="Arial"/>
          <w:color w:val="8064A2" w:themeColor="accent4"/>
          <w:sz w:val="24"/>
          <w:szCs w:val="28"/>
        </w:rPr>
        <w:t>Overview</w:t>
      </w:r>
    </w:p>
    <w:p w14:paraId="746BFA15" w14:textId="02931EA8" w:rsidR="001B08AE" w:rsidRDefault="00697754" w:rsidP="00A717FC">
      <w:pPr>
        <w:spacing w:after="240" w:line="288" w:lineRule="auto"/>
        <w:rPr>
          <w:rFonts w:ascii="Arial" w:hAnsi="Arial" w:cs="Arial"/>
          <w:sz w:val="24"/>
          <w:szCs w:val="24"/>
        </w:rPr>
      </w:pPr>
      <w:r w:rsidRPr="00446114">
        <w:rPr>
          <w:rFonts w:ascii="Arial" w:hAnsi="Arial" w:cs="Arial"/>
          <w:sz w:val="24"/>
          <w:szCs w:val="24"/>
        </w:rPr>
        <w:t>This is a</w:t>
      </w:r>
      <w:r w:rsidR="002E5F9C">
        <w:rPr>
          <w:rFonts w:ascii="Arial" w:hAnsi="Arial" w:cs="Arial"/>
          <w:sz w:val="24"/>
          <w:szCs w:val="24"/>
        </w:rPr>
        <w:t>n interactive guide</w:t>
      </w:r>
      <w:r w:rsidRPr="00446114">
        <w:rPr>
          <w:rFonts w:ascii="Arial" w:hAnsi="Arial" w:cs="Arial"/>
          <w:sz w:val="24"/>
          <w:szCs w:val="24"/>
        </w:rPr>
        <w:t xml:space="preserve"> to help you </w:t>
      </w:r>
      <w:r w:rsidR="001B08AE">
        <w:rPr>
          <w:rFonts w:ascii="Arial" w:hAnsi="Arial" w:cs="Arial"/>
          <w:sz w:val="24"/>
          <w:szCs w:val="24"/>
        </w:rPr>
        <w:t>map your live</w:t>
      </w:r>
      <w:r w:rsidR="0058049C">
        <w:rPr>
          <w:rFonts w:ascii="Arial" w:hAnsi="Arial" w:cs="Arial"/>
          <w:sz w:val="24"/>
          <w:szCs w:val="24"/>
        </w:rPr>
        <w:t>d</w:t>
      </w:r>
      <w:r w:rsidR="001B08AE">
        <w:rPr>
          <w:rFonts w:ascii="Arial" w:hAnsi="Arial" w:cs="Arial"/>
          <w:sz w:val="24"/>
          <w:szCs w:val="24"/>
        </w:rPr>
        <w:t xml:space="preserve"> experience from early childhood to the present to the autism diagnostic criteria. </w:t>
      </w:r>
    </w:p>
    <w:p w14:paraId="71FCD145" w14:textId="65EA7B9A" w:rsidR="001B08AE" w:rsidRDefault="001B08AE" w:rsidP="00A717FC">
      <w:pPr>
        <w:spacing w:after="240" w:line="288" w:lineRule="auto"/>
        <w:rPr>
          <w:rFonts w:ascii="Arial" w:hAnsi="Arial" w:cs="Arial"/>
          <w:sz w:val="24"/>
          <w:szCs w:val="24"/>
        </w:rPr>
      </w:pPr>
      <w:r w:rsidRPr="001B08AE">
        <w:rPr>
          <w:rFonts w:ascii="Arial" w:hAnsi="Arial" w:cs="Arial"/>
          <w:sz w:val="24"/>
          <w:szCs w:val="24"/>
        </w:rPr>
        <w:t xml:space="preserve">This </w:t>
      </w:r>
      <w:r w:rsidR="002E5F9C">
        <w:rPr>
          <w:rFonts w:ascii="Arial" w:hAnsi="Arial" w:cs="Arial"/>
          <w:sz w:val="24"/>
          <w:szCs w:val="24"/>
        </w:rPr>
        <w:t>guide</w:t>
      </w:r>
      <w:r w:rsidRPr="001B08AE">
        <w:rPr>
          <w:rFonts w:ascii="Arial" w:hAnsi="Arial" w:cs="Arial"/>
          <w:sz w:val="24"/>
          <w:szCs w:val="24"/>
        </w:rPr>
        <w:t xml:space="preserve"> is designed to support informed </w:t>
      </w:r>
      <w:r w:rsidRPr="001B08AE">
        <w:rPr>
          <w:rFonts w:ascii="Arial" w:hAnsi="Arial" w:cs="Arial"/>
          <w:b/>
          <w:bCs/>
          <w:sz w:val="24"/>
          <w:szCs w:val="24"/>
        </w:rPr>
        <w:t>autistic self-identification and self-diagnosis</w:t>
      </w:r>
      <w:r w:rsidRPr="001B08AE">
        <w:rPr>
          <w:rFonts w:ascii="Arial" w:hAnsi="Arial" w:cs="Arial"/>
          <w:sz w:val="24"/>
          <w:szCs w:val="24"/>
        </w:rPr>
        <w:t>. It does not provide a formal clinical diagnosis and does not replace a formal assessment when one is needed or desired.</w:t>
      </w:r>
    </w:p>
    <w:p w14:paraId="1D2A6DD4" w14:textId="419B91AD" w:rsidR="008C35FE" w:rsidRDefault="004960B4" w:rsidP="00BD51F5">
      <w:pPr>
        <w:spacing w:after="240" w:line="312" w:lineRule="auto"/>
        <w:rPr>
          <w:rFonts w:ascii="Arial" w:hAnsi="Arial" w:cs="Arial"/>
          <w:b/>
          <w:color w:val="8064A2" w:themeColor="accent4"/>
          <w:sz w:val="24"/>
          <w:szCs w:val="28"/>
        </w:rPr>
      </w:pPr>
      <w:r>
        <w:rPr>
          <w:rFonts w:ascii="Arial" w:hAnsi="Arial" w:cs="Arial"/>
          <w:b/>
          <w:color w:val="8064A2" w:themeColor="accent4"/>
          <w:sz w:val="24"/>
          <w:szCs w:val="28"/>
        </w:rPr>
        <w:t>Where you are in the process of self-identification</w:t>
      </w:r>
    </w:p>
    <w:p w14:paraId="5A4E294B" w14:textId="6460F87B" w:rsidR="008C35FE" w:rsidRPr="008C35FE" w:rsidRDefault="008C35FE" w:rsidP="00A717FC">
      <w:pPr>
        <w:spacing w:line="312" w:lineRule="auto"/>
        <w:rPr>
          <w:rFonts w:ascii="Arial" w:hAnsi="Arial" w:cs="Arial"/>
          <w:sz w:val="24"/>
          <w:szCs w:val="24"/>
        </w:rPr>
      </w:pPr>
      <w:r w:rsidRPr="008C35FE">
        <w:rPr>
          <w:rFonts w:ascii="Arial" w:hAnsi="Arial" w:cs="Arial"/>
          <w:sz w:val="24"/>
          <w:szCs w:val="24"/>
        </w:rPr>
        <w:t>STEP</w:t>
      </w:r>
      <w:r w:rsidRPr="008C35FE">
        <w:rPr>
          <w:rFonts w:ascii="Arial" w:hAnsi="Arial" w:cs="Arial"/>
          <w:color w:val="8064A2" w:themeColor="accent4"/>
          <w:sz w:val="24"/>
          <w:szCs w:val="28"/>
        </w:rPr>
        <w:t xml:space="preserve"> </w:t>
      </w:r>
      <w:r w:rsidRPr="008C35FE">
        <w:rPr>
          <w:rFonts w:ascii="Arial" w:hAnsi="Arial" w:cs="Arial"/>
          <w:sz w:val="24"/>
          <w:szCs w:val="24"/>
        </w:rPr>
        <w:t xml:space="preserve">1 — </w:t>
      </w:r>
      <w:r w:rsidR="004960B4">
        <w:rPr>
          <w:rFonts w:ascii="Arial" w:hAnsi="Arial" w:cs="Arial"/>
          <w:sz w:val="24"/>
          <w:szCs w:val="24"/>
        </w:rPr>
        <w:t xml:space="preserve">Understanding </w:t>
      </w:r>
      <w:r w:rsidR="00FB195D">
        <w:rPr>
          <w:rFonts w:ascii="Arial" w:hAnsi="Arial" w:cs="Arial"/>
          <w:sz w:val="24"/>
          <w:szCs w:val="24"/>
        </w:rPr>
        <w:t>how autism is diagnosed</w:t>
      </w:r>
      <w:r w:rsidRPr="008C35FE">
        <w:rPr>
          <w:rFonts w:ascii="Arial" w:hAnsi="Arial" w:cs="Arial"/>
          <w:sz w:val="24"/>
          <w:szCs w:val="24"/>
        </w:rPr>
        <w:t xml:space="preserve"> </w:t>
      </w:r>
    </w:p>
    <w:p w14:paraId="03930DC6" w14:textId="43ED8C9E" w:rsidR="008C35FE" w:rsidRPr="008C35FE" w:rsidRDefault="008C35FE" w:rsidP="00A717FC">
      <w:pPr>
        <w:spacing w:line="312" w:lineRule="auto"/>
        <w:rPr>
          <w:rFonts w:ascii="Arial" w:hAnsi="Arial" w:cs="Arial"/>
          <w:sz w:val="24"/>
          <w:szCs w:val="24"/>
        </w:rPr>
      </w:pPr>
      <w:r w:rsidRPr="008C35FE">
        <w:rPr>
          <w:rFonts w:ascii="Arial" w:hAnsi="Arial" w:cs="Arial"/>
          <w:sz w:val="24"/>
          <w:szCs w:val="24"/>
        </w:rPr>
        <w:t>STEP</w:t>
      </w:r>
      <w:r w:rsidRPr="008C35FE">
        <w:rPr>
          <w:rFonts w:ascii="Arial" w:hAnsi="Arial" w:cs="Arial"/>
          <w:color w:val="8064A2" w:themeColor="accent4"/>
          <w:sz w:val="24"/>
          <w:szCs w:val="28"/>
        </w:rPr>
        <w:t xml:space="preserve"> </w:t>
      </w:r>
      <w:r w:rsidRPr="008C35FE">
        <w:rPr>
          <w:rFonts w:ascii="Arial" w:hAnsi="Arial" w:cs="Arial"/>
          <w:sz w:val="24"/>
          <w:szCs w:val="24"/>
        </w:rPr>
        <w:t xml:space="preserve">2 — </w:t>
      </w:r>
      <w:r w:rsidR="004960B4">
        <w:rPr>
          <w:rFonts w:ascii="Arial" w:hAnsi="Arial" w:cs="Arial"/>
          <w:sz w:val="24"/>
          <w:szCs w:val="24"/>
        </w:rPr>
        <w:t>Understanding your internal experience</w:t>
      </w:r>
      <w:r w:rsidRPr="008C35FE">
        <w:rPr>
          <w:rFonts w:ascii="Arial" w:hAnsi="Arial" w:cs="Arial"/>
          <w:sz w:val="24"/>
          <w:szCs w:val="24"/>
        </w:rPr>
        <w:t xml:space="preserve"> </w:t>
      </w:r>
    </w:p>
    <w:p w14:paraId="3B840B25" w14:textId="578A5717" w:rsidR="008C35FE" w:rsidRPr="009A6530" w:rsidRDefault="008C35FE" w:rsidP="00A717FC">
      <w:pPr>
        <w:spacing w:line="312" w:lineRule="auto"/>
        <w:rPr>
          <w:rFonts w:ascii="Arial" w:hAnsi="Arial" w:cs="Arial"/>
          <w:b/>
          <w:bCs/>
          <w:sz w:val="24"/>
          <w:szCs w:val="24"/>
        </w:rPr>
      </w:pPr>
      <w:r w:rsidRPr="009A6530">
        <w:rPr>
          <w:rFonts w:ascii="Arial" w:hAnsi="Arial" w:cs="Arial"/>
          <w:b/>
          <w:bCs/>
          <w:sz w:val="24"/>
          <w:szCs w:val="24"/>
        </w:rPr>
        <w:t>STEP</w:t>
      </w:r>
      <w:r w:rsidRPr="009A6530">
        <w:rPr>
          <w:rFonts w:ascii="Arial" w:hAnsi="Arial" w:cs="Arial"/>
          <w:b/>
          <w:bCs/>
          <w:color w:val="8064A2" w:themeColor="accent4"/>
          <w:sz w:val="24"/>
          <w:szCs w:val="28"/>
        </w:rPr>
        <w:t xml:space="preserve"> </w:t>
      </w:r>
      <w:r w:rsidRPr="009A6530">
        <w:rPr>
          <w:rFonts w:ascii="Arial" w:hAnsi="Arial" w:cs="Arial"/>
          <w:b/>
          <w:bCs/>
          <w:sz w:val="24"/>
          <w:szCs w:val="24"/>
        </w:rPr>
        <w:t xml:space="preserve">3 — </w:t>
      </w:r>
      <w:r w:rsidR="004960B4" w:rsidRPr="009A6530">
        <w:rPr>
          <w:rFonts w:ascii="Arial" w:hAnsi="Arial" w:cs="Arial"/>
          <w:b/>
          <w:bCs/>
          <w:sz w:val="24"/>
          <w:szCs w:val="24"/>
        </w:rPr>
        <w:t xml:space="preserve">Mapping your experiences to the criteria </w:t>
      </w:r>
      <w:r w:rsidR="004960B4" w:rsidRPr="009A6530">
        <w:rPr>
          <w:rFonts w:ascii="Arial" w:hAnsi="Arial" w:cs="Arial"/>
          <w:b/>
          <w:bCs/>
          <w:sz w:val="24"/>
          <w:szCs w:val="24"/>
        </w:rPr>
        <w:sym w:font="Wingdings" w:char="F0DF"/>
      </w:r>
      <w:r w:rsidR="004960B4" w:rsidRPr="009A6530">
        <w:rPr>
          <w:rFonts w:ascii="Arial" w:hAnsi="Arial" w:cs="Arial"/>
          <w:b/>
          <w:bCs/>
          <w:sz w:val="24"/>
          <w:szCs w:val="24"/>
        </w:rPr>
        <w:t xml:space="preserve"> YOU ARE HERE</w:t>
      </w:r>
    </w:p>
    <w:p w14:paraId="53AC5658" w14:textId="07F54D1A" w:rsidR="008C35FE" w:rsidRPr="008C35FE" w:rsidRDefault="008C35FE" w:rsidP="00BD51F5">
      <w:pPr>
        <w:spacing w:after="240" w:line="312" w:lineRule="auto"/>
        <w:rPr>
          <w:rFonts w:ascii="Arial" w:hAnsi="Arial" w:cs="Arial"/>
          <w:sz w:val="24"/>
          <w:szCs w:val="24"/>
        </w:rPr>
      </w:pPr>
      <w:r w:rsidRPr="008C35FE">
        <w:rPr>
          <w:rFonts w:ascii="Arial" w:hAnsi="Arial" w:cs="Arial"/>
          <w:sz w:val="24"/>
          <w:szCs w:val="24"/>
        </w:rPr>
        <w:t xml:space="preserve">STEP 4 — </w:t>
      </w:r>
      <w:r w:rsidR="004960B4">
        <w:rPr>
          <w:rFonts w:ascii="Arial" w:hAnsi="Arial" w:cs="Arial"/>
          <w:sz w:val="24"/>
          <w:szCs w:val="24"/>
        </w:rPr>
        <w:t>Self-assessment</w:t>
      </w:r>
      <w:r w:rsidR="009A6530">
        <w:rPr>
          <w:rFonts w:ascii="Arial" w:hAnsi="Arial" w:cs="Arial"/>
          <w:sz w:val="24"/>
          <w:szCs w:val="24"/>
        </w:rPr>
        <w:t xml:space="preserve"> (last section of this </w:t>
      </w:r>
      <w:r w:rsidR="002E5F9C">
        <w:rPr>
          <w:rFonts w:ascii="Arial" w:hAnsi="Arial" w:cs="Arial"/>
          <w:sz w:val="24"/>
          <w:szCs w:val="24"/>
        </w:rPr>
        <w:t>guide</w:t>
      </w:r>
      <w:r w:rsidR="009A6530">
        <w:rPr>
          <w:rFonts w:ascii="Arial" w:hAnsi="Arial" w:cs="Arial"/>
          <w:sz w:val="24"/>
          <w:szCs w:val="24"/>
        </w:rPr>
        <w:t>)</w:t>
      </w:r>
    </w:p>
    <w:p w14:paraId="72D37389" w14:textId="2EE786ED" w:rsidR="008C35FE" w:rsidRPr="005C597F" w:rsidRDefault="002E5F9C" w:rsidP="00BD51F5">
      <w:pPr>
        <w:pStyle w:val="Heading3"/>
        <w:shd w:val="clear" w:color="auto" w:fill="E8F4F8"/>
        <w:spacing w:after="240"/>
        <w:rPr>
          <w:rFonts w:ascii="Arial" w:hAnsi="Arial" w:cs="Arial"/>
          <w:color w:val="8064A2" w:themeColor="accent4"/>
          <w:sz w:val="24"/>
          <w:szCs w:val="28"/>
        </w:rPr>
      </w:pPr>
      <w:r>
        <w:rPr>
          <w:rFonts w:ascii="Arial" w:hAnsi="Arial" w:cs="Arial"/>
          <w:color w:val="8064A2" w:themeColor="accent4"/>
          <w:sz w:val="24"/>
          <w:szCs w:val="28"/>
        </w:rPr>
        <w:t>U</w:t>
      </w:r>
      <w:r w:rsidR="008C35FE">
        <w:rPr>
          <w:rFonts w:ascii="Arial" w:hAnsi="Arial" w:cs="Arial"/>
          <w:color w:val="8064A2" w:themeColor="accent4"/>
          <w:sz w:val="24"/>
          <w:szCs w:val="28"/>
        </w:rPr>
        <w:t>sage guidance</w:t>
      </w:r>
    </w:p>
    <w:p w14:paraId="0242C732" w14:textId="77777777" w:rsidR="00A717FC" w:rsidRPr="00A717FC" w:rsidRDefault="00A717FC" w:rsidP="00A717FC">
      <w:pPr>
        <w:spacing w:after="240" w:line="288" w:lineRule="auto"/>
        <w:rPr>
          <w:rFonts w:ascii="Arial" w:hAnsi="Arial" w:cs="Arial"/>
          <w:b/>
          <w:bCs/>
          <w:sz w:val="24"/>
          <w:szCs w:val="24"/>
        </w:rPr>
      </w:pPr>
      <w:r w:rsidRPr="00A717FC">
        <w:rPr>
          <w:rFonts w:ascii="Arial" w:hAnsi="Arial" w:cs="Arial"/>
          <w:b/>
          <w:bCs/>
          <w:sz w:val="24"/>
          <w:szCs w:val="24"/>
        </w:rPr>
        <w:t>Navigating the document</w:t>
      </w:r>
    </w:p>
    <w:p w14:paraId="0491AA39" w14:textId="1FE07DB2" w:rsidR="00BD51F5" w:rsidRDefault="00BD51F5" w:rsidP="00A717FC">
      <w:pPr>
        <w:spacing w:after="240" w:line="288" w:lineRule="auto"/>
        <w:rPr>
          <w:rFonts w:ascii="Arial" w:hAnsi="Arial" w:cs="Arial"/>
          <w:sz w:val="24"/>
          <w:szCs w:val="24"/>
        </w:rPr>
      </w:pPr>
      <w:r>
        <w:rPr>
          <w:rFonts w:ascii="Arial" w:hAnsi="Arial" w:cs="Arial"/>
          <w:sz w:val="24"/>
          <w:szCs w:val="24"/>
        </w:rPr>
        <w:t xml:space="preserve">Use the navigation bar to understand where you are in the process/guide and to easily navigate between sections. I built this into the guide as a neurodivergent accessibility feature. It should make the process a lot easier to navigate if you use it. </w:t>
      </w:r>
      <w:r>
        <w:rPr>
          <mc:AlternateContent>
            <mc:Choice Requires="w16se">
              <w:rFonts w:ascii="Arial" w:hAnsi="Arial" w:cs="Arial"/>
            </mc:Choice>
            <mc:Fallback>
              <w:rFonts w:ascii="Segoe UI Emoji" w:eastAsia="Segoe UI Emoji" w:hAnsi="Segoe UI Emoji" w:cs="Segoe UI Emoji"/>
            </mc:Fallback>
          </mc:AlternateContent>
          <w:sz w:val="24"/>
          <w:szCs w:val="24"/>
        </w:rPr>
        <mc:AlternateContent>
          <mc:Choice Requires="w16se">
            <w16se:symEx w16se:font="Segoe UI Emoji" w16se:char="2764"/>
          </mc:Choice>
          <mc:Fallback>
            <w:t>❤</w:t>
          </mc:Fallback>
        </mc:AlternateContent>
      </w:r>
      <w:r>
        <w:rPr>
          <w:rFonts w:ascii="Arial" w:hAnsi="Arial" w:cs="Arial"/>
          <w:sz w:val="24"/>
          <w:szCs w:val="24"/>
        </w:rPr>
        <w:t>️</w:t>
      </w:r>
    </w:p>
    <w:p w14:paraId="2A3AB120" w14:textId="2A82E51C" w:rsidR="00A717FC" w:rsidRDefault="00A717FC" w:rsidP="00A717FC">
      <w:pPr>
        <w:spacing w:after="240" w:line="288" w:lineRule="auto"/>
        <w:rPr>
          <w:rFonts w:ascii="Arial" w:hAnsi="Arial" w:cs="Arial"/>
          <w:sz w:val="24"/>
          <w:szCs w:val="24"/>
        </w:rPr>
      </w:pPr>
      <w:r>
        <w:rPr>
          <w:rFonts w:ascii="Arial" w:hAnsi="Arial" w:cs="Arial"/>
          <w:sz w:val="24"/>
          <w:szCs w:val="24"/>
        </w:rPr>
        <w:t>To access the navigation bar, click on the “View” tab and select the “Navigation Pane” item.</w:t>
      </w:r>
    </w:p>
    <w:p w14:paraId="350439FE" w14:textId="7A14A1D7" w:rsidR="008C35FE" w:rsidRPr="00A717FC" w:rsidRDefault="008C35FE" w:rsidP="00A717FC">
      <w:pPr>
        <w:spacing w:after="240" w:line="288" w:lineRule="auto"/>
        <w:rPr>
          <w:rFonts w:ascii="Arial" w:hAnsi="Arial" w:cs="Arial"/>
          <w:b/>
          <w:bCs/>
          <w:sz w:val="24"/>
          <w:szCs w:val="24"/>
        </w:rPr>
      </w:pPr>
      <w:r w:rsidRPr="00A717FC">
        <w:rPr>
          <w:rFonts w:ascii="Arial" w:hAnsi="Arial" w:cs="Arial"/>
          <w:b/>
          <w:bCs/>
          <w:sz w:val="24"/>
          <w:szCs w:val="24"/>
        </w:rPr>
        <w:t xml:space="preserve">This </w:t>
      </w:r>
      <w:r w:rsidR="002E5F9C" w:rsidRPr="00A717FC">
        <w:rPr>
          <w:rFonts w:ascii="Arial" w:hAnsi="Arial" w:cs="Arial"/>
          <w:b/>
          <w:bCs/>
          <w:sz w:val="24"/>
          <w:szCs w:val="24"/>
        </w:rPr>
        <w:t>guide</w:t>
      </w:r>
      <w:r w:rsidRPr="00A717FC">
        <w:rPr>
          <w:rFonts w:ascii="Arial" w:hAnsi="Arial" w:cs="Arial"/>
          <w:b/>
          <w:bCs/>
          <w:sz w:val="24"/>
          <w:szCs w:val="24"/>
        </w:rPr>
        <w:t xml:space="preserve"> intentionally provides open room for brainstorming. </w:t>
      </w:r>
    </w:p>
    <w:p w14:paraId="7E319C69" w14:textId="77777777" w:rsidR="008C35FE" w:rsidRDefault="008C35FE" w:rsidP="00A717FC">
      <w:pPr>
        <w:spacing w:after="240" w:line="288" w:lineRule="auto"/>
        <w:rPr>
          <w:rFonts w:ascii="Arial" w:hAnsi="Arial" w:cs="Arial"/>
          <w:sz w:val="24"/>
          <w:szCs w:val="24"/>
        </w:rPr>
      </w:pPr>
      <w:r w:rsidRPr="00A717FC">
        <w:rPr>
          <w:rFonts w:ascii="Arial" w:hAnsi="Arial" w:cs="Arial"/>
          <w:sz w:val="24"/>
          <w:szCs w:val="24"/>
        </w:rPr>
        <w:t>You can type directly into the file on a computer or</w:t>
      </w:r>
      <w:r>
        <w:rPr>
          <w:rFonts w:ascii="Arial" w:hAnsi="Arial" w:cs="Arial"/>
          <w:sz w:val="24"/>
          <w:szCs w:val="24"/>
        </w:rPr>
        <w:t xml:space="preserve"> print it and write with pen/pencil if that works better for you</w:t>
      </w:r>
      <w:r w:rsidRPr="00446114">
        <w:rPr>
          <w:rFonts w:ascii="Arial" w:hAnsi="Arial" w:cs="Arial"/>
          <w:sz w:val="24"/>
          <w:szCs w:val="24"/>
        </w:rPr>
        <w:t>.</w:t>
      </w:r>
      <w:r>
        <w:rPr>
          <w:rFonts w:ascii="Arial" w:hAnsi="Arial" w:cs="Arial"/>
          <w:sz w:val="24"/>
          <w:szCs w:val="24"/>
        </w:rPr>
        <w:t xml:space="preserve"> Use the backsides of the pages for extra writing room if you need it.</w:t>
      </w:r>
    </w:p>
    <w:p w14:paraId="5487C6E1" w14:textId="16085938" w:rsidR="008C35FE" w:rsidRPr="00BD51F5" w:rsidRDefault="004960B4" w:rsidP="000433B6">
      <w:pPr>
        <w:pStyle w:val="Heading2"/>
        <w:spacing w:before="0" w:after="240"/>
        <w:rPr>
          <w:rFonts w:ascii="Arial" w:hAnsi="Arial" w:cs="Arial"/>
          <w:b w:val="0"/>
          <w:bCs w:val="0"/>
          <w:color w:val="31849B" w:themeColor="accent5" w:themeShade="BF"/>
          <w:sz w:val="36"/>
          <w:szCs w:val="36"/>
        </w:rPr>
      </w:pPr>
      <w:r>
        <w:rPr>
          <w:rFonts w:ascii="Arial" w:hAnsi="Arial" w:cs="Arial"/>
          <w:color w:val="31849B" w:themeColor="accent5" w:themeShade="BF"/>
          <w:sz w:val="36"/>
          <w:szCs w:val="36"/>
        </w:rPr>
        <w:br w:type="page"/>
      </w:r>
      <w:r w:rsidR="008C35FE" w:rsidRPr="004960B4">
        <w:rPr>
          <w:rFonts w:ascii="Arial" w:hAnsi="Arial" w:cs="Arial"/>
          <w:color w:val="31849B" w:themeColor="accent5" w:themeShade="BF"/>
          <w:sz w:val="36"/>
          <w:szCs w:val="36"/>
        </w:rPr>
        <w:lastRenderedPageBreak/>
        <w:t>Before you begin…</w:t>
      </w:r>
    </w:p>
    <w:p w14:paraId="7C7D06B5" w14:textId="2870004C" w:rsidR="004960B4" w:rsidRPr="004960B4" w:rsidRDefault="004960B4" w:rsidP="004960B4">
      <w:pPr>
        <w:pStyle w:val="Heading3"/>
        <w:shd w:val="clear" w:color="auto" w:fill="E8F4F8"/>
        <w:spacing w:before="0" w:after="240" w:line="288" w:lineRule="auto"/>
        <w:rPr>
          <w:rFonts w:ascii="Arial" w:hAnsi="Arial" w:cs="Arial"/>
          <w:color w:val="8064A2" w:themeColor="accent4"/>
          <w:sz w:val="24"/>
          <w:szCs w:val="28"/>
        </w:rPr>
      </w:pPr>
      <w:r>
        <w:rPr>
          <w:rFonts w:ascii="Arial" w:hAnsi="Arial" w:cs="Arial"/>
          <w:color w:val="8064A2" w:themeColor="accent4"/>
          <w:sz w:val="24"/>
          <w:szCs w:val="28"/>
        </w:rPr>
        <w:t>Required preparation for best results</w:t>
      </w:r>
    </w:p>
    <w:p w14:paraId="28FB4C3E" w14:textId="52F6D70D" w:rsidR="004960B4" w:rsidRDefault="008C35FE" w:rsidP="004960B4">
      <w:pPr>
        <w:spacing w:after="240" w:line="360" w:lineRule="auto"/>
        <w:rPr>
          <w:rFonts w:ascii="Arial" w:hAnsi="Arial" w:cs="Arial"/>
          <w:b/>
          <w:bCs/>
          <w:sz w:val="24"/>
          <w:szCs w:val="24"/>
        </w:rPr>
      </w:pPr>
      <w:r w:rsidRPr="00D80790">
        <w:rPr>
          <w:rFonts w:ascii="Arial" w:hAnsi="Arial" w:cs="Arial"/>
          <w:b/>
          <w:bCs/>
          <w:sz w:val="24"/>
          <w:szCs w:val="24"/>
        </w:rPr>
        <w:t xml:space="preserve">Before beginning to use this </w:t>
      </w:r>
      <w:r w:rsidR="002E5F9C">
        <w:rPr>
          <w:rFonts w:ascii="Arial" w:hAnsi="Arial" w:cs="Arial"/>
          <w:b/>
          <w:bCs/>
          <w:sz w:val="24"/>
          <w:szCs w:val="24"/>
        </w:rPr>
        <w:t>guide</w:t>
      </w:r>
      <w:r w:rsidRPr="00D80790">
        <w:rPr>
          <w:rFonts w:ascii="Arial" w:hAnsi="Arial" w:cs="Arial"/>
          <w:b/>
          <w:bCs/>
          <w:sz w:val="24"/>
          <w:szCs w:val="24"/>
        </w:rPr>
        <w:t>,</w:t>
      </w:r>
      <w:r>
        <w:rPr>
          <w:rFonts w:ascii="Arial" w:hAnsi="Arial" w:cs="Arial"/>
          <w:b/>
          <w:bCs/>
          <w:sz w:val="24"/>
          <w:szCs w:val="24"/>
        </w:rPr>
        <w:t xml:space="preserve"> be sure to</w:t>
      </w:r>
      <w:r w:rsidRPr="00D80790">
        <w:rPr>
          <w:rFonts w:ascii="Arial" w:hAnsi="Arial" w:cs="Arial"/>
          <w:b/>
          <w:bCs/>
          <w:sz w:val="24"/>
          <w:szCs w:val="24"/>
        </w:rPr>
        <w:t xml:space="preserve"> complete Steps 1 and 2</w:t>
      </w:r>
      <w:r w:rsidR="004960B4">
        <w:rPr>
          <w:rFonts w:ascii="Arial" w:hAnsi="Arial" w:cs="Arial"/>
          <w:b/>
          <w:bCs/>
          <w:sz w:val="24"/>
          <w:szCs w:val="24"/>
        </w:rPr>
        <w:t xml:space="preserve"> of the guided learning </w:t>
      </w:r>
      <w:proofErr w:type="gramStart"/>
      <w:r w:rsidR="004960B4">
        <w:rPr>
          <w:rFonts w:ascii="Arial" w:hAnsi="Arial" w:cs="Arial"/>
          <w:b/>
          <w:bCs/>
          <w:sz w:val="24"/>
          <w:szCs w:val="24"/>
        </w:rPr>
        <w:t>path</w:t>
      </w:r>
      <w:proofErr w:type="gramEnd"/>
      <w:r w:rsidR="004960B4">
        <w:rPr>
          <w:rFonts w:ascii="Arial" w:hAnsi="Arial" w:cs="Arial"/>
          <w:b/>
          <w:bCs/>
          <w:sz w:val="24"/>
          <w:szCs w:val="24"/>
        </w:rPr>
        <w:t xml:space="preserve">. </w:t>
      </w:r>
    </w:p>
    <w:p w14:paraId="3970A32A" w14:textId="72A87764" w:rsidR="004960B4" w:rsidRDefault="004960B4" w:rsidP="004960B4">
      <w:pPr>
        <w:spacing w:after="240" w:line="360" w:lineRule="auto"/>
        <w:rPr>
          <w:rFonts w:ascii="Arial" w:hAnsi="Arial" w:cs="Arial"/>
          <w:sz w:val="24"/>
          <w:szCs w:val="24"/>
        </w:rPr>
      </w:pPr>
      <w:r w:rsidRPr="004960B4">
        <w:rPr>
          <w:rFonts w:ascii="Arial" w:hAnsi="Arial" w:cs="Arial"/>
          <w:sz w:val="24"/>
          <w:szCs w:val="24"/>
        </w:rPr>
        <w:t>(</w:t>
      </w:r>
      <w:r w:rsidRPr="008C35FE">
        <w:rPr>
          <w:rFonts w:ascii="Arial" w:hAnsi="Arial" w:cs="Arial"/>
          <w:sz w:val="24"/>
          <w:szCs w:val="24"/>
        </w:rPr>
        <w:t>STEP</w:t>
      </w:r>
      <w:r w:rsidRPr="008C35FE">
        <w:rPr>
          <w:rFonts w:ascii="Arial" w:hAnsi="Arial" w:cs="Arial"/>
          <w:color w:val="8064A2" w:themeColor="accent4"/>
          <w:sz w:val="24"/>
          <w:szCs w:val="28"/>
        </w:rPr>
        <w:t xml:space="preserve"> </w:t>
      </w:r>
      <w:r w:rsidRPr="008C35FE">
        <w:rPr>
          <w:rFonts w:ascii="Arial" w:hAnsi="Arial" w:cs="Arial"/>
          <w:sz w:val="24"/>
          <w:szCs w:val="24"/>
        </w:rPr>
        <w:t>1</w:t>
      </w:r>
      <w:r>
        <w:rPr>
          <w:rFonts w:ascii="Arial" w:hAnsi="Arial" w:cs="Arial"/>
          <w:sz w:val="24"/>
          <w:szCs w:val="24"/>
        </w:rPr>
        <w:t xml:space="preserve">: Understanding </w:t>
      </w:r>
      <w:r w:rsidR="00FB195D">
        <w:rPr>
          <w:rFonts w:ascii="Arial" w:hAnsi="Arial" w:cs="Arial"/>
          <w:sz w:val="24"/>
          <w:szCs w:val="24"/>
        </w:rPr>
        <w:t>how autism is diagnosed</w:t>
      </w:r>
      <w:r>
        <w:rPr>
          <w:rFonts w:ascii="Arial" w:hAnsi="Arial" w:cs="Arial"/>
          <w:sz w:val="24"/>
          <w:szCs w:val="24"/>
        </w:rPr>
        <w:t xml:space="preserve">; </w:t>
      </w:r>
      <w:r w:rsidRPr="008C35FE">
        <w:rPr>
          <w:rFonts w:ascii="Arial" w:hAnsi="Arial" w:cs="Arial"/>
          <w:sz w:val="24"/>
          <w:szCs w:val="24"/>
        </w:rPr>
        <w:t>STEP</w:t>
      </w:r>
      <w:r w:rsidRPr="008C35FE">
        <w:rPr>
          <w:rFonts w:ascii="Arial" w:hAnsi="Arial" w:cs="Arial"/>
          <w:color w:val="8064A2" w:themeColor="accent4"/>
          <w:sz w:val="24"/>
          <w:szCs w:val="28"/>
        </w:rPr>
        <w:t xml:space="preserve"> </w:t>
      </w:r>
      <w:r w:rsidRPr="008C35FE">
        <w:rPr>
          <w:rFonts w:ascii="Arial" w:hAnsi="Arial" w:cs="Arial"/>
          <w:sz w:val="24"/>
          <w:szCs w:val="24"/>
        </w:rPr>
        <w:t>2</w:t>
      </w:r>
      <w:r>
        <w:rPr>
          <w:rFonts w:ascii="Arial" w:hAnsi="Arial" w:cs="Arial"/>
          <w:sz w:val="24"/>
          <w:szCs w:val="24"/>
        </w:rPr>
        <w:t>:</w:t>
      </w:r>
      <w:r w:rsidRPr="008C35FE">
        <w:rPr>
          <w:rFonts w:ascii="Arial" w:hAnsi="Arial" w:cs="Arial"/>
          <w:sz w:val="24"/>
          <w:szCs w:val="24"/>
        </w:rPr>
        <w:t xml:space="preserve"> </w:t>
      </w:r>
      <w:r>
        <w:rPr>
          <w:rFonts w:ascii="Arial" w:hAnsi="Arial" w:cs="Arial"/>
          <w:sz w:val="24"/>
          <w:szCs w:val="24"/>
        </w:rPr>
        <w:t>Understanding your internal experience)</w:t>
      </w:r>
      <w:r w:rsidRPr="008C35FE">
        <w:rPr>
          <w:rFonts w:ascii="Arial" w:hAnsi="Arial" w:cs="Arial"/>
          <w:sz w:val="24"/>
          <w:szCs w:val="24"/>
        </w:rPr>
        <w:t xml:space="preserve"> </w:t>
      </w:r>
    </w:p>
    <w:p w14:paraId="3E0DD7E4" w14:textId="77777777" w:rsidR="008C35FE" w:rsidRPr="00471292" w:rsidRDefault="008C35FE" w:rsidP="008C35FE">
      <w:pPr>
        <w:spacing w:after="240" w:line="360" w:lineRule="auto"/>
        <w:rPr>
          <w:rFonts w:ascii="Arial" w:hAnsi="Arial" w:cs="Arial"/>
          <w:sz w:val="24"/>
          <w:szCs w:val="24"/>
        </w:rPr>
      </w:pPr>
      <w:r>
        <w:rPr>
          <w:rFonts w:ascii="Arial" w:hAnsi="Arial" w:cs="Arial"/>
          <w:sz w:val="24"/>
          <w:szCs w:val="24"/>
        </w:rPr>
        <w:t>This will ensure you…</w:t>
      </w:r>
    </w:p>
    <w:p w14:paraId="3420122E" w14:textId="77777777" w:rsidR="008C35FE" w:rsidRPr="001D5FA7" w:rsidRDefault="008C35FE" w:rsidP="008C35FE">
      <w:pPr>
        <w:pStyle w:val="ListParagraph"/>
        <w:numPr>
          <w:ilvl w:val="0"/>
          <w:numId w:val="18"/>
        </w:numPr>
        <w:spacing w:after="240" w:line="360" w:lineRule="auto"/>
        <w:contextualSpacing w:val="0"/>
        <w:rPr>
          <w:rFonts w:ascii="Arial" w:hAnsi="Arial" w:cs="Arial"/>
          <w:sz w:val="24"/>
          <w:szCs w:val="24"/>
        </w:rPr>
      </w:pPr>
      <w:r w:rsidRPr="00137E44">
        <w:rPr>
          <w:rFonts w:ascii="Arial" w:hAnsi="Arial" w:cs="Arial"/>
          <w:b/>
          <w:bCs/>
          <w:sz w:val="24"/>
          <w:szCs w:val="24"/>
        </w:rPr>
        <w:t>Understand how autism is formally diagnosed</w:t>
      </w:r>
      <w:r w:rsidRPr="001D5FA7">
        <w:rPr>
          <w:rFonts w:ascii="Arial" w:hAnsi="Arial" w:cs="Arial"/>
          <w:sz w:val="24"/>
          <w:szCs w:val="24"/>
        </w:rPr>
        <w:t xml:space="preserve"> and how the DSM criteria and level framework are structured</w:t>
      </w:r>
    </w:p>
    <w:p w14:paraId="4D664C12" w14:textId="77777777" w:rsidR="008C35FE" w:rsidRPr="001D5FA7" w:rsidRDefault="008C35FE" w:rsidP="008C35FE">
      <w:pPr>
        <w:pStyle w:val="ListParagraph"/>
        <w:numPr>
          <w:ilvl w:val="0"/>
          <w:numId w:val="18"/>
        </w:numPr>
        <w:spacing w:after="240" w:line="360" w:lineRule="auto"/>
        <w:contextualSpacing w:val="0"/>
        <w:rPr>
          <w:rFonts w:ascii="Arial" w:hAnsi="Arial" w:cs="Arial"/>
          <w:sz w:val="24"/>
          <w:szCs w:val="24"/>
        </w:rPr>
      </w:pPr>
      <w:r w:rsidRPr="001D5FA7">
        <w:rPr>
          <w:rFonts w:ascii="Arial" w:hAnsi="Arial" w:cs="Arial"/>
          <w:sz w:val="24"/>
          <w:szCs w:val="24"/>
        </w:rPr>
        <w:t xml:space="preserve">Understand the difference between </w:t>
      </w:r>
      <w:r w:rsidRPr="00137E44">
        <w:rPr>
          <w:rFonts w:ascii="Arial" w:hAnsi="Arial" w:cs="Arial"/>
          <w:b/>
          <w:bCs/>
          <w:sz w:val="24"/>
          <w:szCs w:val="24"/>
        </w:rPr>
        <w:t xml:space="preserve">observable diagnostic signs and the internal autistic experience </w:t>
      </w:r>
      <w:r w:rsidRPr="001D5FA7">
        <w:rPr>
          <w:rFonts w:ascii="Arial" w:hAnsi="Arial" w:cs="Arial"/>
          <w:sz w:val="24"/>
          <w:szCs w:val="24"/>
        </w:rPr>
        <w:t>behind those signs</w:t>
      </w:r>
    </w:p>
    <w:p w14:paraId="688134D0" w14:textId="77777777" w:rsidR="008C35FE" w:rsidRPr="001D5FA7" w:rsidRDefault="008C35FE" w:rsidP="008C35FE">
      <w:pPr>
        <w:pStyle w:val="ListParagraph"/>
        <w:numPr>
          <w:ilvl w:val="0"/>
          <w:numId w:val="18"/>
        </w:numPr>
        <w:spacing w:after="240" w:line="360" w:lineRule="auto"/>
        <w:contextualSpacing w:val="0"/>
        <w:rPr>
          <w:rFonts w:ascii="Arial" w:hAnsi="Arial" w:cs="Arial"/>
          <w:sz w:val="24"/>
          <w:szCs w:val="24"/>
        </w:rPr>
      </w:pPr>
      <w:proofErr w:type="gramStart"/>
      <w:r w:rsidRPr="001D5FA7">
        <w:rPr>
          <w:rFonts w:ascii="Arial" w:hAnsi="Arial" w:cs="Arial"/>
          <w:sz w:val="24"/>
          <w:szCs w:val="24"/>
        </w:rPr>
        <w:t>Understand</w:t>
      </w:r>
      <w:proofErr w:type="gramEnd"/>
      <w:r w:rsidRPr="001D5FA7">
        <w:rPr>
          <w:rFonts w:ascii="Arial" w:hAnsi="Arial" w:cs="Arial"/>
          <w:sz w:val="24"/>
          <w:szCs w:val="24"/>
        </w:rPr>
        <w:t xml:space="preserve"> how </w:t>
      </w:r>
      <w:r w:rsidRPr="00137E44">
        <w:rPr>
          <w:rFonts w:ascii="Arial" w:hAnsi="Arial" w:cs="Arial"/>
          <w:b/>
          <w:bCs/>
          <w:sz w:val="24"/>
          <w:szCs w:val="24"/>
        </w:rPr>
        <w:t>masking and internalizing autistic needs</w:t>
      </w:r>
      <w:r w:rsidRPr="001D5FA7">
        <w:rPr>
          <w:rFonts w:ascii="Arial" w:hAnsi="Arial" w:cs="Arial"/>
          <w:sz w:val="24"/>
          <w:szCs w:val="24"/>
        </w:rPr>
        <w:t xml:space="preserve"> can make autism less visible to other</w:t>
      </w:r>
      <w:r>
        <w:rPr>
          <w:rFonts w:ascii="Arial" w:hAnsi="Arial" w:cs="Arial"/>
          <w:sz w:val="24"/>
          <w:szCs w:val="24"/>
        </w:rPr>
        <w:t>s</w:t>
      </w:r>
    </w:p>
    <w:p w14:paraId="38551CFB" w14:textId="0F250748" w:rsidR="009A6530" w:rsidRPr="009A6530" w:rsidRDefault="009A6530" w:rsidP="009A6530">
      <w:pPr>
        <w:pStyle w:val="Heading3"/>
        <w:shd w:val="clear" w:color="auto" w:fill="E8F4F8"/>
        <w:spacing w:before="0" w:after="240" w:line="288" w:lineRule="auto"/>
        <w:rPr>
          <w:rFonts w:ascii="Arial" w:hAnsi="Arial" w:cs="Arial"/>
          <w:color w:val="8064A2" w:themeColor="accent4"/>
          <w:sz w:val="24"/>
          <w:szCs w:val="28"/>
        </w:rPr>
      </w:pPr>
      <w:r w:rsidRPr="009A6530">
        <w:rPr>
          <w:rFonts w:ascii="Arial" w:hAnsi="Arial" w:cs="Arial"/>
          <w:color w:val="8064A2" w:themeColor="accent4"/>
          <w:sz w:val="24"/>
          <w:szCs w:val="28"/>
        </w:rPr>
        <w:t>Reading the full autism section of the diagnostic manual</w:t>
      </w:r>
    </w:p>
    <w:p w14:paraId="0A98E87E" w14:textId="586D0FEE" w:rsidR="004960B4" w:rsidRPr="009A6530" w:rsidRDefault="004960B4" w:rsidP="004960B4">
      <w:pPr>
        <w:spacing w:after="240" w:line="360" w:lineRule="auto"/>
        <w:rPr>
          <w:rFonts w:ascii="Arial" w:hAnsi="Arial" w:cs="Arial"/>
          <w:b/>
          <w:bCs/>
          <w:sz w:val="24"/>
          <w:szCs w:val="24"/>
        </w:rPr>
      </w:pPr>
      <w:r w:rsidRPr="009A6530">
        <w:rPr>
          <w:rFonts w:ascii="Arial" w:hAnsi="Arial" w:cs="Arial"/>
          <w:b/>
          <w:bCs/>
          <w:sz w:val="24"/>
          <w:szCs w:val="24"/>
        </w:rPr>
        <w:t>Read the complete “</w:t>
      </w:r>
      <w:proofErr w:type="gramStart"/>
      <w:r w:rsidRPr="009A6530">
        <w:rPr>
          <w:rFonts w:ascii="Arial" w:hAnsi="Arial" w:cs="Arial"/>
          <w:b/>
          <w:bCs/>
          <w:sz w:val="24"/>
          <w:szCs w:val="24"/>
        </w:rPr>
        <w:t>Autism Spectrum Disorder</w:t>
      </w:r>
      <w:proofErr w:type="gramEnd"/>
      <w:r w:rsidRPr="009A6530">
        <w:rPr>
          <w:rFonts w:ascii="Arial" w:hAnsi="Arial" w:cs="Arial"/>
          <w:b/>
          <w:bCs/>
          <w:sz w:val="24"/>
          <w:szCs w:val="24"/>
        </w:rPr>
        <w:t xml:space="preserve">” section of the diagnostic manual before completing this </w:t>
      </w:r>
      <w:r w:rsidR="002E5F9C">
        <w:rPr>
          <w:rFonts w:ascii="Arial" w:hAnsi="Arial" w:cs="Arial"/>
          <w:b/>
          <w:bCs/>
          <w:sz w:val="24"/>
          <w:szCs w:val="24"/>
        </w:rPr>
        <w:t>guide</w:t>
      </w:r>
      <w:r w:rsidR="009A6530">
        <w:rPr>
          <w:rFonts w:ascii="Arial" w:hAnsi="Arial" w:cs="Arial"/>
          <w:b/>
          <w:bCs/>
          <w:sz w:val="24"/>
          <w:szCs w:val="24"/>
        </w:rPr>
        <w:t>.</w:t>
      </w:r>
    </w:p>
    <w:p w14:paraId="271BF155" w14:textId="748DFB01" w:rsidR="004960B4" w:rsidRDefault="004960B4" w:rsidP="004960B4">
      <w:pPr>
        <w:spacing w:after="240" w:line="360" w:lineRule="auto"/>
        <w:rPr>
          <w:rFonts w:ascii="Arial" w:hAnsi="Arial" w:cs="Arial"/>
          <w:sz w:val="24"/>
          <w:szCs w:val="28"/>
        </w:rPr>
      </w:pPr>
      <w:r w:rsidRPr="009E0DCA">
        <w:rPr>
          <w:rFonts w:ascii="Arial" w:hAnsi="Arial" w:cs="Arial"/>
          <w:sz w:val="24"/>
          <w:szCs w:val="28"/>
        </w:rPr>
        <w:t>It is extremely important to read the full “</w:t>
      </w:r>
      <w:proofErr w:type="gramStart"/>
      <w:r w:rsidRPr="009E0DCA">
        <w:rPr>
          <w:rFonts w:ascii="Arial" w:hAnsi="Arial" w:cs="Arial"/>
          <w:sz w:val="24"/>
          <w:szCs w:val="28"/>
        </w:rPr>
        <w:t>Autism Spectrum Disorder</w:t>
      </w:r>
      <w:proofErr w:type="gramEnd"/>
      <w:r w:rsidRPr="009E0DCA">
        <w:rPr>
          <w:rFonts w:ascii="Arial" w:hAnsi="Arial" w:cs="Arial"/>
          <w:sz w:val="24"/>
          <w:szCs w:val="28"/>
        </w:rPr>
        <w:t xml:space="preserve">” section of the diagnostic manual before completing this </w:t>
      </w:r>
      <w:r w:rsidR="002E5F9C">
        <w:rPr>
          <w:rFonts w:ascii="Arial" w:hAnsi="Arial" w:cs="Arial"/>
          <w:sz w:val="24"/>
          <w:szCs w:val="28"/>
        </w:rPr>
        <w:t>guide</w:t>
      </w:r>
      <w:r w:rsidRPr="009E0DCA">
        <w:rPr>
          <w:rFonts w:ascii="Arial" w:hAnsi="Arial" w:cs="Arial"/>
          <w:sz w:val="24"/>
          <w:szCs w:val="28"/>
        </w:rPr>
        <w:t xml:space="preserve">. </w:t>
      </w:r>
    </w:p>
    <w:p w14:paraId="76060F42" w14:textId="77777777" w:rsidR="004960B4" w:rsidRDefault="004960B4" w:rsidP="004960B4">
      <w:pPr>
        <w:spacing w:after="240" w:line="360" w:lineRule="auto"/>
        <w:rPr>
          <w:rFonts w:ascii="Arial" w:hAnsi="Arial" w:cs="Arial"/>
          <w:sz w:val="24"/>
          <w:szCs w:val="28"/>
        </w:rPr>
      </w:pPr>
      <w:r>
        <w:rPr>
          <w:rFonts w:ascii="Arial" w:hAnsi="Arial" w:cs="Arial"/>
          <w:sz w:val="24"/>
          <w:szCs w:val="28"/>
        </w:rPr>
        <w:t xml:space="preserve">The opening section covering just the diagnostic criteria provides a high-level description of the seven criteria, broken into two categories (social communication and restricted repetitive behaviors). </w:t>
      </w:r>
    </w:p>
    <w:p w14:paraId="61845ED2" w14:textId="77777777" w:rsidR="004960B4" w:rsidRPr="009E0DCA" w:rsidRDefault="004960B4" w:rsidP="004960B4">
      <w:pPr>
        <w:spacing w:after="240" w:line="360" w:lineRule="auto"/>
        <w:rPr>
          <w:rFonts w:ascii="Arial" w:hAnsi="Arial" w:cs="Arial"/>
          <w:sz w:val="24"/>
          <w:szCs w:val="28"/>
        </w:rPr>
      </w:pPr>
      <w:r>
        <w:rPr>
          <w:rFonts w:ascii="Arial" w:hAnsi="Arial" w:cs="Arial"/>
          <w:sz w:val="24"/>
          <w:szCs w:val="28"/>
        </w:rPr>
        <w:t xml:space="preserve">The remaining sections provide significant nuance, elaboration, and examples that will help you understand how to think about the criteria in the context of your own life. </w:t>
      </w:r>
    </w:p>
    <w:p w14:paraId="7FA30DB7" w14:textId="3FAEB49D" w:rsidR="00D80790" w:rsidRDefault="009A6530" w:rsidP="00002FE5">
      <w:pPr>
        <w:spacing w:after="240" w:line="360" w:lineRule="auto"/>
        <w:rPr>
          <w:rFonts w:ascii="Arial" w:hAnsi="Arial" w:cs="Arial"/>
          <w:b/>
          <w:bCs/>
          <w:sz w:val="24"/>
          <w:szCs w:val="24"/>
        </w:rPr>
      </w:pPr>
      <w:r w:rsidRPr="009A6530">
        <w:rPr>
          <w:rFonts w:ascii="Arial" w:hAnsi="Arial" w:cs="Arial"/>
          <w:b/>
          <w:bCs/>
          <w:sz w:val="24"/>
          <w:szCs w:val="24"/>
        </w:rPr>
        <w:t>Skipping this step will make it significantly harder for you to brainstorm examples of the criteria from your own life.</w:t>
      </w:r>
    </w:p>
    <w:p w14:paraId="5252FB7F" w14:textId="4D67C253" w:rsidR="009A6530" w:rsidRPr="009A6530" w:rsidRDefault="002754A6" w:rsidP="009A6530">
      <w:pPr>
        <w:pStyle w:val="Heading3"/>
        <w:shd w:val="clear" w:color="auto" w:fill="E8F4F8"/>
        <w:spacing w:before="0" w:after="240" w:line="288" w:lineRule="auto"/>
        <w:rPr>
          <w:rFonts w:ascii="Arial" w:hAnsi="Arial" w:cs="Arial"/>
          <w:color w:val="8064A2" w:themeColor="accent4"/>
          <w:sz w:val="24"/>
          <w:szCs w:val="28"/>
        </w:rPr>
      </w:pPr>
      <w:r>
        <w:rPr>
          <w:rFonts w:ascii="Arial" w:hAnsi="Arial" w:cs="Arial"/>
          <w:color w:val="8064A2" w:themeColor="accent4"/>
          <w:sz w:val="24"/>
          <w:szCs w:val="28"/>
        </w:rPr>
        <w:lastRenderedPageBreak/>
        <w:t>Additional required reading prior to self-assessment</w:t>
      </w:r>
    </w:p>
    <w:p w14:paraId="4FB8C32A" w14:textId="2BE125C8" w:rsidR="002754A6" w:rsidRPr="002754A6" w:rsidRDefault="002754A6" w:rsidP="00A717FC">
      <w:pPr>
        <w:spacing w:after="200" w:line="360" w:lineRule="auto"/>
        <w:rPr>
          <w:rFonts w:ascii="Arial" w:hAnsi="Arial" w:cs="Arial"/>
          <w:b/>
          <w:bCs/>
          <w:sz w:val="24"/>
          <w:szCs w:val="28"/>
        </w:rPr>
      </w:pPr>
      <w:r w:rsidRPr="002754A6">
        <w:rPr>
          <w:rFonts w:ascii="Arial" w:hAnsi="Arial" w:cs="Arial"/>
          <w:b/>
          <w:bCs/>
          <w:sz w:val="24"/>
          <w:szCs w:val="28"/>
        </w:rPr>
        <w:t>Understanding the Global Developmental Delay and Intellectual Disability criterion</w:t>
      </w:r>
    </w:p>
    <w:p w14:paraId="33431B37" w14:textId="7731E205" w:rsidR="002754A6" w:rsidRDefault="009A6530" w:rsidP="00A717FC">
      <w:pPr>
        <w:spacing w:after="200" w:line="360" w:lineRule="auto"/>
        <w:rPr>
          <w:rFonts w:ascii="Arial" w:hAnsi="Arial" w:cs="Arial"/>
          <w:sz w:val="24"/>
          <w:szCs w:val="28"/>
        </w:rPr>
      </w:pPr>
      <w:r>
        <w:rPr>
          <w:rFonts w:ascii="Arial" w:hAnsi="Arial" w:cs="Arial"/>
          <w:sz w:val="24"/>
          <w:szCs w:val="28"/>
        </w:rPr>
        <w:t>An important part of the</w:t>
      </w:r>
      <w:r w:rsidR="002754A6">
        <w:rPr>
          <w:rFonts w:ascii="Arial" w:hAnsi="Arial" w:cs="Arial"/>
          <w:sz w:val="24"/>
          <w:szCs w:val="28"/>
        </w:rPr>
        <w:t xml:space="preserve"> autism</w:t>
      </w:r>
      <w:r>
        <w:rPr>
          <w:rFonts w:ascii="Arial" w:hAnsi="Arial" w:cs="Arial"/>
          <w:sz w:val="24"/>
          <w:szCs w:val="28"/>
        </w:rPr>
        <w:t xml:space="preserve"> diagnostic process is </w:t>
      </w:r>
      <w:r w:rsidR="002754A6">
        <w:rPr>
          <w:rFonts w:ascii="Arial" w:hAnsi="Arial" w:cs="Arial"/>
          <w:sz w:val="24"/>
          <w:szCs w:val="28"/>
        </w:rPr>
        <w:t xml:space="preserve">excluding the possibility that the identified signs and symptoms may be due to other conditions, specifically Global Developmental Delay and Intellectual Disability. </w:t>
      </w:r>
    </w:p>
    <w:p w14:paraId="69AB1D6C" w14:textId="20271EDA" w:rsidR="00034F73" w:rsidRDefault="002754A6" w:rsidP="00A717FC">
      <w:pPr>
        <w:spacing w:after="200" w:line="360" w:lineRule="auto"/>
        <w:rPr>
          <w:rFonts w:ascii="Arial" w:hAnsi="Arial" w:cs="Arial"/>
          <w:sz w:val="24"/>
          <w:szCs w:val="28"/>
        </w:rPr>
      </w:pPr>
      <w:r>
        <w:rPr>
          <w:rFonts w:ascii="Arial" w:hAnsi="Arial" w:cs="Arial"/>
          <w:sz w:val="24"/>
          <w:szCs w:val="28"/>
        </w:rPr>
        <w:t>This is explicitly outlined in one of the diagnostic criteria as follows:</w:t>
      </w:r>
    </w:p>
    <w:p w14:paraId="6818AD6A" w14:textId="25D08DB6" w:rsidR="00034F73" w:rsidRPr="00034F73" w:rsidRDefault="00034F73" w:rsidP="00A717FC">
      <w:pPr>
        <w:spacing w:after="200" w:line="288" w:lineRule="auto"/>
        <w:ind w:left="547" w:right="936"/>
        <w:rPr>
          <w:rFonts w:ascii="Arial" w:hAnsi="Arial" w:cs="Arial"/>
          <w:sz w:val="22"/>
          <w:szCs w:val="24"/>
        </w:rPr>
      </w:pPr>
      <w:r w:rsidRPr="00034F73">
        <w:rPr>
          <w:rFonts w:ascii="Arial" w:hAnsi="Arial" w:cs="Arial"/>
          <w:sz w:val="22"/>
          <w:szCs w:val="24"/>
        </w:rPr>
        <w:t>These disturbances are not better explained by intellectual developmental disorder (intellectual disability) or global developmental delay. Intellectual developmental disorder and autism spectrum disorder frequently co-occur; to make comorbid diagnoses of autism spectrum disorder and intellectual developmental disorder, social communication should be below that expected for general developmental level.</w:t>
      </w:r>
    </w:p>
    <w:p w14:paraId="596DD384" w14:textId="127DBA95" w:rsidR="00034F73" w:rsidRDefault="00034F73" w:rsidP="00A717FC">
      <w:pPr>
        <w:spacing w:after="200" w:line="360" w:lineRule="auto"/>
        <w:rPr>
          <w:rFonts w:ascii="Arial" w:hAnsi="Arial" w:cs="Arial"/>
          <w:sz w:val="24"/>
          <w:szCs w:val="28"/>
        </w:rPr>
      </w:pPr>
      <w:r w:rsidRPr="002754A6">
        <w:rPr>
          <w:rFonts w:ascii="Arial" w:hAnsi="Arial" w:cs="Arial"/>
          <w:sz w:val="24"/>
          <w:szCs w:val="28"/>
        </w:rPr>
        <w:t>Global Devel</w:t>
      </w:r>
      <w:r w:rsidR="002754A6" w:rsidRPr="002754A6">
        <w:rPr>
          <w:rFonts w:ascii="Arial" w:hAnsi="Arial" w:cs="Arial"/>
          <w:sz w:val="24"/>
          <w:szCs w:val="28"/>
        </w:rPr>
        <w:t>o</w:t>
      </w:r>
      <w:r w:rsidRPr="002754A6">
        <w:rPr>
          <w:rFonts w:ascii="Arial" w:hAnsi="Arial" w:cs="Arial"/>
          <w:sz w:val="24"/>
          <w:szCs w:val="28"/>
        </w:rPr>
        <w:t xml:space="preserve">pmental Delay would not apply to an adult assessment as it is reserved for individuals under the age of 5 when </w:t>
      </w:r>
      <w:r w:rsidR="002754A6" w:rsidRPr="002754A6">
        <w:rPr>
          <w:rFonts w:ascii="Arial" w:hAnsi="Arial" w:cs="Arial"/>
          <w:sz w:val="24"/>
          <w:szCs w:val="28"/>
        </w:rPr>
        <w:t xml:space="preserve">signs and symptoms can’t be reliably assessed in a clinical context. </w:t>
      </w:r>
    </w:p>
    <w:p w14:paraId="2F2CBC4A" w14:textId="3A16CEB7" w:rsidR="002754A6" w:rsidRDefault="002754A6" w:rsidP="00A717FC">
      <w:pPr>
        <w:spacing w:after="200" w:line="360" w:lineRule="auto"/>
        <w:rPr>
          <w:rFonts w:ascii="Arial" w:hAnsi="Arial" w:cs="Arial"/>
          <w:sz w:val="24"/>
          <w:szCs w:val="28"/>
        </w:rPr>
      </w:pPr>
      <w:r>
        <w:rPr>
          <w:rFonts w:ascii="Arial" w:hAnsi="Arial" w:cs="Arial"/>
          <w:sz w:val="24"/>
          <w:szCs w:val="28"/>
        </w:rPr>
        <w:t>Intellectual Developmental Disorder (Intellectual Disability) is described in the DSM as follows:</w:t>
      </w:r>
    </w:p>
    <w:p w14:paraId="3BEAF6F8" w14:textId="2EEF3F65" w:rsidR="00243AFB" w:rsidRPr="00243AFB" w:rsidRDefault="00243AFB" w:rsidP="00A717FC">
      <w:pPr>
        <w:spacing w:after="200" w:line="288" w:lineRule="auto"/>
        <w:ind w:left="547" w:right="936"/>
        <w:rPr>
          <w:rFonts w:ascii="Arial" w:hAnsi="Arial" w:cs="Arial"/>
          <w:sz w:val="22"/>
          <w:szCs w:val="24"/>
        </w:rPr>
      </w:pPr>
      <w:r w:rsidRPr="00243AFB">
        <w:rPr>
          <w:rFonts w:ascii="Arial" w:hAnsi="Arial" w:cs="Arial"/>
          <w:sz w:val="22"/>
          <w:szCs w:val="24"/>
        </w:rPr>
        <w:t>Intellectual developmental disorder (intellectual disability) is a</w:t>
      </w:r>
      <w:r>
        <w:rPr>
          <w:rFonts w:ascii="Arial" w:hAnsi="Arial" w:cs="Arial"/>
          <w:sz w:val="22"/>
          <w:szCs w:val="24"/>
        </w:rPr>
        <w:t xml:space="preserve"> </w:t>
      </w:r>
      <w:r w:rsidRPr="00243AFB">
        <w:rPr>
          <w:rFonts w:ascii="Arial" w:hAnsi="Arial" w:cs="Arial"/>
          <w:sz w:val="22"/>
          <w:szCs w:val="24"/>
        </w:rPr>
        <w:t>disorder with onset during the developmental period that includes</w:t>
      </w:r>
      <w:r>
        <w:rPr>
          <w:rFonts w:ascii="Arial" w:hAnsi="Arial" w:cs="Arial"/>
          <w:sz w:val="22"/>
          <w:szCs w:val="24"/>
        </w:rPr>
        <w:t xml:space="preserve"> </w:t>
      </w:r>
      <w:r w:rsidRPr="00243AFB">
        <w:rPr>
          <w:rFonts w:ascii="Arial" w:hAnsi="Arial" w:cs="Arial"/>
          <w:sz w:val="22"/>
          <w:szCs w:val="24"/>
        </w:rPr>
        <w:t>both intellectual and adaptive functioning deficits in conceptual,</w:t>
      </w:r>
      <w:r>
        <w:rPr>
          <w:rFonts w:ascii="Arial" w:hAnsi="Arial" w:cs="Arial"/>
          <w:sz w:val="22"/>
          <w:szCs w:val="24"/>
        </w:rPr>
        <w:t xml:space="preserve"> </w:t>
      </w:r>
      <w:r w:rsidRPr="00243AFB">
        <w:rPr>
          <w:rFonts w:ascii="Arial" w:hAnsi="Arial" w:cs="Arial"/>
          <w:sz w:val="22"/>
          <w:szCs w:val="24"/>
        </w:rPr>
        <w:t>social, and practical domains. The following three criteria must be</w:t>
      </w:r>
      <w:r>
        <w:rPr>
          <w:rFonts w:ascii="Arial" w:hAnsi="Arial" w:cs="Arial"/>
          <w:sz w:val="22"/>
          <w:szCs w:val="24"/>
        </w:rPr>
        <w:t xml:space="preserve"> </w:t>
      </w:r>
      <w:r w:rsidRPr="00243AFB">
        <w:rPr>
          <w:rFonts w:ascii="Arial" w:hAnsi="Arial" w:cs="Arial"/>
          <w:sz w:val="22"/>
          <w:szCs w:val="24"/>
        </w:rPr>
        <w:t>met:</w:t>
      </w:r>
    </w:p>
    <w:p w14:paraId="3C618BFB" w14:textId="453B807C" w:rsidR="00243AFB" w:rsidRPr="00243AFB" w:rsidRDefault="00243AFB" w:rsidP="00A717FC">
      <w:pPr>
        <w:spacing w:after="200" w:line="288" w:lineRule="auto"/>
        <w:ind w:left="547" w:right="936"/>
        <w:rPr>
          <w:rFonts w:ascii="Arial" w:hAnsi="Arial" w:cs="Arial"/>
          <w:sz w:val="22"/>
          <w:szCs w:val="24"/>
        </w:rPr>
      </w:pPr>
      <w:r w:rsidRPr="00243AFB">
        <w:rPr>
          <w:rFonts w:ascii="Arial" w:hAnsi="Arial" w:cs="Arial"/>
          <w:sz w:val="22"/>
          <w:szCs w:val="24"/>
        </w:rPr>
        <w:t>A. Deficits in intellectual functions, such as reasoning, problem</w:t>
      </w:r>
      <w:r>
        <w:rPr>
          <w:rFonts w:ascii="Arial" w:hAnsi="Arial" w:cs="Arial"/>
          <w:sz w:val="22"/>
          <w:szCs w:val="24"/>
        </w:rPr>
        <w:t xml:space="preserve"> </w:t>
      </w:r>
      <w:r w:rsidRPr="00243AFB">
        <w:rPr>
          <w:rFonts w:ascii="Arial" w:hAnsi="Arial" w:cs="Arial"/>
          <w:sz w:val="22"/>
          <w:szCs w:val="24"/>
        </w:rPr>
        <w:t>solving, planning, abstract thinking, judgment, academic</w:t>
      </w:r>
      <w:r>
        <w:rPr>
          <w:rFonts w:ascii="Arial" w:hAnsi="Arial" w:cs="Arial"/>
          <w:sz w:val="22"/>
          <w:szCs w:val="24"/>
        </w:rPr>
        <w:t xml:space="preserve"> </w:t>
      </w:r>
      <w:r w:rsidRPr="00243AFB">
        <w:rPr>
          <w:rFonts w:ascii="Arial" w:hAnsi="Arial" w:cs="Arial"/>
          <w:sz w:val="22"/>
          <w:szCs w:val="24"/>
        </w:rPr>
        <w:t>learning, and learning from experience, confirmed by both</w:t>
      </w:r>
      <w:r>
        <w:rPr>
          <w:rFonts w:ascii="Arial" w:hAnsi="Arial" w:cs="Arial"/>
          <w:sz w:val="22"/>
          <w:szCs w:val="24"/>
        </w:rPr>
        <w:t xml:space="preserve"> </w:t>
      </w:r>
      <w:r w:rsidRPr="00243AFB">
        <w:rPr>
          <w:rFonts w:ascii="Arial" w:hAnsi="Arial" w:cs="Arial"/>
          <w:sz w:val="22"/>
          <w:szCs w:val="24"/>
        </w:rPr>
        <w:t>clinical assessment and individualized, standardized</w:t>
      </w:r>
      <w:r>
        <w:rPr>
          <w:rFonts w:ascii="Arial" w:hAnsi="Arial" w:cs="Arial"/>
          <w:sz w:val="22"/>
          <w:szCs w:val="24"/>
        </w:rPr>
        <w:t xml:space="preserve"> </w:t>
      </w:r>
      <w:r w:rsidRPr="00243AFB">
        <w:rPr>
          <w:rFonts w:ascii="Arial" w:hAnsi="Arial" w:cs="Arial"/>
          <w:sz w:val="22"/>
          <w:szCs w:val="24"/>
        </w:rPr>
        <w:t>intelligence testing.</w:t>
      </w:r>
    </w:p>
    <w:p w14:paraId="518F2EC6" w14:textId="17E81FE2" w:rsidR="00243AFB" w:rsidRDefault="00243AFB" w:rsidP="00A717FC">
      <w:pPr>
        <w:spacing w:after="200" w:line="288" w:lineRule="auto"/>
        <w:ind w:left="547" w:right="936"/>
        <w:rPr>
          <w:rFonts w:ascii="Arial" w:hAnsi="Arial" w:cs="Arial"/>
          <w:sz w:val="22"/>
          <w:szCs w:val="24"/>
        </w:rPr>
      </w:pPr>
      <w:r w:rsidRPr="00243AFB">
        <w:rPr>
          <w:rFonts w:ascii="Arial" w:hAnsi="Arial" w:cs="Arial"/>
          <w:sz w:val="22"/>
          <w:szCs w:val="24"/>
        </w:rPr>
        <w:t>B. Deficits in adaptive functioning that result in failure to meet</w:t>
      </w:r>
      <w:r>
        <w:rPr>
          <w:rFonts w:ascii="Arial" w:hAnsi="Arial" w:cs="Arial"/>
          <w:sz w:val="22"/>
          <w:szCs w:val="24"/>
        </w:rPr>
        <w:t xml:space="preserve"> </w:t>
      </w:r>
      <w:r w:rsidRPr="00243AFB">
        <w:rPr>
          <w:rFonts w:ascii="Arial" w:hAnsi="Arial" w:cs="Arial"/>
          <w:sz w:val="22"/>
          <w:szCs w:val="24"/>
        </w:rPr>
        <w:t>developmental and sociocultural standards for personal</w:t>
      </w:r>
      <w:r>
        <w:rPr>
          <w:rFonts w:ascii="Arial" w:hAnsi="Arial" w:cs="Arial"/>
          <w:sz w:val="22"/>
          <w:szCs w:val="24"/>
        </w:rPr>
        <w:t xml:space="preserve"> </w:t>
      </w:r>
      <w:r w:rsidRPr="00243AFB">
        <w:rPr>
          <w:rFonts w:ascii="Arial" w:hAnsi="Arial" w:cs="Arial"/>
          <w:sz w:val="22"/>
          <w:szCs w:val="24"/>
        </w:rPr>
        <w:t>independence and social responsibility. Without ongoing support, the adaptive deficits limit functioning in one or more</w:t>
      </w:r>
      <w:r>
        <w:rPr>
          <w:rFonts w:ascii="Arial" w:hAnsi="Arial" w:cs="Arial"/>
          <w:sz w:val="22"/>
          <w:szCs w:val="24"/>
        </w:rPr>
        <w:t xml:space="preserve"> </w:t>
      </w:r>
      <w:r w:rsidRPr="00243AFB">
        <w:rPr>
          <w:rFonts w:ascii="Arial" w:hAnsi="Arial" w:cs="Arial"/>
          <w:sz w:val="22"/>
          <w:szCs w:val="24"/>
        </w:rPr>
        <w:t>activities of daily life, such as communication, social</w:t>
      </w:r>
      <w:r>
        <w:rPr>
          <w:rFonts w:ascii="Arial" w:hAnsi="Arial" w:cs="Arial"/>
          <w:sz w:val="22"/>
          <w:szCs w:val="24"/>
        </w:rPr>
        <w:t xml:space="preserve"> </w:t>
      </w:r>
      <w:r w:rsidRPr="00243AFB">
        <w:rPr>
          <w:rFonts w:ascii="Arial" w:hAnsi="Arial" w:cs="Arial"/>
          <w:sz w:val="22"/>
          <w:szCs w:val="24"/>
        </w:rPr>
        <w:t>participation, and independent living, across multiple</w:t>
      </w:r>
      <w:r>
        <w:rPr>
          <w:rFonts w:ascii="Arial" w:hAnsi="Arial" w:cs="Arial"/>
          <w:sz w:val="22"/>
          <w:szCs w:val="24"/>
        </w:rPr>
        <w:t xml:space="preserve"> </w:t>
      </w:r>
      <w:r w:rsidRPr="00243AFB">
        <w:rPr>
          <w:rFonts w:ascii="Arial" w:hAnsi="Arial" w:cs="Arial"/>
          <w:sz w:val="22"/>
          <w:szCs w:val="24"/>
        </w:rPr>
        <w:t>environments, such as home, school, work, and community.</w:t>
      </w:r>
    </w:p>
    <w:p w14:paraId="2252ECA2" w14:textId="2A74E57E" w:rsidR="00A717FC" w:rsidRDefault="00A717FC" w:rsidP="00A717FC">
      <w:pPr>
        <w:spacing w:after="200" w:line="288" w:lineRule="auto"/>
        <w:ind w:left="547" w:right="936"/>
        <w:rPr>
          <w:rFonts w:ascii="Arial" w:hAnsi="Arial" w:cs="Arial"/>
          <w:sz w:val="22"/>
          <w:szCs w:val="24"/>
        </w:rPr>
      </w:pPr>
      <w:r w:rsidRPr="00A717FC">
        <w:rPr>
          <w:rFonts w:ascii="Arial" w:hAnsi="Arial" w:cs="Arial"/>
          <w:sz w:val="22"/>
          <w:szCs w:val="24"/>
        </w:rPr>
        <w:t>C. Onset of intellectual and adaptive deficits during the</w:t>
      </w:r>
      <w:r>
        <w:rPr>
          <w:rFonts w:ascii="Arial" w:hAnsi="Arial" w:cs="Arial"/>
          <w:sz w:val="22"/>
          <w:szCs w:val="24"/>
        </w:rPr>
        <w:t xml:space="preserve"> </w:t>
      </w:r>
      <w:r w:rsidRPr="00A717FC">
        <w:rPr>
          <w:rFonts w:ascii="Arial" w:hAnsi="Arial" w:cs="Arial"/>
          <w:sz w:val="22"/>
          <w:szCs w:val="24"/>
        </w:rPr>
        <w:t>developmental period.</w:t>
      </w:r>
    </w:p>
    <w:p w14:paraId="3A1FC127" w14:textId="5ADFAA25" w:rsidR="009A6530" w:rsidRDefault="002754A6" w:rsidP="00A717FC">
      <w:pPr>
        <w:spacing w:after="200" w:line="288" w:lineRule="auto"/>
        <w:rPr>
          <w:rFonts w:ascii="Arial" w:hAnsi="Arial" w:cs="Arial"/>
          <w:sz w:val="24"/>
          <w:szCs w:val="28"/>
        </w:rPr>
      </w:pPr>
      <w:r>
        <w:rPr>
          <w:rFonts w:ascii="Arial" w:hAnsi="Arial" w:cs="Arial"/>
          <w:b/>
          <w:bCs/>
          <w:sz w:val="24"/>
          <w:szCs w:val="28"/>
        </w:rPr>
        <w:t xml:space="preserve">Understanding this requirement will become necessary as you assess your experiences in the context of each criterion. </w:t>
      </w:r>
    </w:p>
    <w:p w14:paraId="5F536E97" w14:textId="0415241B" w:rsidR="008C35FE" w:rsidRPr="00ED6540" w:rsidRDefault="004960B4" w:rsidP="00243AFB">
      <w:pPr>
        <w:spacing w:after="200"/>
        <w:rPr>
          <w:rFonts w:ascii="Arial" w:eastAsiaTheme="majorEastAsia" w:hAnsi="Arial" w:cs="Arial"/>
          <w:b/>
          <w:bCs/>
          <w:color w:val="31849B" w:themeColor="accent5" w:themeShade="BF"/>
          <w:sz w:val="36"/>
          <w:szCs w:val="36"/>
        </w:rPr>
      </w:pPr>
      <w:r>
        <w:rPr>
          <w:rFonts w:ascii="Arial" w:hAnsi="Arial" w:cs="Arial"/>
          <w:color w:val="31849B" w:themeColor="accent5" w:themeShade="BF"/>
          <w:sz w:val="36"/>
          <w:szCs w:val="36"/>
        </w:rPr>
        <w:br w:type="page"/>
      </w:r>
      <w:r w:rsidR="008C35FE">
        <w:rPr>
          <w:rFonts w:ascii="Arial" w:hAnsi="Arial" w:cs="Arial"/>
          <w:color w:val="31849B" w:themeColor="accent5" w:themeShade="BF"/>
          <w:sz w:val="36"/>
          <w:szCs w:val="36"/>
        </w:rPr>
        <w:lastRenderedPageBreak/>
        <w:t>IMPORTANT CONSIDERATIONS</w:t>
      </w:r>
    </w:p>
    <w:p w14:paraId="1EC68514" w14:textId="77777777" w:rsidR="008C35FE" w:rsidRPr="008C35FE" w:rsidRDefault="008C35FE" w:rsidP="008C35FE">
      <w:pPr>
        <w:pStyle w:val="Heading3"/>
        <w:shd w:val="clear" w:color="auto" w:fill="E8F4F8"/>
        <w:spacing w:after="240"/>
        <w:rPr>
          <w:rFonts w:ascii="Arial" w:hAnsi="Arial" w:cs="Arial"/>
          <w:color w:val="8064A2" w:themeColor="accent4"/>
          <w:sz w:val="24"/>
          <w:szCs w:val="28"/>
        </w:rPr>
      </w:pPr>
      <w:r w:rsidRPr="00D80790">
        <w:rPr>
          <w:rFonts w:ascii="Arial" w:hAnsi="Arial" w:cs="Arial"/>
          <w:color w:val="8064A2" w:themeColor="accent4"/>
          <w:sz w:val="24"/>
          <w:szCs w:val="28"/>
        </w:rPr>
        <w:t>DISCLAIMER</w:t>
      </w:r>
    </w:p>
    <w:p w14:paraId="40EC0B29" w14:textId="3880282E" w:rsidR="008C35FE" w:rsidRPr="00B04C6F" w:rsidRDefault="008C35FE" w:rsidP="008C35FE">
      <w:pPr>
        <w:spacing w:after="240" w:line="360" w:lineRule="auto"/>
        <w:rPr>
          <w:rFonts w:ascii="Arial" w:hAnsi="Arial" w:cs="Arial"/>
          <w:b/>
          <w:bCs/>
          <w:color w:val="C0504D" w:themeColor="accent2"/>
          <w:sz w:val="24"/>
          <w:szCs w:val="28"/>
        </w:rPr>
      </w:pPr>
      <w:r w:rsidRPr="00B04C6F">
        <w:rPr>
          <w:rFonts w:ascii="Arial" w:hAnsi="Arial" w:cs="Arial"/>
          <w:b/>
          <w:bCs/>
          <w:color w:val="C0504D" w:themeColor="accent2"/>
          <w:sz w:val="24"/>
          <w:szCs w:val="28"/>
        </w:rPr>
        <w:t xml:space="preserve">This </w:t>
      </w:r>
      <w:r w:rsidR="002E5F9C">
        <w:rPr>
          <w:rFonts w:ascii="Arial" w:hAnsi="Arial" w:cs="Arial"/>
          <w:b/>
          <w:bCs/>
          <w:color w:val="C0504D" w:themeColor="accent2"/>
          <w:sz w:val="24"/>
          <w:szCs w:val="28"/>
        </w:rPr>
        <w:t>guide</w:t>
      </w:r>
      <w:r w:rsidRPr="00B04C6F">
        <w:rPr>
          <w:rFonts w:ascii="Arial" w:hAnsi="Arial" w:cs="Arial"/>
          <w:b/>
          <w:bCs/>
          <w:color w:val="C0504D" w:themeColor="accent2"/>
          <w:sz w:val="24"/>
          <w:szCs w:val="28"/>
        </w:rPr>
        <w:t xml:space="preserve"> is NOT a diagnostic tool</w:t>
      </w:r>
    </w:p>
    <w:p w14:paraId="3A74F4E5" w14:textId="1A7048E2" w:rsidR="008C35FE" w:rsidRDefault="008C35FE" w:rsidP="008C35FE">
      <w:pPr>
        <w:spacing w:after="240" w:line="360" w:lineRule="auto"/>
        <w:rPr>
          <w:rFonts w:ascii="Arial" w:hAnsi="Arial" w:cs="Arial"/>
          <w:sz w:val="24"/>
          <w:szCs w:val="28"/>
        </w:rPr>
      </w:pPr>
      <w:r w:rsidRPr="009E0DCA">
        <w:rPr>
          <w:rFonts w:ascii="Arial" w:hAnsi="Arial" w:cs="Arial"/>
          <w:sz w:val="24"/>
          <w:szCs w:val="28"/>
        </w:rPr>
        <w:t xml:space="preserve">This </w:t>
      </w:r>
      <w:r w:rsidR="002E5F9C">
        <w:rPr>
          <w:rFonts w:ascii="Arial" w:hAnsi="Arial" w:cs="Arial"/>
          <w:sz w:val="24"/>
          <w:szCs w:val="28"/>
        </w:rPr>
        <w:t>guide</w:t>
      </w:r>
      <w:r w:rsidRPr="009E0DCA">
        <w:rPr>
          <w:rFonts w:ascii="Arial" w:hAnsi="Arial" w:cs="Arial"/>
          <w:sz w:val="24"/>
          <w:szCs w:val="28"/>
        </w:rPr>
        <w:t xml:space="preserve"> is NOT a replacement for a diagnosis. It is meant to be used as a structured approach to self-identification and self-diagnosis. This means that you will walk away with a clearer idea of how your internal experience maps to the diagnostic criteria, but not a formal diagnosis.  </w:t>
      </w:r>
    </w:p>
    <w:p w14:paraId="33E3B63B" w14:textId="3F86E49A" w:rsidR="008C35FE" w:rsidRDefault="008C35FE" w:rsidP="008C35FE">
      <w:pPr>
        <w:pStyle w:val="Heading3"/>
        <w:shd w:val="clear" w:color="auto" w:fill="E8F4F8"/>
        <w:spacing w:after="240"/>
        <w:rPr>
          <w:rFonts w:ascii="Arial" w:hAnsi="Arial" w:cs="Arial"/>
          <w:b w:val="0"/>
          <w:color w:val="8064A2" w:themeColor="accent4"/>
          <w:sz w:val="24"/>
          <w:szCs w:val="28"/>
        </w:rPr>
      </w:pPr>
      <w:r>
        <w:rPr>
          <w:rFonts w:ascii="Arial" w:hAnsi="Arial" w:cs="Arial"/>
          <w:color w:val="8064A2" w:themeColor="accent4"/>
          <w:sz w:val="24"/>
          <w:szCs w:val="28"/>
        </w:rPr>
        <w:t xml:space="preserve">Important Context About this </w:t>
      </w:r>
      <w:r w:rsidR="002E5F9C">
        <w:rPr>
          <w:rFonts w:ascii="Arial" w:hAnsi="Arial" w:cs="Arial"/>
          <w:color w:val="8064A2" w:themeColor="accent4"/>
          <w:sz w:val="24"/>
          <w:szCs w:val="28"/>
        </w:rPr>
        <w:t>G</w:t>
      </w:r>
      <w:r w:rsidR="002E5F9C" w:rsidRPr="002E5F9C">
        <w:rPr>
          <w:rFonts w:ascii="Arial" w:hAnsi="Arial" w:cs="Arial"/>
          <w:color w:val="8064A2" w:themeColor="accent4"/>
          <w:sz w:val="24"/>
          <w:szCs w:val="28"/>
        </w:rPr>
        <w:t>uide</w:t>
      </w:r>
    </w:p>
    <w:p w14:paraId="41D2C263" w14:textId="5EDF64BC" w:rsidR="008C35FE" w:rsidRPr="00D80790" w:rsidRDefault="008C35FE" w:rsidP="002754A6">
      <w:pPr>
        <w:spacing w:after="360" w:line="360" w:lineRule="auto"/>
        <w:rPr>
          <w:rFonts w:ascii="Arial" w:hAnsi="Arial" w:cs="Arial"/>
          <w:sz w:val="24"/>
          <w:szCs w:val="24"/>
        </w:rPr>
      </w:pPr>
      <w:r w:rsidRPr="00D80790">
        <w:rPr>
          <w:rFonts w:ascii="Arial" w:hAnsi="Arial" w:cs="Arial"/>
          <w:sz w:val="24"/>
          <w:szCs w:val="24"/>
        </w:rPr>
        <w:t xml:space="preserve">Please note that this </w:t>
      </w:r>
      <w:r w:rsidR="002E5F9C" w:rsidRPr="002E5F9C">
        <w:rPr>
          <w:rFonts w:ascii="Arial" w:hAnsi="Arial" w:cs="Arial"/>
          <w:sz w:val="24"/>
          <w:szCs w:val="24"/>
        </w:rPr>
        <w:t xml:space="preserve">guide </w:t>
      </w:r>
      <w:r w:rsidRPr="00D80790">
        <w:rPr>
          <w:rFonts w:ascii="Arial" w:hAnsi="Arial" w:cs="Arial"/>
          <w:sz w:val="24"/>
          <w:szCs w:val="24"/>
        </w:rPr>
        <w:t xml:space="preserve">is structured around the </w:t>
      </w:r>
      <w:r w:rsidRPr="00D80790">
        <w:rPr>
          <w:rFonts w:ascii="Arial" w:hAnsi="Arial" w:cs="Arial"/>
          <w:b/>
          <w:bCs/>
          <w:sz w:val="24"/>
          <w:szCs w:val="24"/>
        </w:rPr>
        <w:t>Diagnostic and Statistical Manual of Mental Disorders</w:t>
      </w:r>
      <w:r w:rsidRPr="00D80790">
        <w:rPr>
          <w:rFonts w:ascii="Arial" w:hAnsi="Arial" w:cs="Arial"/>
          <w:sz w:val="24"/>
          <w:szCs w:val="24"/>
        </w:rPr>
        <w:t xml:space="preserve"> (DSM 5-TR), published by the Americal Psychiatric Association. This is the widely accepted guide for diagnosing mental conditions in the US. </w:t>
      </w:r>
    </w:p>
    <w:p w14:paraId="4D781858" w14:textId="77777777" w:rsidR="008C35FE" w:rsidRDefault="008C35FE" w:rsidP="002754A6">
      <w:pPr>
        <w:spacing w:after="360" w:line="360" w:lineRule="auto"/>
        <w:rPr>
          <w:rFonts w:ascii="Arial" w:hAnsi="Arial" w:cs="Arial"/>
          <w:color w:val="8064A2" w:themeColor="accent4"/>
          <w:sz w:val="24"/>
          <w:szCs w:val="28"/>
        </w:rPr>
      </w:pPr>
      <w:r w:rsidRPr="00D80790">
        <w:rPr>
          <w:rFonts w:ascii="Arial" w:hAnsi="Arial" w:cs="Arial"/>
          <w:sz w:val="24"/>
          <w:szCs w:val="24"/>
        </w:rPr>
        <w:t xml:space="preserve">Some countries use the </w:t>
      </w:r>
      <w:r w:rsidRPr="00D80790">
        <w:rPr>
          <w:rFonts w:ascii="Arial" w:hAnsi="Arial" w:cs="Arial"/>
          <w:b/>
          <w:bCs/>
          <w:sz w:val="24"/>
          <w:szCs w:val="24"/>
        </w:rPr>
        <w:t>International Classification of Diseases</w:t>
      </w:r>
      <w:r w:rsidRPr="00D80790">
        <w:rPr>
          <w:rFonts w:ascii="Arial" w:hAnsi="Arial" w:cs="Arial"/>
          <w:sz w:val="24"/>
          <w:szCs w:val="24"/>
        </w:rPr>
        <w:t xml:space="preserve"> (ICD-11), published by the World Health Organization, as their standard guide. However, the DSM is recognized worldwide as the acceptable standard tool for diagnosing mental conditions.</w:t>
      </w:r>
    </w:p>
    <w:p w14:paraId="38A99960" w14:textId="77777777" w:rsidR="008C35FE" w:rsidRDefault="008C35FE" w:rsidP="008C35FE">
      <w:pPr>
        <w:spacing w:afterLines="120" w:after="288" w:line="360" w:lineRule="auto"/>
        <w:rPr>
          <w:rFonts w:ascii="Arial" w:hAnsi="Arial" w:cs="Arial"/>
          <w:b/>
          <w:color w:val="8064A2" w:themeColor="accent4"/>
          <w:sz w:val="24"/>
          <w:szCs w:val="28"/>
        </w:rPr>
      </w:pPr>
    </w:p>
    <w:p w14:paraId="5D6DCA38" w14:textId="77777777" w:rsidR="008C35FE" w:rsidRDefault="008C35FE" w:rsidP="008C35FE">
      <w:pPr>
        <w:spacing w:after="200"/>
        <w:rPr>
          <w:rFonts w:ascii="Arial" w:hAnsi="Arial" w:cs="Arial"/>
          <w:b/>
          <w:color w:val="8064A2" w:themeColor="accent4"/>
          <w:sz w:val="24"/>
          <w:szCs w:val="28"/>
        </w:rPr>
      </w:pPr>
      <w:r>
        <w:rPr>
          <w:rFonts w:ascii="Arial" w:hAnsi="Arial" w:cs="Arial"/>
          <w:b/>
          <w:color w:val="8064A2" w:themeColor="accent4"/>
          <w:sz w:val="24"/>
          <w:szCs w:val="28"/>
        </w:rPr>
        <w:br w:type="page"/>
      </w:r>
    </w:p>
    <w:p w14:paraId="510D9571" w14:textId="77777777" w:rsidR="008C35FE" w:rsidRDefault="008C35FE" w:rsidP="008C35FE">
      <w:pPr>
        <w:pStyle w:val="Heading2"/>
        <w:spacing w:before="0" w:after="240"/>
        <w:rPr>
          <w:rFonts w:ascii="Arial" w:hAnsi="Arial" w:cs="Arial"/>
          <w:color w:val="31849B" w:themeColor="accent5" w:themeShade="BF"/>
          <w:sz w:val="36"/>
          <w:szCs w:val="36"/>
        </w:rPr>
      </w:pPr>
      <w:r w:rsidRPr="00E462EB">
        <w:rPr>
          <w:rFonts w:ascii="Arial" w:hAnsi="Arial" w:cs="Arial"/>
          <w:color w:val="31849B" w:themeColor="accent5" w:themeShade="BF"/>
          <w:sz w:val="36"/>
          <w:szCs w:val="36"/>
        </w:rPr>
        <w:lastRenderedPageBreak/>
        <w:t>The “Whole” (big picture context)</w:t>
      </w:r>
    </w:p>
    <w:p w14:paraId="112AFC8D" w14:textId="725C2C17" w:rsidR="008C35FE" w:rsidRPr="005C597F" w:rsidRDefault="002754A6" w:rsidP="008C35FE">
      <w:pPr>
        <w:pStyle w:val="Heading3"/>
        <w:shd w:val="clear" w:color="auto" w:fill="E8F4F8"/>
        <w:spacing w:after="240"/>
        <w:rPr>
          <w:rFonts w:ascii="Arial" w:hAnsi="Arial" w:cs="Arial"/>
          <w:color w:val="8064A2" w:themeColor="accent4"/>
          <w:sz w:val="24"/>
          <w:szCs w:val="28"/>
        </w:rPr>
      </w:pPr>
      <w:r>
        <w:rPr>
          <w:rFonts w:ascii="Arial" w:hAnsi="Arial" w:cs="Arial"/>
          <w:color w:val="8064A2" w:themeColor="accent4"/>
          <w:sz w:val="24"/>
          <w:szCs w:val="28"/>
        </w:rPr>
        <w:t>Where you are</w:t>
      </w:r>
      <w:r w:rsidR="001F1D8C">
        <w:rPr>
          <w:rFonts w:ascii="Arial" w:hAnsi="Arial" w:cs="Arial"/>
          <w:color w:val="8064A2" w:themeColor="accent4"/>
          <w:sz w:val="24"/>
          <w:szCs w:val="28"/>
        </w:rPr>
        <w:t xml:space="preserve"> in the process</w:t>
      </w:r>
    </w:p>
    <w:p w14:paraId="3927614C" w14:textId="3F0419E3" w:rsidR="008C35FE" w:rsidRPr="002754A6" w:rsidRDefault="008C35FE" w:rsidP="00C149FA">
      <w:pPr>
        <w:spacing w:after="240" w:line="312" w:lineRule="auto"/>
        <w:rPr>
          <w:rFonts w:ascii="Arial" w:hAnsi="Arial" w:cs="Arial"/>
          <w:sz w:val="24"/>
          <w:szCs w:val="24"/>
        </w:rPr>
      </w:pPr>
      <w:r w:rsidRPr="002754A6">
        <w:rPr>
          <w:rFonts w:ascii="Arial" w:hAnsi="Arial" w:cs="Arial"/>
          <w:sz w:val="24"/>
          <w:szCs w:val="24"/>
        </w:rPr>
        <w:t>STEP</w:t>
      </w:r>
      <w:r w:rsidRPr="002754A6">
        <w:rPr>
          <w:rFonts w:ascii="Arial" w:hAnsi="Arial" w:cs="Arial"/>
          <w:color w:val="8064A2" w:themeColor="accent4"/>
          <w:sz w:val="24"/>
          <w:szCs w:val="28"/>
        </w:rPr>
        <w:t xml:space="preserve"> </w:t>
      </w:r>
      <w:r w:rsidRPr="002754A6">
        <w:rPr>
          <w:rFonts w:ascii="Arial" w:hAnsi="Arial" w:cs="Arial"/>
          <w:sz w:val="24"/>
          <w:szCs w:val="24"/>
        </w:rPr>
        <w:t xml:space="preserve">1 — UNDERSTANDING </w:t>
      </w:r>
      <w:r w:rsidR="00FB195D">
        <w:rPr>
          <w:rFonts w:ascii="Arial" w:hAnsi="Arial" w:cs="Arial"/>
          <w:sz w:val="24"/>
          <w:szCs w:val="24"/>
        </w:rPr>
        <w:t>HOW AUTISM IS DIAGNOSED</w:t>
      </w:r>
    </w:p>
    <w:p w14:paraId="36CC83AA" w14:textId="77777777" w:rsidR="008C35FE" w:rsidRPr="002754A6" w:rsidRDefault="008C35FE" w:rsidP="00C149FA">
      <w:pPr>
        <w:spacing w:after="240" w:line="312" w:lineRule="auto"/>
        <w:rPr>
          <w:rFonts w:ascii="Arial" w:hAnsi="Arial" w:cs="Arial"/>
          <w:sz w:val="24"/>
          <w:szCs w:val="24"/>
        </w:rPr>
      </w:pPr>
      <w:r w:rsidRPr="002754A6">
        <w:rPr>
          <w:rFonts w:ascii="Arial" w:hAnsi="Arial" w:cs="Arial"/>
          <w:sz w:val="24"/>
          <w:szCs w:val="24"/>
        </w:rPr>
        <w:t>STEP</w:t>
      </w:r>
      <w:r w:rsidRPr="002754A6">
        <w:rPr>
          <w:rFonts w:ascii="Arial" w:hAnsi="Arial" w:cs="Arial"/>
          <w:color w:val="8064A2" w:themeColor="accent4"/>
          <w:sz w:val="24"/>
          <w:szCs w:val="28"/>
        </w:rPr>
        <w:t xml:space="preserve"> </w:t>
      </w:r>
      <w:r w:rsidRPr="002754A6">
        <w:rPr>
          <w:rFonts w:ascii="Arial" w:hAnsi="Arial" w:cs="Arial"/>
          <w:sz w:val="24"/>
          <w:szCs w:val="24"/>
        </w:rPr>
        <w:t xml:space="preserve">2 — UNDERSTANDING YOUR INTERNAL EXPERIENCE </w:t>
      </w:r>
    </w:p>
    <w:p w14:paraId="5EE3EF8A" w14:textId="5E7226DD" w:rsidR="008C35FE" w:rsidRPr="001F1D8C" w:rsidRDefault="008C35FE" w:rsidP="00C149FA">
      <w:pPr>
        <w:spacing w:after="240" w:line="312" w:lineRule="auto"/>
        <w:rPr>
          <w:rFonts w:ascii="Arial" w:hAnsi="Arial" w:cs="Arial"/>
          <w:b/>
          <w:bCs/>
          <w:sz w:val="24"/>
          <w:szCs w:val="24"/>
        </w:rPr>
      </w:pPr>
      <w:r w:rsidRPr="001F1D8C">
        <w:rPr>
          <w:rFonts w:ascii="Arial" w:hAnsi="Arial" w:cs="Arial"/>
          <w:b/>
          <w:bCs/>
          <w:sz w:val="24"/>
          <w:szCs w:val="24"/>
        </w:rPr>
        <w:t>STEP</w:t>
      </w:r>
      <w:r w:rsidRPr="001F1D8C">
        <w:rPr>
          <w:rFonts w:ascii="Arial" w:hAnsi="Arial" w:cs="Arial"/>
          <w:b/>
          <w:bCs/>
          <w:color w:val="8064A2" w:themeColor="accent4"/>
          <w:sz w:val="24"/>
          <w:szCs w:val="28"/>
        </w:rPr>
        <w:t xml:space="preserve"> </w:t>
      </w:r>
      <w:r w:rsidRPr="001F1D8C">
        <w:rPr>
          <w:rFonts w:ascii="Arial" w:hAnsi="Arial" w:cs="Arial"/>
          <w:b/>
          <w:bCs/>
          <w:sz w:val="24"/>
          <w:szCs w:val="24"/>
        </w:rPr>
        <w:t>3 — MAPPING YOUR EXPERIENCES TO THE CRITERIA</w:t>
      </w:r>
      <w:r w:rsidR="001F1D8C">
        <w:rPr>
          <w:rFonts w:ascii="Arial" w:hAnsi="Arial" w:cs="Arial"/>
          <w:b/>
          <w:bCs/>
          <w:sz w:val="24"/>
          <w:szCs w:val="24"/>
        </w:rPr>
        <w:t xml:space="preserve"> </w:t>
      </w:r>
      <w:r w:rsidR="001F1D8C" w:rsidRPr="001F1D8C">
        <w:rPr>
          <w:rFonts w:ascii="Arial" w:hAnsi="Arial" w:cs="Arial"/>
          <w:b/>
          <w:bCs/>
          <w:sz w:val="24"/>
          <w:szCs w:val="24"/>
        </w:rPr>
        <w:sym w:font="Wingdings" w:char="F0DF"/>
      </w:r>
      <w:r w:rsidR="001F1D8C">
        <w:rPr>
          <w:rFonts w:ascii="Arial" w:hAnsi="Arial" w:cs="Arial"/>
          <w:b/>
          <w:bCs/>
          <w:sz w:val="24"/>
          <w:szCs w:val="24"/>
        </w:rPr>
        <w:t xml:space="preserve"> YOU ARE HERE</w:t>
      </w:r>
    </w:p>
    <w:p w14:paraId="696978B7" w14:textId="77777777" w:rsidR="008C35FE" w:rsidRPr="002754A6" w:rsidRDefault="008C35FE" w:rsidP="008C35FE">
      <w:pPr>
        <w:spacing w:after="360" w:line="312" w:lineRule="auto"/>
        <w:rPr>
          <w:rFonts w:ascii="Arial" w:hAnsi="Arial" w:cs="Arial"/>
          <w:sz w:val="24"/>
          <w:szCs w:val="24"/>
        </w:rPr>
      </w:pPr>
      <w:r w:rsidRPr="002754A6">
        <w:rPr>
          <w:rFonts w:ascii="Arial" w:hAnsi="Arial" w:cs="Arial"/>
          <w:sz w:val="24"/>
          <w:szCs w:val="24"/>
        </w:rPr>
        <w:t>STEP 4 — SELF-ASSESSMENT</w:t>
      </w:r>
    </w:p>
    <w:p w14:paraId="599AE6AD" w14:textId="2BA2EE86" w:rsidR="001F1D8C" w:rsidRPr="005C597F" w:rsidRDefault="001F1D8C" w:rsidP="001F1D8C">
      <w:pPr>
        <w:pStyle w:val="Heading3"/>
        <w:shd w:val="clear" w:color="auto" w:fill="E8F4F8"/>
        <w:spacing w:after="240"/>
        <w:rPr>
          <w:rFonts w:ascii="Arial" w:hAnsi="Arial" w:cs="Arial"/>
          <w:color w:val="8064A2" w:themeColor="accent4"/>
          <w:sz w:val="24"/>
          <w:szCs w:val="28"/>
        </w:rPr>
      </w:pPr>
      <w:r>
        <w:rPr>
          <w:rFonts w:ascii="Arial" w:hAnsi="Arial" w:cs="Arial"/>
          <w:color w:val="8064A2" w:themeColor="accent4"/>
          <w:sz w:val="24"/>
          <w:szCs w:val="28"/>
        </w:rPr>
        <w:t xml:space="preserve">What you will do in this </w:t>
      </w:r>
      <w:r w:rsidR="002E5F9C" w:rsidRPr="002E5F9C">
        <w:rPr>
          <w:rFonts w:ascii="Arial" w:hAnsi="Arial" w:cs="Arial"/>
          <w:color w:val="8064A2" w:themeColor="accent4"/>
          <w:sz w:val="24"/>
          <w:szCs w:val="28"/>
        </w:rPr>
        <w:t>guide</w:t>
      </w:r>
    </w:p>
    <w:p w14:paraId="16846CF9" w14:textId="43A13FAA" w:rsidR="001F1D8C" w:rsidRDefault="001F1D8C" w:rsidP="008C35FE">
      <w:pPr>
        <w:spacing w:after="240" w:line="360" w:lineRule="auto"/>
        <w:rPr>
          <w:rFonts w:ascii="Arial" w:hAnsi="Arial" w:cs="Arial"/>
          <w:sz w:val="24"/>
          <w:szCs w:val="24"/>
        </w:rPr>
      </w:pPr>
      <w:proofErr w:type="gramStart"/>
      <w:r>
        <w:rPr>
          <w:rFonts w:ascii="Arial" w:hAnsi="Arial" w:cs="Arial"/>
          <w:sz w:val="24"/>
          <w:szCs w:val="24"/>
        </w:rPr>
        <w:t>The majority of</w:t>
      </w:r>
      <w:proofErr w:type="gramEnd"/>
      <w:r>
        <w:rPr>
          <w:rFonts w:ascii="Arial" w:hAnsi="Arial" w:cs="Arial"/>
          <w:sz w:val="24"/>
          <w:szCs w:val="24"/>
        </w:rPr>
        <w:t xml:space="preserve"> this </w:t>
      </w:r>
      <w:r w:rsidR="002E5F9C" w:rsidRPr="002E5F9C">
        <w:rPr>
          <w:rFonts w:ascii="Arial" w:hAnsi="Arial" w:cs="Arial"/>
          <w:sz w:val="24"/>
          <w:szCs w:val="24"/>
        </w:rPr>
        <w:t xml:space="preserve">guide </w:t>
      </w:r>
      <w:r>
        <w:rPr>
          <w:rFonts w:ascii="Arial" w:hAnsi="Arial" w:cs="Arial"/>
          <w:sz w:val="24"/>
          <w:szCs w:val="24"/>
        </w:rPr>
        <w:t xml:space="preserve">will be oriented around helping you uncover real examples of your autism </w:t>
      </w:r>
      <w:proofErr w:type="gramStart"/>
      <w:r>
        <w:rPr>
          <w:rFonts w:ascii="Arial" w:hAnsi="Arial" w:cs="Arial"/>
          <w:sz w:val="24"/>
          <w:szCs w:val="24"/>
        </w:rPr>
        <w:t>showing up</w:t>
      </w:r>
      <w:r w:rsidR="00AC44A3">
        <w:rPr>
          <w:rFonts w:ascii="Arial" w:hAnsi="Arial" w:cs="Arial"/>
          <w:sz w:val="24"/>
          <w:szCs w:val="24"/>
        </w:rPr>
        <w:t xml:space="preserve"> for</w:t>
      </w:r>
      <w:proofErr w:type="gramEnd"/>
      <w:r w:rsidR="00AC44A3">
        <w:rPr>
          <w:rFonts w:ascii="Arial" w:hAnsi="Arial" w:cs="Arial"/>
          <w:sz w:val="24"/>
          <w:szCs w:val="24"/>
        </w:rPr>
        <w:t xml:space="preserve"> you</w:t>
      </w:r>
      <w:r>
        <w:rPr>
          <w:rFonts w:ascii="Arial" w:hAnsi="Arial" w:cs="Arial"/>
          <w:sz w:val="24"/>
          <w:szCs w:val="24"/>
        </w:rPr>
        <w:t xml:space="preserve"> in ways that have caused meaningful limitations </w:t>
      </w:r>
      <w:r w:rsidR="00AC44A3">
        <w:rPr>
          <w:rFonts w:ascii="Arial" w:hAnsi="Arial" w:cs="Arial"/>
          <w:sz w:val="24"/>
          <w:szCs w:val="24"/>
        </w:rPr>
        <w:t xml:space="preserve">and impairment. </w:t>
      </w:r>
    </w:p>
    <w:p w14:paraId="2C6DC99F" w14:textId="4D01A580" w:rsidR="00AC44A3" w:rsidRDefault="00AC44A3" w:rsidP="008C35FE">
      <w:pPr>
        <w:spacing w:after="240" w:line="360" w:lineRule="auto"/>
        <w:rPr>
          <w:rFonts w:ascii="Arial" w:hAnsi="Arial" w:cs="Arial"/>
          <w:sz w:val="24"/>
          <w:szCs w:val="24"/>
        </w:rPr>
      </w:pPr>
      <w:r>
        <w:rPr>
          <w:rFonts w:ascii="Arial" w:hAnsi="Arial" w:cs="Arial"/>
          <w:sz w:val="24"/>
          <w:szCs w:val="24"/>
        </w:rPr>
        <w:t xml:space="preserve">This does not mean that autism is only related to impairment, but the impairing elements of autism are what make it diagnosable. So that’s what this </w:t>
      </w:r>
      <w:r w:rsidR="002E5F9C" w:rsidRPr="002E5F9C">
        <w:rPr>
          <w:rFonts w:ascii="Arial" w:hAnsi="Arial" w:cs="Arial"/>
          <w:sz w:val="24"/>
          <w:szCs w:val="24"/>
        </w:rPr>
        <w:t xml:space="preserve">guide </w:t>
      </w:r>
      <w:r>
        <w:rPr>
          <w:rFonts w:ascii="Arial" w:hAnsi="Arial" w:cs="Arial"/>
          <w:sz w:val="24"/>
          <w:szCs w:val="24"/>
        </w:rPr>
        <w:t xml:space="preserve">will help you figure out. </w:t>
      </w:r>
    </w:p>
    <w:p w14:paraId="0538438E" w14:textId="60E668D5" w:rsidR="00AC44A3" w:rsidRDefault="00AC44A3" w:rsidP="008C35FE">
      <w:pPr>
        <w:spacing w:after="240" w:line="360" w:lineRule="auto"/>
        <w:rPr>
          <w:rFonts w:ascii="Arial" w:hAnsi="Arial" w:cs="Arial"/>
          <w:sz w:val="24"/>
          <w:szCs w:val="24"/>
        </w:rPr>
      </w:pPr>
      <w:r>
        <w:rPr>
          <w:rFonts w:ascii="Arial" w:hAnsi="Arial" w:cs="Arial"/>
          <w:sz w:val="24"/>
          <w:szCs w:val="24"/>
        </w:rPr>
        <w:t xml:space="preserve">For each of the 7 criteria, the </w:t>
      </w:r>
      <w:r w:rsidR="002E5F9C" w:rsidRPr="002E5F9C">
        <w:rPr>
          <w:rFonts w:ascii="Arial" w:hAnsi="Arial" w:cs="Arial"/>
          <w:sz w:val="24"/>
          <w:szCs w:val="24"/>
        </w:rPr>
        <w:t xml:space="preserve">guide </w:t>
      </w:r>
      <w:r>
        <w:rPr>
          <w:rFonts w:ascii="Arial" w:hAnsi="Arial" w:cs="Arial"/>
          <w:sz w:val="24"/>
          <w:szCs w:val="24"/>
        </w:rPr>
        <w:t>will take you through the following steps:</w:t>
      </w:r>
    </w:p>
    <w:p w14:paraId="6F5E4A19" w14:textId="3A25FEA3" w:rsidR="00AC44A3" w:rsidRPr="00AC44A3" w:rsidRDefault="00AC44A3" w:rsidP="00AC44A3">
      <w:pPr>
        <w:pStyle w:val="ListParagraph"/>
        <w:numPr>
          <w:ilvl w:val="0"/>
          <w:numId w:val="22"/>
        </w:numPr>
        <w:spacing w:after="240" w:line="360" w:lineRule="auto"/>
        <w:rPr>
          <w:rFonts w:ascii="Arial" w:hAnsi="Arial" w:cs="Arial"/>
          <w:sz w:val="24"/>
          <w:szCs w:val="24"/>
        </w:rPr>
      </w:pPr>
      <w:r w:rsidRPr="00082A39">
        <w:rPr>
          <w:rFonts w:ascii="Arial" w:hAnsi="Arial" w:cs="Arial"/>
          <w:b/>
          <w:bCs/>
          <w:sz w:val="24"/>
          <w:szCs w:val="24"/>
        </w:rPr>
        <w:t>The criterion as written in the DSM</w:t>
      </w:r>
      <w:r w:rsidRPr="00AC44A3">
        <w:rPr>
          <w:rFonts w:ascii="Arial" w:hAnsi="Arial" w:cs="Arial"/>
          <w:sz w:val="24"/>
          <w:szCs w:val="24"/>
        </w:rPr>
        <w:t xml:space="preserve"> (actual language used)</w:t>
      </w:r>
    </w:p>
    <w:p w14:paraId="3567504E" w14:textId="30A27B2D" w:rsidR="00AC44A3" w:rsidRDefault="00AC44A3" w:rsidP="00AC44A3">
      <w:pPr>
        <w:pStyle w:val="ListParagraph"/>
        <w:numPr>
          <w:ilvl w:val="0"/>
          <w:numId w:val="22"/>
        </w:numPr>
        <w:spacing w:after="240" w:line="360" w:lineRule="auto"/>
        <w:rPr>
          <w:rFonts w:ascii="Arial" w:hAnsi="Arial" w:cs="Arial"/>
          <w:sz w:val="24"/>
          <w:szCs w:val="24"/>
        </w:rPr>
      </w:pPr>
      <w:r w:rsidRPr="00AC44A3">
        <w:rPr>
          <w:rFonts w:ascii="Arial" w:hAnsi="Arial" w:cs="Arial"/>
          <w:b/>
          <w:bCs/>
          <w:sz w:val="24"/>
          <w:szCs w:val="24"/>
        </w:rPr>
        <w:t>Provided examples:</w:t>
      </w:r>
      <w:r>
        <w:rPr>
          <w:rFonts w:ascii="Arial" w:hAnsi="Arial" w:cs="Arial"/>
          <w:sz w:val="24"/>
          <w:szCs w:val="24"/>
        </w:rPr>
        <w:t xml:space="preserve"> </w:t>
      </w:r>
      <w:r w:rsidRPr="00AC44A3">
        <w:rPr>
          <w:rFonts w:ascii="Arial" w:hAnsi="Arial" w:cs="Arial"/>
          <w:sz w:val="24"/>
          <w:szCs w:val="24"/>
        </w:rPr>
        <w:t>Real world examples that demonstrate the criteria, including childhood examples and examples of the criterion manifesting in adulthood</w:t>
      </w:r>
    </w:p>
    <w:p w14:paraId="4EE46F99" w14:textId="062CAF8E" w:rsidR="00AC44A3" w:rsidRPr="00AC44A3" w:rsidRDefault="00AC44A3" w:rsidP="00AC44A3">
      <w:pPr>
        <w:pStyle w:val="ListParagraph"/>
        <w:numPr>
          <w:ilvl w:val="0"/>
          <w:numId w:val="22"/>
        </w:numPr>
        <w:spacing w:after="240" w:line="360" w:lineRule="auto"/>
        <w:rPr>
          <w:rFonts w:ascii="Arial" w:hAnsi="Arial" w:cs="Arial"/>
          <w:sz w:val="24"/>
          <w:szCs w:val="24"/>
        </w:rPr>
      </w:pPr>
      <w:r w:rsidRPr="00AC44A3">
        <w:rPr>
          <w:rFonts w:ascii="Arial" w:hAnsi="Arial" w:cs="Arial"/>
          <w:b/>
          <w:bCs/>
          <w:sz w:val="24"/>
          <w:szCs w:val="24"/>
        </w:rPr>
        <w:t>Your examples:</w:t>
      </w:r>
      <w:r>
        <w:rPr>
          <w:rFonts w:ascii="Arial" w:hAnsi="Arial" w:cs="Arial"/>
          <w:sz w:val="24"/>
          <w:szCs w:val="24"/>
        </w:rPr>
        <w:t xml:space="preserve"> 2 pages of p</w:t>
      </w:r>
      <w:r w:rsidRPr="00AC44A3">
        <w:rPr>
          <w:rFonts w:ascii="Arial" w:hAnsi="Arial" w:cs="Arial"/>
          <w:sz w:val="24"/>
          <w:szCs w:val="24"/>
        </w:rPr>
        <w:t xml:space="preserve">rompts helping you brainstorm examples from your own life. One page for </w:t>
      </w:r>
      <w:r>
        <w:rPr>
          <w:rFonts w:ascii="Arial" w:hAnsi="Arial" w:cs="Arial"/>
          <w:sz w:val="24"/>
          <w:szCs w:val="24"/>
        </w:rPr>
        <w:t>early life</w:t>
      </w:r>
      <w:r w:rsidRPr="00AC44A3">
        <w:rPr>
          <w:rFonts w:ascii="Arial" w:hAnsi="Arial" w:cs="Arial"/>
          <w:sz w:val="24"/>
          <w:szCs w:val="24"/>
        </w:rPr>
        <w:t xml:space="preserve"> examples and one for adulthood examples. </w:t>
      </w:r>
    </w:p>
    <w:p w14:paraId="25DBAD2C" w14:textId="3AB69726" w:rsidR="00AC44A3" w:rsidRPr="00AC44A3" w:rsidRDefault="00AC44A3" w:rsidP="00AC44A3">
      <w:pPr>
        <w:pStyle w:val="ListParagraph"/>
        <w:numPr>
          <w:ilvl w:val="0"/>
          <w:numId w:val="22"/>
        </w:numPr>
        <w:spacing w:after="240" w:line="360" w:lineRule="auto"/>
        <w:rPr>
          <w:rFonts w:ascii="Arial" w:hAnsi="Arial" w:cs="Arial"/>
          <w:sz w:val="24"/>
          <w:szCs w:val="24"/>
        </w:rPr>
      </w:pPr>
      <w:r w:rsidRPr="00AC44A3">
        <w:rPr>
          <w:rFonts w:ascii="Arial" w:hAnsi="Arial" w:cs="Arial"/>
          <w:b/>
          <w:bCs/>
          <w:sz w:val="24"/>
          <w:szCs w:val="24"/>
        </w:rPr>
        <w:t>Assessing your collected examples:</w:t>
      </w:r>
      <w:r>
        <w:rPr>
          <w:rFonts w:ascii="Arial" w:hAnsi="Arial" w:cs="Arial"/>
          <w:sz w:val="24"/>
          <w:szCs w:val="24"/>
        </w:rPr>
        <w:t xml:space="preserve"> </w:t>
      </w:r>
      <w:r w:rsidRPr="00AC44A3">
        <w:rPr>
          <w:rFonts w:ascii="Arial" w:hAnsi="Arial" w:cs="Arial"/>
          <w:sz w:val="24"/>
          <w:szCs w:val="24"/>
        </w:rPr>
        <w:t>Prompts helping you assess your collected information.</w:t>
      </w:r>
    </w:p>
    <w:p w14:paraId="1C47ECD1" w14:textId="2755BEA9" w:rsidR="00C149FA" w:rsidRDefault="00AC44A3" w:rsidP="00AC44A3">
      <w:pPr>
        <w:spacing w:after="240" w:line="360" w:lineRule="auto"/>
        <w:rPr>
          <w:rFonts w:ascii="Arial" w:hAnsi="Arial" w:cs="Arial"/>
          <w:sz w:val="24"/>
          <w:szCs w:val="24"/>
        </w:rPr>
      </w:pPr>
      <w:r>
        <w:rPr>
          <w:rFonts w:ascii="Arial" w:hAnsi="Arial" w:cs="Arial"/>
          <w:sz w:val="24"/>
          <w:szCs w:val="24"/>
        </w:rPr>
        <w:t>Y</w:t>
      </w:r>
      <w:r w:rsidRPr="00AC44A3">
        <w:rPr>
          <w:rFonts w:ascii="Arial" w:hAnsi="Arial" w:cs="Arial"/>
          <w:sz w:val="24"/>
          <w:szCs w:val="24"/>
        </w:rPr>
        <w:t xml:space="preserve">ou will complete this activity for all 7 of the behavioral criteria for autism, which will later feed into the second section of this </w:t>
      </w:r>
      <w:r w:rsidR="002E5F9C" w:rsidRPr="002E5F9C">
        <w:rPr>
          <w:rFonts w:ascii="Arial" w:hAnsi="Arial" w:cs="Arial"/>
          <w:sz w:val="24"/>
          <w:szCs w:val="24"/>
        </w:rPr>
        <w:t>guide</w:t>
      </w:r>
      <w:r w:rsidR="00C149FA">
        <w:rPr>
          <w:rFonts w:ascii="Arial" w:hAnsi="Arial" w:cs="Arial"/>
          <w:sz w:val="24"/>
          <w:szCs w:val="24"/>
        </w:rPr>
        <w:t xml:space="preserve">. </w:t>
      </w:r>
    </w:p>
    <w:p w14:paraId="1F9237E2" w14:textId="52803A43" w:rsidR="008C35FE" w:rsidRPr="00C149FA" w:rsidRDefault="00C149FA" w:rsidP="00AC44A3">
      <w:pPr>
        <w:spacing w:after="240" w:line="360" w:lineRule="auto"/>
        <w:rPr>
          <w:rFonts w:ascii="Arial" w:hAnsi="Arial" w:cs="Arial"/>
          <w:b/>
          <w:bCs/>
          <w:sz w:val="24"/>
          <w:szCs w:val="24"/>
        </w:rPr>
      </w:pPr>
      <w:r w:rsidRPr="00C149FA">
        <w:rPr>
          <w:rFonts w:ascii="Arial" w:hAnsi="Arial" w:cs="Arial"/>
          <w:b/>
          <w:bCs/>
          <w:sz w:val="24"/>
          <w:szCs w:val="24"/>
        </w:rPr>
        <w:t>S</w:t>
      </w:r>
      <w:r w:rsidR="00AC44A3" w:rsidRPr="00C149FA">
        <w:rPr>
          <w:rFonts w:ascii="Arial" w:hAnsi="Arial" w:cs="Arial"/>
          <w:b/>
          <w:bCs/>
          <w:sz w:val="24"/>
          <w:szCs w:val="24"/>
        </w:rPr>
        <w:t xml:space="preserve">tep 4 of the larger guided learning path… the self-assessment step. </w:t>
      </w:r>
      <w:r w:rsidR="008C35FE" w:rsidRPr="00C149FA">
        <w:rPr>
          <w:rFonts w:ascii="Arial" w:hAnsi="Arial" w:cs="Arial"/>
          <w:b/>
          <w:bCs/>
          <w:sz w:val="24"/>
          <w:szCs w:val="24"/>
        </w:rPr>
        <w:br w:type="page"/>
      </w:r>
    </w:p>
    <w:p w14:paraId="4776A54E" w14:textId="77777777" w:rsidR="008C35FE" w:rsidRDefault="008C35FE" w:rsidP="008C35FE"/>
    <w:p w14:paraId="5192DE63" w14:textId="22724E7E" w:rsidR="0097094F" w:rsidRDefault="001D5FA7" w:rsidP="005A2E8A">
      <w:pPr>
        <w:pStyle w:val="Heading2"/>
        <w:spacing w:before="0" w:after="240"/>
        <w:rPr>
          <w:rFonts w:ascii="Arial" w:hAnsi="Arial" w:cs="Arial"/>
          <w:color w:val="31849B" w:themeColor="accent5" w:themeShade="BF"/>
          <w:sz w:val="36"/>
          <w:szCs w:val="36"/>
        </w:rPr>
      </w:pPr>
      <w:r>
        <w:rPr>
          <w:rFonts w:ascii="Arial" w:hAnsi="Arial" w:cs="Arial"/>
          <w:color w:val="31849B" w:themeColor="accent5" w:themeShade="BF"/>
          <w:sz w:val="36"/>
          <w:szCs w:val="36"/>
        </w:rPr>
        <w:t xml:space="preserve">Brainstorming </w:t>
      </w:r>
      <w:r w:rsidR="008C35FE">
        <w:rPr>
          <w:rFonts w:ascii="Arial" w:hAnsi="Arial" w:cs="Arial"/>
          <w:color w:val="31849B" w:themeColor="accent5" w:themeShade="BF"/>
          <w:sz w:val="36"/>
          <w:szCs w:val="36"/>
        </w:rPr>
        <w:t>Guide</w:t>
      </w:r>
    </w:p>
    <w:p w14:paraId="189EC3D8" w14:textId="38143774" w:rsidR="00511427" w:rsidRPr="00511427" w:rsidRDefault="00137E44" w:rsidP="00D80790">
      <w:pPr>
        <w:pStyle w:val="Heading3"/>
        <w:shd w:val="clear" w:color="auto" w:fill="E8F4F8"/>
        <w:spacing w:before="0" w:after="240" w:line="288" w:lineRule="auto"/>
        <w:rPr>
          <w:rFonts w:ascii="Arial" w:hAnsi="Arial" w:cs="Arial"/>
          <w:color w:val="8064A2" w:themeColor="accent4"/>
          <w:sz w:val="24"/>
          <w:szCs w:val="28"/>
        </w:rPr>
      </w:pPr>
      <w:r>
        <w:rPr>
          <w:rFonts w:ascii="Arial" w:hAnsi="Arial" w:cs="Arial"/>
          <w:color w:val="8064A2" w:themeColor="accent4"/>
          <w:sz w:val="24"/>
          <w:szCs w:val="28"/>
        </w:rPr>
        <w:t>Brainstorming activity</w:t>
      </w:r>
      <w:r w:rsidR="00511427" w:rsidRPr="00511427">
        <w:rPr>
          <w:rFonts w:ascii="Arial" w:hAnsi="Arial" w:cs="Arial"/>
          <w:color w:val="8064A2" w:themeColor="accent4"/>
          <w:sz w:val="24"/>
          <w:szCs w:val="28"/>
        </w:rPr>
        <w:t xml:space="preserve"> overview</w:t>
      </w:r>
    </w:p>
    <w:p w14:paraId="0FD8B19C" w14:textId="3E066963" w:rsidR="001D5FA7" w:rsidRPr="001D5FA7" w:rsidRDefault="001D5FA7" w:rsidP="00B04C6F">
      <w:pPr>
        <w:spacing w:after="240" w:line="288" w:lineRule="auto"/>
        <w:rPr>
          <w:rFonts w:ascii="Arial" w:hAnsi="Arial" w:cs="Arial"/>
          <w:sz w:val="24"/>
          <w:szCs w:val="24"/>
        </w:rPr>
      </w:pPr>
      <w:r w:rsidRPr="001D5FA7">
        <w:rPr>
          <w:rFonts w:ascii="Arial" w:hAnsi="Arial" w:cs="Arial"/>
          <w:sz w:val="24"/>
          <w:szCs w:val="24"/>
        </w:rPr>
        <w:t>This entire self-identification activity revolves around brainstorming stories</w:t>
      </w:r>
      <w:r w:rsidR="00137E44">
        <w:rPr>
          <w:rFonts w:ascii="Arial" w:hAnsi="Arial" w:cs="Arial"/>
          <w:sz w:val="24"/>
          <w:szCs w:val="24"/>
        </w:rPr>
        <w:t xml:space="preserve"> and experiences</w:t>
      </w:r>
      <w:r w:rsidRPr="001D5FA7">
        <w:rPr>
          <w:rFonts w:ascii="Arial" w:hAnsi="Arial" w:cs="Arial"/>
          <w:sz w:val="24"/>
          <w:szCs w:val="24"/>
        </w:rPr>
        <w:t xml:space="preserve"> from your childhood,</w:t>
      </w:r>
      <w:r w:rsidR="00137E44">
        <w:rPr>
          <w:rFonts w:ascii="Arial" w:hAnsi="Arial" w:cs="Arial"/>
          <w:sz w:val="24"/>
          <w:szCs w:val="24"/>
        </w:rPr>
        <w:t xml:space="preserve"> adolescence, and adulthood</w:t>
      </w:r>
      <w:r w:rsidRPr="001D5FA7">
        <w:rPr>
          <w:rFonts w:ascii="Arial" w:hAnsi="Arial" w:cs="Arial"/>
          <w:sz w:val="24"/>
          <w:szCs w:val="24"/>
        </w:rPr>
        <w:t xml:space="preserve"> to find potential examples of how the autism criteria may </w:t>
      </w:r>
      <w:r w:rsidR="00137E44">
        <w:rPr>
          <w:rFonts w:ascii="Arial" w:hAnsi="Arial" w:cs="Arial"/>
          <w:sz w:val="24"/>
          <w:szCs w:val="24"/>
        </w:rPr>
        <w:t xml:space="preserve">have </w:t>
      </w:r>
      <w:r w:rsidRPr="001D5FA7">
        <w:rPr>
          <w:rFonts w:ascii="Arial" w:hAnsi="Arial" w:cs="Arial"/>
          <w:sz w:val="24"/>
          <w:szCs w:val="24"/>
        </w:rPr>
        <w:t>manifest</w:t>
      </w:r>
      <w:r w:rsidR="00137E44">
        <w:rPr>
          <w:rFonts w:ascii="Arial" w:hAnsi="Arial" w:cs="Arial"/>
          <w:sz w:val="24"/>
          <w:szCs w:val="24"/>
        </w:rPr>
        <w:t>ed</w:t>
      </w:r>
      <w:r w:rsidRPr="001D5FA7">
        <w:rPr>
          <w:rFonts w:ascii="Arial" w:hAnsi="Arial" w:cs="Arial"/>
          <w:sz w:val="24"/>
          <w:szCs w:val="24"/>
        </w:rPr>
        <w:t xml:space="preserve"> for you </w:t>
      </w:r>
      <w:r w:rsidR="00137E44">
        <w:rPr>
          <w:rFonts w:ascii="Arial" w:hAnsi="Arial" w:cs="Arial"/>
          <w:sz w:val="24"/>
          <w:szCs w:val="24"/>
        </w:rPr>
        <w:t>throughout</w:t>
      </w:r>
      <w:r w:rsidRPr="001D5FA7">
        <w:rPr>
          <w:rFonts w:ascii="Arial" w:hAnsi="Arial" w:cs="Arial"/>
          <w:sz w:val="24"/>
          <w:szCs w:val="24"/>
        </w:rPr>
        <w:t xml:space="preserve"> your life. </w:t>
      </w:r>
    </w:p>
    <w:p w14:paraId="41FA1745" w14:textId="64B91DFD" w:rsidR="001D5FA7" w:rsidRDefault="001D5FA7" w:rsidP="00B04C6F">
      <w:pPr>
        <w:spacing w:after="240" w:line="288" w:lineRule="auto"/>
        <w:rPr>
          <w:rFonts w:ascii="Arial" w:hAnsi="Arial" w:cs="Arial"/>
          <w:sz w:val="24"/>
          <w:szCs w:val="24"/>
        </w:rPr>
      </w:pPr>
      <w:r w:rsidRPr="001D5FA7">
        <w:rPr>
          <w:rFonts w:ascii="Arial" w:hAnsi="Arial" w:cs="Arial"/>
          <w:sz w:val="24"/>
          <w:szCs w:val="24"/>
        </w:rPr>
        <w:t>This may be challenging for you, but this guide will provide you with step-by-step guidance along the way to help you with this</w:t>
      </w:r>
      <w:r w:rsidR="00137E44">
        <w:rPr>
          <w:rFonts w:ascii="Arial" w:hAnsi="Arial" w:cs="Arial"/>
          <w:sz w:val="24"/>
          <w:szCs w:val="24"/>
        </w:rPr>
        <w:t xml:space="preserve"> brainstorming activity.</w:t>
      </w:r>
    </w:p>
    <w:p w14:paraId="06E25FA6" w14:textId="77777777" w:rsidR="001F1D8C" w:rsidRPr="006C601E" w:rsidRDefault="001F1D8C" w:rsidP="001F1D8C">
      <w:pPr>
        <w:spacing w:after="240" w:line="360" w:lineRule="auto"/>
        <w:rPr>
          <w:rFonts w:ascii="Arial" w:hAnsi="Arial" w:cs="Arial"/>
          <w:b/>
          <w:bCs/>
          <w:color w:val="0070C0"/>
          <w:sz w:val="24"/>
          <w:szCs w:val="24"/>
        </w:rPr>
      </w:pPr>
      <w:r w:rsidRPr="006C601E">
        <w:rPr>
          <w:rFonts w:ascii="Arial" w:hAnsi="Arial" w:cs="Arial"/>
          <w:b/>
          <w:bCs/>
          <w:color w:val="0070C0"/>
          <w:sz w:val="24"/>
          <w:szCs w:val="24"/>
        </w:rPr>
        <w:t>This process is not meant to be linear</w:t>
      </w:r>
    </w:p>
    <w:p w14:paraId="699B078A" w14:textId="77777777" w:rsidR="00137E44" w:rsidRPr="001F1D8C" w:rsidRDefault="00137E44" w:rsidP="00B04C6F">
      <w:pPr>
        <w:spacing w:after="240" w:line="288" w:lineRule="auto"/>
        <w:rPr>
          <w:rFonts w:ascii="Arial" w:hAnsi="Arial" w:cs="Arial"/>
          <w:sz w:val="24"/>
          <w:szCs w:val="24"/>
        </w:rPr>
      </w:pPr>
      <w:r w:rsidRPr="001F1D8C">
        <w:rPr>
          <w:rFonts w:ascii="Arial" w:hAnsi="Arial" w:cs="Arial"/>
          <w:sz w:val="24"/>
          <w:szCs w:val="24"/>
        </w:rPr>
        <w:t xml:space="preserve">If you get stuck at any point, do not be afraid to move on and come back later. </w:t>
      </w:r>
    </w:p>
    <w:p w14:paraId="6AF954A4" w14:textId="13661FD4" w:rsidR="00137E44" w:rsidRDefault="00137E44" w:rsidP="00B04C6F">
      <w:pPr>
        <w:spacing w:after="240" w:line="288" w:lineRule="auto"/>
        <w:rPr>
          <w:rFonts w:ascii="Arial" w:hAnsi="Arial" w:cs="Arial"/>
          <w:sz w:val="24"/>
          <w:szCs w:val="24"/>
        </w:rPr>
      </w:pPr>
      <w:r>
        <w:rPr>
          <w:rFonts w:ascii="Arial" w:hAnsi="Arial" w:cs="Arial"/>
          <w:sz w:val="24"/>
          <w:szCs w:val="24"/>
        </w:rPr>
        <w:t xml:space="preserve">This is not meant to be a linear </w:t>
      </w:r>
      <w:proofErr w:type="gramStart"/>
      <w:r>
        <w:rPr>
          <w:rFonts w:ascii="Arial" w:hAnsi="Arial" w:cs="Arial"/>
          <w:sz w:val="24"/>
          <w:szCs w:val="24"/>
        </w:rPr>
        <w:t>activity</w:t>
      </w:r>
      <w:r w:rsidR="001F1D8C">
        <w:rPr>
          <w:rFonts w:ascii="Arial" w:hAnsi="Arial" w:cs="Arial"/>
          <w:sz w:val="24"/>
          <w:szCs w:val="24"/>
        </w:rPr>
        <w:t>,</w:t>
      </w:r>
      <w:proofErr w:type="gramEnd"/>
      <w:r w:rsidR="001F1D8C">
        <w:rPr>
          <w:rFonts w:ascii="Arial" w:hAnsi="Arial" w:cs="Arial"/>
          <w:sz w:val="24"/>
          <w:szCs w:val="24"/>
        </w:rPr>
        <w:t xml:space="preserve"> it </w:t>
      </w:r>
      <w:r>
        <w:rPr>
          <w:rFonts w:ascii="Arial" w:hAnsi="Arial" w:cs="Arial"/>
          <w:sz w:val="24"/>
          <w:szCs w:val="24"/>
        </w:rPr>
        <w:t xml:space="preserve">is meant to be an exploratory one. Freely moving between criteria as you think of examples to write down will help you document the most thorough and complete record of your experiences. </w:t>
      </w:r>
    </w:p>
    <w:p w14:paraId="102C611F" w14:textId="2A9A84B0" w:rsidR="001F1D8C" w:rsidRPr="008C35FE" w:rsidRDefault="001F1D8C" w:rsidP="001F1D8C">
      <w:pPr>
        <w:spacing w:after="240" w:line="288" w:lineRule="auto"/>
        <w:rPr>
          <w:rFonts w:ascii="Arial" w:hAnsi="Arial" w:cs="Arial"/>
          <w:sz w:val="24"/>
          <w:szCs w:val="24"/>
        </w:rPr>
      </w:pPr>
      <w:r w:rsidRPr="008C35FE">
        <w:rPr>
          <w:rFonts w:ascii="Arial" w:hAnsi="Arial" w:cs="Arial"/>
          <w:sz w:val="24"/>
          <w:szCs w:val="24"/>
        </w:rPr>
        <w:t>Many</w:t>
      </w:r>
      <w:r>
        <w:rPr>
          <w:rFonts w:ascii="Arial" w:hAnsi="Arial" w:cs="Arial"/>
          <w:sz w:val="24"/>
          <w:szCs w:val="24"/>
        </w:rPr>
        <w:t xml:space="preserve"> of your</w:t>
      </w:r>
      <w:r w:rsidRPr="008C35FE">
        <w:rPr>
          <w:rFonts w:ascii="Arial" w:hAnsi="Arial" w:cs="Arial"/>
          <w:sz w:val="24"/>
          <w:szCs w:val="24"/>
        </w:rPr>
        <w:t xml:space="preserve"> life experiences will span multiple criteria and will pertain to more than one section of this </w:t>
      </w:r>
      <w:r w:rsidR="002E5F9C" w:rsidRPr="002E5F9C">
        <w:rPr>
          <w:rFonts w:ascii="Arial" w:hAnsi="Arial" w:cs="Arial"/>
          <w:sz w:val="24"/>
          <w:szCs w:val="24"/>
        </w:rPr>
        <w:t>guide</w:t>
      </w:r>
      <w:r w:rsidRPr="008C35FE">
        <w:rPr>
          <w:rFonts w:ascii="Arial" w:hAnsi="Arial" w:cs="Arial"/>
          <w:sz w:val="24"/>
          <w:szCs w:val="24"/>
        </w:rPr>
        <w:t xml:space="preserve">. </w:t>
      </w:r>
    </w:p>
    <w:p w14:paraId="119689AD" w14:textId="2EBA3FAE" w:rsidR="001F1D8C" w:rsidRPr="006C601E" w:rsidRDefault="001F1D8C" w:rsidP="001F1D8C">
      <w:pPr>
        <w:spacing w:after="240" w:line="360" w:lineRule="auto"/>
        <w:rPr>
          <w:rFonts w:ascii="Arial" w:hAnsi="Arial" w:cs="Arial"/>
          <w:b/>
          <w:bCs/>
          <w:color w:val="0070C0"/>
          <w:sz w:val="24"/>
          <w:szCs w:val="24"/>
        </w:rPr>
      </w:pPr>
      <w:r w:rsidRPr="006C601E">
        <w:rPr>
          <w:rFonts w:ascii="Arial" w:hAnsi="Arial" w:cs="Arial"/>
          <w:b/>
          <w:bCs/>
          <w:color w:val="0070C0"/>
          <w:sz w:val="24"/>
          <w:szCs w:val="24"/>
        </w:rPr>
        <w:t>This process is not meant to be completed in one sitting</w:t>
      </w:r>
    </w:p>
    <w:p w14:paraId="572C7A27" w14:textId="77777777" w:rsidR="001F1D8C" w:rsidRDefault="001F1D8C" w:rsidP="001F1D8C">
      <w:pPr>
        <w:spacing w:after="240" w:line="288" w:lineRule="auto"/>
        <w:rPr>
          <w:rFonts w:ascii="Arial" w:hAnsi="Arial" w:cs="Arial"/>
          <w:sz w:val="24"/>
          <w:szCs w:val="24"/>
        </w:rPr>
      </w:pPr>
      <w:r w:rsidRPr="008C35FE">
        <w:rPr>
          <w:rFonts w:ascii="Arial" w:hAnsi="Arial" w:cs="Arial"/>
          <w:sz w:val="24"/>
          <w:szCs w:val="24"/>
        </w:rPr>
        <w:t>Thinking about and remembering decades of your life is not an easy task. It also takes time. Take as many breaks as you need. Even if those breaks span days or even weeks.</w:t>
      </w:r>
    </w:p>
    <w:p w14:paraId="6D64FF54" w14:textId="50929EDB" w:rsidR="001F1D8C" w:rsidRPr="006C601E" w:rsidRDefault="001F1D8C" w:rsidP="001F1D8C">
      <w:pPr>
        <w:spacing w:after="240" w:line="288" w:lineRule="auto"/>
        <w:rPr>
          <w:rFonts w:ascii="Arial" w:hAnsi="Arial" w:cs="Arial"/>
          <w:b/>
          <w:bCs/>
          <w:color w:val="0070C0"/>
          <w:sz w:val="24"/>
          <w:szCs w:val="24"/>
        </w:rPr>
      </w:pPr>
      <w:r w:rsidRPr="006C601E">
        <w:rPr>
          <w:rFonts w:ascii="Arial" w:hAnsi="Arial" w:cs="Arial"/>
          <w:b/>
          <w:bCs/>
          <w:color w:val="0070C0"/>
          <w:sz w:val="24"/>
          <w:szCs w:val="24"/>
        </w:rPr>
        <w:t>Completeness is not mandatory, accuracy is</w:t>
      </w:r>
    </w:p>
    <w:p w14:paraId="0FA94B8D" w14:textId="3A29B72D" w:rsidR="001F1D8C" w:rsidRPr="001F1D8C" w:rsidRDefault="001F1D8C" w:rsidP="001F1D8C">
      <w:pPr>
        <w:spacing w:after="240" w:line="288" w:lineRule="auto"/>
        <w:rPr>
          <w:rFonts w:ascii="Arial" w:hAnsi="Arial" w:cs="Arial"/>
          <w:sz w:val="24"/>
          <w:szCs w:val="24"/>
        </w:rPr>
      </w:pPr>
      <w:r w:rsidRPr="001F1D8C">
        <w:rPr>
          <w:rFonts w:ascii="Arial" w:hAnsi="Arial" w:cs="Arial"/>
          <w:sz w:val="24"/>
          <w:szCs w:val="24"/>
        </w:rPr>
        <w:t xml:space="preserve">Do not be afraid to document incomplete stories. Write down whatever comes to mind. </w:t>
      </w:r>
    </w:p>
    <w:p w14:paraId="39232889" w14:textId="23E50FFA" w:rsidR="001F1D8C" w:rsidRDefault="001F1D8C" w:rsidP="00B04C6F">
      <w:pPr>
        <w:spacing w:after="240" w:line="288" w:lineRule="auto"/>
        <w:rPr>
          <w:rFonts w:ascii="Arial" w:hAnsi="Arial" w:cs="Arial"/>
          <w:sz w:val="24"/>
          <w:szCs w:val="24"/>
        </w:rPr>
      </w:pPr>
      <w:r>
        <w:rPr>
          <w:rFonts w:ascii="Arial" w:hAnsi="Arial" w:cs="Arial"/>
          <w:sz w:val="24"/>
          <w:szCs w:val="24"/>
        </w:rPr>
        <w:t xml:space="preserve">The only requirement is that what you capture is as true to your recollection as possible. There are no other strict or rigid rules about how to complete this activity. </w:t>
      </w:r>
    </w:p>
    <w:p w14:paraId="678E4774" w14:textId="6E1FFB1A" w:rsidR="006C601E" w:rsidRPr="006C601E" w:rsidRDefault="006C601E" w:rsidP="00B04C6F">
      <w:pPr>
        <w:spacing w:after="240" w:line="288" w:lineRule="auto"/>
        <w:rPr>
          <w:rFonts w:ascii="Arial" w:hAnsi="Arial" w:cs="Arial"/>
          <w:b/>
          <w:bCs/>
          <w:color w:val="0070C0"/>
          <w:sz w:val="24"/>
          <w:szCs w:val="24"/>
        </w:rPr>
      </w:pPr>
      <w:r w:rsidRPr="006C601E">
        <w:rPr>
          <w:rFonts w:ascii="Arial" w:hAnsi="Arial" w:cs="Arial"/>
          <w:b/>
          <w:bCs/>
          <w:color w:val="0070C0"/>
          <w:sz w:val="24"/>
          <w:szCs w:val="24"/>
        </w:rPr>
        <w:t>This does not have to be a private activity</w:t>
      </w:r>
    </w:p>
    <w:p w14:paraId="672916F6" w14:textId="26CEBB98" w:rsidR="006C601E" w:rsidRDefault="006C601E" w:rsidP="00B04C6F">
      <w:pPr>
        <w:spacing w:after="240" w:line="288" w:lineRule="auto"/>
        <w:rPr>
          <w:rFonts w:ascii="Arial" w:hAnsi="Arial" w:cs="Arial"/>
          <w:sz w:val="24"/>
          <w:szCs w:val="24"/>
        </w:rPr>
      </w:pPr>
      <w:r w:rsidRPr="006C601E">
        <w:rPr>
          <w:rFonts w:ascii="Arial" w:hAnsi="Arial" w:cs="Arial"/>
          <w:i/>
          <w:iCs/>
          <w:sz w:val="24"/>
          <w:szCs w:val="24"/>
        </w:rPr>
        <w:t>Involving others in this process is not a requirement,</w:t>
      </w:r>
      <w:r>
        <w:rPr>
          <w:rFonts w:ascii="Arial" w:hAnsi="Arial" w:cs="Arial"/>
          <w:sz w:val="24"/>
          <w:szCs w:val="24"/>
        </w:rPr>
        <w:t xml:space="preserve"> but it can be extremely helpful if you have supportive, trusted people in your life who want to help you with this. </w:t>
      </w:r>
    </w:p>
    <w:p w14:paraId="0A546680" w14:textId="5E047445" w:rsidR="006C601E" w:rsidRDefault="006C601E" w:rsidP="00B04C6F">
      <w:pPr>
        <w:spacing w:after="240" w:line="288" w:lineRule="auto"/>
        <w:rPr>
          <w:rFonts w:ascii="Arial" w:hAnsi="Arial" w:cs="Arial"/>
          <w:sz w:val="24"/>
          <w:szCs w:val="24"/>
        </w:rPr>
      </w:pPr>
      <w:r w:rsidRPr="009C476A">
        <w:rPr>
          <w:rFonts w:ascii="Arial" w:hAnsi="Arial" w:cs="Arial"/>
          <w:b/>
          <w:bCs/>
          <w:sz w:val="24"/>
          <w:szCs w:val="24"/>
        </w:rPr>
        <w:t>Parents, siblings, partners, longtime friends</w:t>
      </w:r>
      <w:r>
        <w:rPr>
          <w:rFonts w:ascii="Arial" w:hAnsi="Arial" w:cs="Arial"/>
          <w:sz w:val="24"/>
          <w:szCs w:val="24"/>
        </w:rPr>
        <w:t xml:space="preserve">… these are all people who may have valuable insight to contribute to this process. </w:t>
      </w:r>
    </w:p>
    <w:p w14:paraId="0A386175" w14:textId="782A4755" w:rsidR="006C601E" w:rsidRDefault="006C601E" w:rsidP="00B04C6F">
      <w:pPr>
        <w:spacing w:after="240" w:line="288" w:lineRule="auto"/>
        <w:rPr>
          <w:rFonts w:ascii="Arial" w:hAnsi="Arial" w:cs="Arial"/>
          <w:b/>
          <w:bCs/>
          <w:sz w:val="24"/>
          <w:szCs w:val="24"/>
        </w:rPr>
      </w:pPr>
      <w:r w:rsidRPr="006C601E">
        <w:rPr>
          <w:rFonts w:ascii="Arial" w:hAnsi="Arial" w:cs="Arial"/>
          <w:b/>
          <w:bCs/>
          <w:sz w:val="24"/>
          <w:szCs w:val="24"/>
        </w:rPr>
        <w:t xml:space="preserve">If you have a trusted therapist, </w:t>
      </w:r>
      <w:r>
        <w:rPr>
          <w:rFonts w:ascii="Arial" w:hAnsi="Arial" w:cs="Arial"/>
          <w:b/>
          <w:bCs/>
          <w:sz w:val="24"/>
          <w:szCs w:val="24"/>
        </w:rPr>
        <w:t>consider using your therapy time for this activity.</w:t>
      </w:r>
    </w:p>
    <w:p w14:paraId="0B356939" w14:textId="533A4C15" w:rsidR="006C601E" w:rsidRPr="006C601E" w:rsidRDefault="006C601E" w:rsidP="00B04C6F">
      <w:pPr>
        <w:spacing w:after="240" w:line="288" w:lineRule="auto"/>
        <w:rPr>
          <w:rFonts w:ascii="Arial" w:hAnsi="Arial" w:cs="Arial"/>
          <w:sz w:val="24"/>
          <w:szCs w:val="24"/>
        </w:rPr>
      </w:pPr>
      <w:r w:rsidRPr="006C601E">
        <w:rPr>
          <w:rFonts w:ascii="Arial" w:hAnsi="Arial" w:cs="Arial"/>
          <w:sz w:val="24"/>
          <w:szCs w:val="24"/>
        </w:rPr>
        <w:lastRenderedPageBreak/>
        <w:t xml:space="preserve">Completing this </w:t>
      </w:r>
      <w:r w:rsidR="002E5F9C" w:rsidRPr="002E5F9C">
        <w:rPr>
          <w:rFonts w:ascii="Arial" w:hAnsi="Arial" w:cs="Arial"/>
          <w:sz w:val="24"/>
          <w:szCs w:val="24"/>
        </w:rPr>
        <w:t xml:space="preserve">guide </w:t>
      </w:r>
      <w:r w:rsidRPr="006C601E">
        <w:rPr>
          <w:rFonts w:ascii="Arial" w:hAnsi="Arial" w:cs="Arial"/>
          <w:sz w:val="24"/>
          <w:szCs w:val="24"/>
        </w:rPr>
        <w:t xml:space="preserve">with your therapist can be an extremely valuable use of therapy time. </w:t>
      </w:r>
    </w:p>
    <w:p w14:paraId="202EA9AA" w14:textId="3E2A66DB" w:rsidR="006C601E" w:rsidRPr="006C601E" w:rsidRDefault="006C601E" w:rsidP="00B04C6F">
      <w:pPr>
        <w:spacing w:after="240" w:line="288" w:lineRule="auto"/>
        <w:rPr>
          <w:rFonts w:ascii="Arial" w:hAnsi="Arial" w:cs="Arial"/>
          <w:sz w:val="24"/>
          <w:szCs w:val="24"/>
        </w:rPr>
      </w:pPr>
      <w:r w:rsidRPr="006C601E">
        <w:rPr>
          <w:rFonts w:ascii="Arial" w:hAnsi="Arial" w:cs="Arial"/>
          <w:sz w:val="24"/>
          <w:szCs w:val="24"/>
        </w:rPr>
        <w:t>Not all therapists will be helpful participants, but if your therapist is neuro-affirming and/or is neurodivergent themselves, they may be invaluable in helping you through this brainstorming process.</w:t>
      </w:r>
    </w:p>
    <w:p w14:paraId="163A5476" w14:textId="662FEB0A" w:rsidR="001D5FA7" w:rsidRPr="001D5FA7" w:rsidRDefault="001F1D8C" w:rsidP="00D80790">
      <w:pPr>
        <w:pStyle w:val="Heading3"/>
        <w:shd w:val="clear" w:color="auto" w:fill="E8F4F8"/>
        <w:spacing w:before="0" w:after="240" w:line="288" w:lineRule="auto"/>
        <w:rPr>
          <w:rFonts w:ascii="Arial" w:hAnsi="Arial" w:cs="Arial"/>
          <w:color w:val="8064A2" w:themeColor="accent4"/>
          <w:sz w:val="24"/>
          <w:szCs w:val="28"/>
        </w:rPr>
      </w:pPr>
      <w:r>
        <w:rPr>
          <w:rFonts w:ascii="Arial" w:hAnsi="Arial" w:cs="Arial"/>
          <w:color w:val="8064A2" w:themeColor="accent4"/>
          <w:sz w:val="24"/>
          <w:szCs w:val="28"/>
        </w:rPr>
        <w:t>Brainstorming guidance</w:t>
      </w:r>
    </w:p>
    <w:p w14:paraId="7B0A09EB" w14:textId="4EA51E94" w:rsidR="00385207" w:rsidRPr="00B04C6F" w:rsidRDefault="00471292" w:rsidP="00B04C6F">
      <w:pPr>
        <w:spacing w:after="240" w:line="288" w:lineRule="auto"/>
        <w:rPr>
          <w:rFonts w:ascii="Arial" w:hAnsi="Arial" w:cs="Arial"/>
          <w:b/>
          <w:bCs/>
          <w:color w:val="0070C0"/>
          <w:sz w:val="24"/>
          <w:szCs w:val="28"/>
        </w:rPr>
      </w:pPr>
      <w:r w:rsidRPr="00B04C6F">
        <w:rPr>
          <w:rFonts w:ascii="Arial" w:hAnsi="Arial" w:cs="Arial"/>
          <w:b/>
          <w:bCs/>
          <w:color w:val="0070C0"/>
          <w:sz w:val="24"/>
          <w:szCs w:val="28"/>
        </w:rPr>
        <w:t>Begin with childhood memories</w:t>
      </w:r>
    </w:p>
    <w:p w14:paraId="10F7201A" w14:textId="68C64C0B" w:rsidR="00213202" w:rsidRPr="00213202" w:rsidRDefault="00471292" w:rsidP="00B04C6F">
      <w:pPr>
        <w:pStyle w:val="ListParagraph"/>
        <w:numPr>
          <w:ilvl w:val="0"/>
          <w:numId w:val="15"/>
        </w:numPr>
        <w:spacing w:after="240" w:line="288" w:lineRule="auto"/>
        <w:contextualSpacing w:val="0"/>
        <w:rPr>
          <w:rFonts w:ascii="Arial" w:hAnsi="Arial" w:cs="Arial"/>
          <w:sz w:val="24"/>
          <w:szCs w:val="24"/>
        </w:rPr>
      </w:pPr>
      <w:r w:rsidRPr="00471292">
        <w:rPr>
          <w:rFonts w:ascii="Arial" w:hAnsi="Arial" w:cs="Arial"/>
          <w:sz w:val="24"/>
          <w:szCs w:val="24"/>
        </w:rPr>
        <w:t xml:space="preserve">Autism is neurodevelopmental and a diagnosis requires that signs and symptoms </w:t>
      </w:r>
      <w:r w:rsidR="0058049C">
        <w:rPr>
          <w:rFonts w:ascii="Arial" w:hAnsi="Arial" w:cs="Arial"/>
          <w:sz w:val="24"/>
          <w:szCs w:val="24"/>
        </w:rPr>
        <w:t xml:space="preserve">manifested </w:t>
      </w:r>
      <w:r w:rsidRPr="00471292">
        <w:rPr>
          <w:rFonts w:ascii="Arial" w:hAnsi="Arial" w:cs="Arial"/>
          <w:sz w:val="24"/>
          <w:szCs w:val="24"/>
        </w:rPr>
        <w:t>in early childhood.</w:t>
      </w:r>
    </w:p>
    <w:p w14:paraId="57571884" w14:textId="77777777" w:rsidR="00471292" w:rsidRDefault="00471292" w:rsidP="00B04C6F">
      <w:pPr>
        <w:pStyle w:val="ListParagraph"/>
        <w:numPr>
          <w:ilvl w:val="0"/>
          <w:numId w:val="15"/>
        </w:numPr>
        <w:spacing w:after="240" w:line="288" w:lineRule="auto"/>
        <w:contextualSpacing w:val="0"/>
        <w:rPr>
          <w:rFonts w:ascii="Arial" w:hAnsi="Arial" w:cs="Arial"/>
          <w:sz w:val="24"/>
          <w:szCs w:val="24"/>
        </w:rPr>
      </w:pPr>
      <w:r w:rsidRPr="00471292">
        <w:rPr>
          <w:rFonts w:ascii="Arial" w:hAnsi="Arial" w:cs="Arial"/>
          <w:sz w:val="24"/>
          <w:szCs w:val="24"/>
        </w:rPr>
        <w:t>Brainstorm memories from your childhood that relate to what’s written in the diagnostic criteria</w:t>
      </w:r>
    </w:p>
    <w:p w14:paraId="2006ED49" w14:textId="34DE2011" w:rsidR="005A2E8A" w:rsidRDefault="00471292" w:rsidP="00B04C6F">
      <w:pPr>
        <w:pStyle w:val="ListParagraph"/>
        <w:numPr>
          <w:ilvl w:val="0"/>
          <w:numId w:val="15"/>
        </w:numPr>
        <w:spacing w:after="240" w:line="288" w:lineRule="auto"/>
        <w:contextualSpacing w:val="0"/>
        <w:rPr>
          <w:rFonts w:ascii="Arial" w:hAnsi="Arial" w:cs="Arial"/>
          <w:sz w:val="24"/>
          <w:szCs w:val="24"/>
        </w:rPr>
      </w:pPr>
      <w:r>
        <w:rPr>
          <w:rFonts w:ascii="Arial" w:hAnsi="Arial" w:cs="Arial"/>
          <w:sz w:val="24"/>
          <w:szCs w:val="24"/>
        </w:rPr>
        <w:t xml:space="preserve">If you </w:t>
      </w:r>
      <w:proofErr w:type="gramStart"/>
      <w:r>
        <w:rPr>
          <w:rFonts w:ascii="Arial" w:hAnsi="Arial" w:cs="Arial"/>
          <w:sz w:val="24"/>
          <w:szCs w:val="24"/>
        </w:rPr>
        <w:t xml:space="preserve">have </w:t>
      </w:r>
      <w:r w:rsidR="005C597F">
        <w:rPr>
          <w:rFonts w:ascii="Arial" w:hAnsi="Arial" w:cs="Arial"/>
          <w:sz w:val="24"/>
          <w:szCs w:val="24"/>
        </w:rPr>
        <w:t xml:space="preserve"> </w:t>
      </w:r>
      <w:r>
        <w:rPr>
          <w:rFonts w:ascii="Arial" w:hAnsi="Arial" w:cs="Arial"/>
          <w:sz w:val="24"/>
          <w:szCs w:val="24"/>
        </w:rPr>
        <w:t>any</w:t>
      </w:r>
      <w:proofErr w:type="gramEnd"/>
      <w:r>
        <w:rPr>
          <w:rFonts w:ascii="Arial" w:hAnsi="Arial" w:cs="Arial"/>
          <w:sz w:val="24"/>
          <w:szCs w:val="24"/>
        </w:rPr>
        <w:t xml:space="preserve"> information that can be used to flesh out what you remember, use those as references during this step. </w:t>
      </w:r>
    </w:p>
    <w:p w14:paraId="1CEA6845" w14:textId="4E6F546E" w:rsidR="00471292" w:rsidRPr="00471292" w:rsidRDefault="00471292" w:rsidP="00B04C6F">
      <w:pPr>
        <w:pStyle w:val="ListParagraph"/>
        <w:numPr>
          <w:ilvl w:val="0"/>
          <w:numId w:val="15"/>
        </w:numPr>
        <w:spacing w:after="240" w:line="288" w:lineRule="auto"/>
        <w:contextualSpacing w:val="0"/>
        <w:rPr>
          <w:rFonts w:ascii="Arial" w:hAnsi="Arial" w:cs="Arial"/>
          <w:sz w:val="24"/>
          <w:szCs w:val="24"/>
        </w:rPr>
      </w:pPr>
      <w:r>
        <w:rPr>
          <w:rFonts w:ascii="Arial" w:hAnsi="Arial" w:cs="Arial"/>
          <w:sz w:val="24"/>
          <w:szCs w:val="24"/>
        </w:rPr>
        <w:t>Examples include:</w:t>
      </w:r>
    </w:p>
    <w:p w14:paraId="67AED649" w14:textId="6439DDF3" w:rsidR="00471292" w:rsidRPr="00471292" w:rsidRDefault="00471292" w:rsidP="00B04C6F">
      <w:pPr>
        <w:pStyle w:val="ListParagraph"/>
        <w:numPr>
          <w:ilvl w:val="1"/>
          <w:numId w:val="15"/>
        </w:numPr>
        <w:spacing w:after="240" w:line="288" w:lineRule="auto"/>
        <w:contextualSpacing w:val="0"/>
        <w:rPr>
          <w:rFonts w:ascii="Arial" w:hAnsi="Arial" w:cs="Arial"/>
          <w:sz w:val="24"/>
          <w:szCs w:val="24"/>
        </w:rPr>
      </w:pPr>
      <w:r>
        <w:rPr>
          <w:rFonts w:ascii="Arial" w:hAnsi="Arial" w:cs="Arial"/>
          <w:sz w:val="24"/>
          <w:szCs w:val="24"/>
        </w:rPr>
        <w:t>C</w:t>
      </w:r>
      <w:r w:rsidRPr="00471292">
        <w:rPr>
          <w:rFonts w:ascii="Arial" w:hAnsi="Arial" w:cs="Arial"/>
          <w:sz w:val="24"/>
          <w:szCs w:val="24"/>
        </w:rPr>
        <w:t>hildhood journals, diaries, letters, emails, or creative writing</w:t>
      </w:r>
    </w:p>
    <w:p w14:paraId="2F439833" w14:textId="77777777" w:rsidR="007270E4" w:rsidRPr="00471292" w:rsidRDefault="007270E4" w:rsidP="00B04C6F">
      <w:pPr>
        <w:pStyle w:val="ListParagraph"/>
        <w:numPr>
          <w:ilvl w:val="1"/>
          <w:numId w:val="15"/>
        </w:numPr>
        <w:spacing w:after="240" w:line="288" w:lineRule="auto"/>
        <w:contextualSpacing w:val="0"/>
        <w:rPr>
          <w:rFonts w:ascii="Arial" w:hAnsi="Arial" w:cs="Arial"/>
          <w:sz w:val="24"/>
          <w:szCs w:val="24"/>
        </w:rPr>
      </w:pPr>
      <w:r>
        <w:rPr>
          <w:rFonts w:ascii="Arial" w:hAnsi="Arial" w:cs="Arial"/>
          <w:sz w:val="24"/>
          <w:szCs w:val="24"/>
        </w:rPr>
        <w:t>O</w:t>
      </w:r>
      <w:r w:rsidRPr="00471292">
        <w:rPr>
          <w:rFonts w:ascii="Arial" w:hAnsi="Arial" w:cs="Arial"/>
          <w:sz w:val="24"/>
          <w:szCs w:val="24"/>
        </w:rPr>
        <w:t>ld photos or videos that trigger memories</w:t>
      </w:r>
    </w:p>
    <w:p w14:paraId="395FA9B4" w14:textId="250F4EE3" w:rsidR="00471292" w:rsidRPr="00471292" w:rsidRDefault="007270E4" w:rsidP="00B04C6F">
      <w:pPr>
        <w:pStyle w:val="ListParagraph"/>
        <w:numPr>
          <w:ilvl w:val="1"/>
          <w:numId w:val="15"/>
        </w:numPr>
        <w:spacing w:after="240" w:line="288" w:lineRule="auto"/>
        <w:contextualSpacing w:val="0"/>
        <w:rPr>
          <w:rFonts w:ascii="Arial" w:hAnsi="Arial" w:cs="Arial"/>
          <w:sz w:val="24"/>
          <w:szCs w:val="24"/>
        </w:rPr>
      </w:pPr>
      <w:r>
        <w:rPr>
          <w:rFonts w:ascii="Arial" w:hAnsi="Arial" w:cs="Arial"/>
          <w:sz w:val="24"/>
          <w:szCs w:val="24"/>
        </w:rPr>
        <w:t>F</w:t>
      </w:r>
      <w:r w:rsidR="00471292" w:rsidRPr="00471292">
        <w:rPr>
          <w:rFonts w:ascii="Arial" w:hAnsi="Arial" w:cs="Arial"/>
          <w:sz w:val="24"/>
          <w:szCs w:val="24"/>
        </w:rPr>
        <w:t xml:space="preserve">amily </w:t>
      </w:r>
      <w:r>
        <w:rPr>
          <w:rFonts w:ascii="Arial" w:hAnsi="Arial" w:cs="Arial"/>
          <w:sz w:val="24"/>
          <w:szCs w:val="24"/>
        </w:rPr>
        <w:t>member or</w:t>
      </w:r>
      <w:r w:rsidR="00471292" w:rsidRPr="00471292">
        <w:rPr>
          <w:rFonts w:ascii="Arial" w:hAnsi="Arial" w:cs="Arial"/>
          <w:sz w:val="24"/>
          <w:szCs w:val="24"/>
        </w:rPr>
        <w:t xml:space="preserve"> caregiver </w:t>
      </w:r>
      <w:r>
        <w:rPr>
          <w:rFonts w:ascii="Arial" w:hAnsi="Arial" w:cs="Arial"/>
          <w:sz w:val="24"/>
          <w:szCs w:val="24"/>
        </w:rPr>
        <w:t>memories of you</w:t>
      </w:r>
    </w:p>
    <w:p w14:paraId="56C28871" w14:textId="6388D3FD" w:rsidR="00471292" w:rsidRPr="00471292" w:rsidRDefault="007270E4" w:rsidP="00B04C6F">
      <w:pPr>
        <w:pStyle w:val="ListParagraph"/>
        <w:numPr>
          <w:ilvl w:val="1"/>
          <w:numId w:val="15"/>
        </w:numPr>
        <w:spacing w:after="240" w:line="288" w:lineRule="auto"/>
        <w:contextualSpacing w:val="0"/>
        <w:rPr>
          <w:rFonts w:ascii="Arial" w:hAnsi="Arial" w:cs="Arial"/>
          <w:sz w:val="24"/>
          <w:szCs w:val="24"/>
        </w:rPr>
      </w:pPr>
      <w:r>
        <w:rPr>
          <w:rFonts w:ascii="Arial" w:hAnsi="Arial" w:cs="Arial"/>
          <w:sz w:val="24"/>
          <w:szCs w:val="24"/>
        </w:rPr>
        <w:t>O</w:t>
      </w:r>
      <w:r w:rsidR="00471292" w:rsidRPr="00471292">
        <w:rPr>
          <w:rFonts w:ascii="Arial" w:hAnsi="Arial" w:cs="Arial"/>
          <w:sz w:val="24"/>
          <w:szCs w:val="24"/>
        </w:rPr>
        <w:t>ld school reports, report cards, IEP/504 records, teacher comments</w:t>
      </w:r>
    </w:p>
    <w:p w14:paraId="2D49BCEE" w14:textId="73CF0D65" w:rsidR="00385207" w:rsidRPr="001D5FA7" w:rsidRDefault="007270E4" w:rsidP="00B04C6F">
      <w:pPr>
        <w:spacing w:after="240" w:line="288" w:lineRule="auto"/>
        <w:rPr>
          <w:rFonts w:ascii="Arial" w:hAnsi="Arial" w:cs="Arial"/>
          <w:i/>
          <w:iCs/>
          <w:color w:val="0070C0"/>
          <w:sz w:val="24"/>
          <w:szCs w:val="28"/>
        </w:rPr>
      </w:pPr>
      <w:r w:rsidRPr="00B04C6F">
        <w:rPr>
          <w:rFonts w:ascii="Arial" w:hAnsi="Arial" w:cs="Arial"/>
          <w:b/>
          <w:bCs/>
          <w:color w:val="0070C0"/>
          <w:sz w:val="24"/>
          <w:szCs w:val="28"/>
        </w:rPr>
        <w:t>Move through later childhood, into adulthood, and to the present</w:t>
      </w:r>
    </w:p>
    <w:p w14:paraId="745F7878" w14:textId="77777777" w:rsidR="00213202" w:rsidRDefault="007270E4" w:rsidP="00B04C6F">
      <w:pPr>
        <w:pStyle w:val="ListParagraph"/>
        <w:numPr>
          <w:ilvl w:val="0"/>
          <w:numId w:val="15"/>
        </w:numPr>
        <w:spacing w:after="240" w:line="288" w:lineRule="auto"/>
        <w:contextualSpacing w:val="0"/>
        <w:rPr>
          <w:rFonts w:ascii="Arial" w:hAnsi="Arial" w:cs="Arial"/>
          <w:sz w:val="24"/>
          <w:szCs w:val="24"/>
        </w:rPr>
      </w:pPr>
      <w:r>
        <w:rPr>
          <w:rFonts w:ascii="Arial" w:hAnsi="Arial" w:cs="Arial"/>
          <w:sz w:val="24"/>
          <w:szCs w:val="24"/>
        </w:rPr>
        <w:t xml:space="preserve">Continue to brainstorm examples and stories from your life that relate to the diagnostic criteria. </w:t>
      </w:r>
    </w:p>
    <w:p w14:paraId="6C3F69D5" w14:textId="3D3D5129" w:rsidR="007270E4" w:rsidRDefault="007270E4" w:rsidP="00B04C6F">
      <w:pPr>
        <w:pStyle w:val="ListParagraph"/>
        <w:numPr>
          <w:ilvl w:val="0"/>
          <w:numId w:val="15"/>
        </w:numPr>
        <w:spacing w:after="240" w:line="288" w:lineRule="auto"/>
        <w:contextualSpacing w:val="0"/>
        <w:rPr>
          <w:rFonts w:ascii="Arial" w:hAnsi="Arial" w:cs="Arial"/>
          <w:sz w:val="24"/>
          <w:szCs w:val="24"/>
        </w:rPr>
      </w:pPr>
      <w:r>
        <w:rPr>
          <w:rFonts w:ascii="Arial" w:hAnsi="Arial" w:cs="Arial"/>
          <w:sz w:val="24"/>
          <w:szCs w:val="24"/>
        </w:rPr>
        <w:t xml:space="preserve">You will do this one at a time for each of the 7 listed criteria. If you are having a hard time thinking of examples, it’s ok to move on and come back later to continue brainstorming. </w:t>
      </w:r>
    </w:p>
    <w:p w14:paraId="572B8FED" w14:textId="77777777" w:rsidR="00213202" w:rsidRDefault="00213202" w:rsidP="00B04C6F">
      <w:pPr>
        <w:pStyle w:val="ListParagraph"/>
        <w:numPr>
          <w:ilvl w:val="0"/>
          <w:numId w:val="15"/>
        </w:numPr>
        <w:spacing w:after="240" w:line="288" w:lineRule="auto"/>
        <w:contextualSpacing w:val="0"/>
        <w:rPr>
          <w:rFonts w:ascii="Arial" w:hAnsi="Arial" w:cs="Arial"/>
          <w:sz w:val="24"/>
          <w:szCs w:val="24"/>
        </w:rPr>
      </w:pPr>
      <w:r>
        <w:rPr>
          <w:rFonts w:ascii="Arial" w:hAnsi="Arial" w:cs="Arial"/>
          <w:sz w:val="24"/>
          <w:szCs w:val="24"/>
        </w:rPr>
        <w:t>Think about p</w:t>
      </w:r>
      <w:r w:rsidRPr="007270E4">
        <w:rPr>
          <w:rFonts w:ascii="Arial" w:hAnsi="Arial" w:cs="Arial"/>
          <w:sz w:val="24"/>
          <w:szCs w:val="24"/>
        </w:rPr>
        <w:t xml:space="preserve">atterns across friendships, relationships, education, work, parenting, daily living, and health </w:t>
      </w:r>
    </w:p>
    <w:p w14:paraId="431D2AF9" w14:textId="0D63718B" w:rsidR="00213202" w:rsidRPr="00ED6540" w:rsidRDefault="00213202" w:rsidP="00B04C6F">
      <w:pPr>
        <w:pStyle w:val="ListParagraph"/>
        <w:numPr>
          <w:ilvl w:val="0"/>
          <w:numId w:val="15"/>
        </w:numPr>
        <w:spacing w:after="240" w:line="288" w:lineRule="auto"/>
        <w:contextualSpacing w:val="0"/>
        <w:rPr>
          <w:rFonts w:ascii="Arial" w:hAnsi="Arial" w:cs="Arial"/>
          <w:sz w:val="24"/>
          <w:szCs w:val="24"/>
        </w:rPr>
      </w:pPr>
      <w:r>
        <w:rPr>
          <w:rFonts w:ascii="Arial" w:hAnsi="Arial" w:cs="Arial"/>
          <w:sz w:val="24"/>
          <w:szCs w:val="24"/>
        </w:rPr>
        <w:t xml:space="preserve">Keep in mind that to obtain a formal diagnosis, signs and symptoms would have to show meaningful impairment in daily activities. </w:t>
      </w:r>
      <w:r w:rsidRPr="00213202">
        <w:rPr>
          <w:rFonts w:ascii="Arial" w:hAnsi="Arial" w:cs="Arial"/>
          <w:sz w:val="24"/>
          <w:szCs w:val="28"/>
        </w:rPr>
        <w:t>When brainstorming examples, be sure to include how those examples</w:t>
      </w:r>
      <w:r>
        <w:rPr>
          <w:rFonts w:ascii="Arial" w:hAnsi="Arial" w:cs="Arial"/>
          <w:sz w:val="24"/>
          <w:szCs w:val="28"/>
        </w:rPr>
        <w:t xml:space="preserve"> have</w:t>
      </w:r>
      <w:r w:rsidRPr="00213202">
        <w:rPr>
          <w:rFonts w:ascii="Arial" w:hAnsi="Arial" w:cs="Arial"/>
          <w:sz w:val="24"/>
          <w:szCs w:val="28"/>
        </w:rPr>
        <w:t xml:space="preserve"> show</w:t>
      </w:r>
      <w:r>
        <w:rPr>
          <w:rFonts w:ascii="Arial" w:hAnsi="Arial" w:cs="Arial"/>
          <w:sz w:val="24"/>
          <w:szCs w:val="28"/>
        </w:rPr>
        <w:t>n</w:t>
      </w:r>
      <w:r w:rsidRPr="00213202">
        <w:rPr>
          <w:rFonts w:ascii="Arial" w:hAnsi="Arial" w:cs="Arial"/>
          <w:sz w:val="24"/>
          <w:szCs w:val="28"/>
        </w:rPr>
        <w:t xml:space="preserve"> impairment</w:t>
      </w:r>
      <w:r>
        <w:rPr>
          <w:rFonts w:ascii="Arial" w:hAnsi="Arial" w:cs="Arial"/>
          <w:sz w:val="24"/>
          <w:szCs w:val="28"/>
        </w:rPr>
        <w:t xml:space="preserve"> </w:t>
      </w:r>
      <w:r w:rsidRPr="00213202">
        <w:rPr>
          <w:rFonts w:ascii="Arial" w:hAnsi="Arial" w:cs="Arial"/>
          <w:sz w:val="24"/>
          <w:szCs w:val="28"/>
        </w:rPr>
        <w:t>/</w:t>
      </w:r>
      <w:r>
        <w:rPr>
          <w:rFonts w:ascii="Arial" w:hAnsi="Arial" w:cs="Arial"/>
          <w:sz w:val="24"/>
          <w:szCs w:val="28"/>
        </w:rPr>
        <w:t xml:space="preserve"> </w:t>
      </w:r>
      <w:r w:rsidRPr="00213202">
        <w:rPr>
          <w:rFonts w:ascii="Arial" w:hAnsi="Arial" w:cs="Arial"/>
          <w:sz w:val="24"/>
          <w:szCs w:val="28"/>
        </w:rPr>
        <w:t xml:space="preserve">limitations </w:t>
      </w:r>
      <w:r>
        <w:rPr>
          <w:rFonts w:ascii="Arial" w:hAnsi="Arial" w:cs="Arial"/>
          <w:sz w:val="24"/>
          <w:szCs w:val="24"/>
        </w:rPr>
        <w:t xml:space="preserve">in your daily life. </w:t>
      </w:r>
    </w:p>
    <w:p w14:paraId="70F38D02" w14:textId="1A217717" w:rsidR="001F1D8C" w:rsidRPr="001D5FA7" w:rsidRDefault="001F1D8C" w:rsidP="001F1D8C">
      <w:pPr>
        <w:pStyle w:val="Heading3"/>
        <w:shd w:val="clear" w:color="auto" w:fill="E8F4F8"/>
        <w:spacing w:before="0" w:after="240" w:line="288" w:lineRule="auto"/>
        <w:rPr>
          <w:rFonts w:ascii="Arial" w:hAnsi="Arial" w:cs="Arial"/>
          <w:color w:val="8064A2" w:themeColor="accent4"/>
          <w:sz w:val="24"/>
          <w:szCs w:val="28"/>
        </w:rPr>
      </w:pPr>
      <w:r>
        <w:rPr>
          <w:rFonts w:ascii="Arial" w:hAnsi="Arial" w:cs="Arial"/>
          <w:color w:val="8064A2" w:themeColor="accent4"/>
          <w:sz w:val="24"/>
          <w:szCs w:val="28"/>
        </w:rPr>
        <w:lastRenderedPageBreak/>
        <w:t>Documenting guidance</w:t>
      </w:r>
    </w:p>
    <w:p w14:paraId="770A6D0E" w14:textId="563ED278" w:rsidR="007270E4" w:rsidRPr="00B04C6F" w:rsidRDefault="007270E4" w:rsidP="00B04C6F">
      <w:pPr>
        <w:spacing w:after="240" w:line="288" w:lineRule="auto"/>
        <w:rPr>
          <w:rFonts w:ascii="Arial" w:hAnsi="Arial" w:cs="Arial"/>
          <w:b/>
          <w:bCs/>
          <w:color w:val="0070C0"/>
          <w:sz w:val="24"/>
          <w:szCs w:val="28"/>
        </w:rPr>
      </w:pPr>
      <w:r w:rsidRPr="00B04C6F">
        <w:rPr>
          <w:rFonts w:ascii="Arial" w:hAnsi="Arial" w:cs="Arial"/>
          <w:b/>
          <w:bCs/>
          <w:color w:val="0070C0"/>
          <w:sz w:val="24"/>
          <w:szCs w:val="28"/>
        </w:rPr>
        <w:t>How to document your personal stories and memories</w:t>
      </w:r>
    </w:p>
    <w:p w14:paraId="68AFA1F7" w14:textId="4DFFF524" w:rsidR="007270E4" w:rsidRPr="007270E4" w:rsidRDefault="007270E4" w:rsidP="00B04C6F">
      <w:pPr>
        <w:pStyle w:val="ListParagraph"/>
        <w:numPr>
          <w:ilvl w:val="0"/>
          <w:numId w:val="15"/>
        </w:numPr>
        <w:spacing w:after="240" w:line="288" w:lineRule="auto"/>
        <w:contextualSpacing w:val="0"/>
        <w:rPr>
          <w:rFonts w:ascii="Arial" w:hAnsi="Arial" w:cs="Arial"/>
          <w:sz w:val="24"/>
          <w:szCs w:val="24"/>
        </w:rPr>
      </w:pPr>
      <w:r w:rsidRPr="007270E4">
        <w:rPr>
          <w:rFonts w:ascii="Arial" w:hAnsi="Arial" w:cs="Arial"/>
          <w:sz w:val="24"/>
          <w:szCs w:val="24"/>
        </w:rPr>
        <w:t xml:space="preserve">Use concrete stories whenever possible. </w:t>
      </w:r>
      <w:r>
        <w:rPr>
          <w:rFonts w:ascii="Arial" w:hAnsi="Arial" w:cs="Arial"/>
          <w:sz w:val="24"/>
          <w:szCs w:val="24"/>
        </w:rPr>
        <w:t xml:space="preserve">Provide as many details as possible. Avoid broad statements like </w:t>
      </w:r>
      <w:r w:rsidRPr="007270E4">
        <w:rPr>
          <w:rFonts w:ascii="Arial" w:hAnsi="Arial" w:cs="Arial"/>
          <w:sz w:val="24"/>
          <w:szCs w:val="24"/>
        </w:rPr>
        <w:t>“I have always struggled socially.”</w:t>
      </w:r>
    </w:p>
    <w:p w14:paraId="74BA6D11" w14:textId="271F0912" w:rsidR="007270E4" w:rsidRPr="007270E4" w:rsidRDefault="007270E4" w:rsidP="00B04C6F">
      <w:pPr>
        <w:pStyle w:val="ListParagraph"/>
        <w:numPr>
          <w:ilvl w:val="0"/>
          <w:numId w:val="15"/>
        </w:numPr>
        <w:spacing w:after="240" w:line="288" w:lineRule="auto"/>
        <w:contextualSpacing w:val="0"/>
        <w:rPr>
          <w:rFonts w:ascii="Arial" w:hAnsi="Arial" w:cs="Arial"/>
          <w:sz w:val="24"/>
          <w:szCs w:val="24"/>
        </w:rPr>
      </w:pPr>
      <w:r w:rsidRPr="007270E4">
        <w:rPr>
          <w:rFonts w:ascii="Arial" w:hAnsi="Arial" w:cs="Arial"/>
          <w:sz w:val="24"/>
          <w:szCs w:val="24"/>
        </w:rPr>
        <w:t>Include internal experiences, not only what other people could see.</w:t>
      </w:r>
      <w:r>
        <w:rPr>
          <w:rFonts w:ascii="Arial" w:hAnsi="Arial" w:cs="Arial"/>
          <w:sz w:val="24"/>
          <w:szCs w:val="24"/>
        </w:rPr>
        <w:t xml:space="preserve"> Both are important. What others can see will map most cleanly to the criteria, but internal experiences will provide important context regarding what was manifesting visibly. </w:t>
      </w:r>
    </w:p>
    <w:p w14:paraId="2EF7284D" w14:textId="6DEAB496" w:rsidR="007270E4" w:rsidRPr="007270E4" w:rsidRDefault="007270E4" w:rsidP="00B04C6F">
      <w:pPr>
        <w:pStyle w:val="ListParagraph"/>
        <w:numPr>
          <w:ilvl w:val="0"/>
          <w:numId w:val="15"/>
        </w:numPr>
        <w:spacing w:after="240" w:line="288" w:lineRule="auto"/>
        <w:contextualSpacing w:val="0"/>
        <w:rPr>
          <w:rFonts w:ascii="Arial" w:hAnsi="Arial" w:cs="Arial"/>
          <w:sz w:val="24"/>
          <w:szCs w:val="24"/>
        </w:rPr>
      </w:pPr>
      <w:r w:rsidRPr="007270E4">
        <w:rPr>
          <w:rFonts w:ascii="Arial" w:hAnsi="Arial" w:cs="Arial"/>
          <w:sz w:val="24"/>
          <w:szCs w:val="24"/>
        </w:rPr>
        <w:t xml:space="preserve">Include examples of masking </w:t>
      </w:r>
      <w:r>
        <w:rPr>
          <w:rFonts w:ascii="Arial" w:hAnsi="Arial" w:cs="Arial"/>
          <w:sz w:val="24"/>
          <w:szCs w:val="24"/>
        </w:rPr>
        <w:t>and internalizing your needs</w:t>
      </w:r>
      <w:r w:rsidRPr="007270E4">
        <w:rPr>
          <w:rFonts w:ascii="Arial" w:hAnsi="Arial" w:cs="Arial"/>
          <w:sz w:val="24"/>
          <w:szCs w:val="24"/>
        </w:rPr>
        <w:t xml:space="preserve">. </w:t>
      </w:r>
      <w:r>
        <w:rPr>
          <w:rFonts w:ascii="Arial" w:hAnsi="Arial" w:cs="Arial"/>
          <w:sz w:val="24"/>
          <w:szCs w:val="24"/>
        </w:rPr>
        <w:t xml:space="preserve">If you are not demonstrating a visible behavior of autism, but you have in the past and have learned (with great effort) to minimize that behavior, those examples will provide you with important self-understanding and context when you later conduct your </w:t>
      </w:r>
      <w:r w:rsidR="005A2E8A">
        <w:rPr>
          <w:rFonts w:ascii="Arial" w:hAnsi="Arial" w:cs="Arial"/>
          <w:sz w:val="24"/>
          <w:szCs w:val="24"/>
        </w:rPr>
        <w:t>self-assessment</w:t>
      </w:r>
      <w:r>
        <w:rPr>
          <w:rFonts w:ascii="Arial" w:hAnsi="Arial" w:cs="Arial"/>
          <w:sz w:val="24"/>
          <w:szCs w:val="24"/>
        </w:rPr>
        <w:t>.</w:t>
      </w:r>
    </w:p>
    <w:p w14:paraId="5AD1E704" w14:textId="431CEBCB" w:rsidR="007270E4" w:rsidRPr="007270E4" w:rsidRDefault="007270E4" w:rsidP="00B04C6F">
      <w:pPr>
        <w:pStyle w:val="ListParagraph"/>
        <w:numPr>
          <w:ilvl w:val="0"/>
          <w:numId w:val="15"/>
        </w:numPr>
        <w:spacing w:after="240" w:line="288" w:lineRule="auto"/>
        <w:contextualSpacing w:val="0"/>
        <w:rPr>
          <w:rFonts w:ascii="Arial" w:hAnsi="Arial" w:cs="Arial"/>
          <w:sz w:val="24"/>
          <w:szCs w:val="24"/>
        </w:rPr>
      </w:pPr>
      <w:r w:rsidRPr="007270E4">
        <w:rPr>
          <w:rFonts w:ascii="Arial" w:hAnsi="Arial" w:cs="Arial"/>
          <w:sz w:val="24"/>
          <w:szCs w:val="24"/>
        </w:rPr>
        <w:t>I</w:t>
      </w:r>
      <w:r>
        <w:rPr>
          <w:rFonts w:ascii="Arial" w:hAnsi="Arial" w:cs="Arial"/>
          <w:sz w:val="24"/>
          <w:szCs w:val="24"/>
        </w:rPr>
        <w:t>f you have masked/internalized your needs, include examples of how that has impacted you mentally, emotionally, and physically (if applicable)</w:t>
      </w:r>
      <w:r w:rsidRPr="007270E4">
        <w:rPr>
          <w:rFonts w:ascii="Arial" w:hAnsi="Arial" w:cs="Arial"/>
          <w:sz w:val="24"/>
          <w:szCs w:val="24"/>
        </w:rPr>
        <w:t xml:space="preserve">. </w:t>
      </w:r>
    </w:p>
    <w:p w14:paraId="41986483" w14:textId="143EF5FB" w:rsidR="007270E4" w:rsidRDefault="007270E4" w:rsidP="00B04C6F">
      <w:pPr>
        <w:pStyle w:val="ListParagraph"/>
        <w:numPr>
          <w:ilvl w:val="0"/>
          <w:numId w:val="15"/>
        </w:numPr>
        <w:spacing w:after="240" w:line="288" w:lineRule="auto"/>
        <w:contextualSpacing w:val="0"/>
        <w:rPr>
          <w:rFonts w:ascii="Arial" w:hAnsi="Arial" w:cs="Arial"/>
          <w:sz w:val="24"/>
          <w:szCs w:val="24"/>
        </w:rPr>
      </w:pPr>
      <w:r w:rsidRPr="007270E4">
        <w:rPr>
          <w:rFonts w:ascii="Arial" w:hAnsi="Arial" w:cs="Arial"/>
          <w:sz w:val="24"/>
          <w:szCs w:val="24"/>
        </w:rPr>
        <w:t xml:space="preserve">Include </w:t>
      </w:r>
      <w:r w:rsidR="005A2E8A">
        <w:rPr>
          <w:rFonts w:ascii="Arial" w:hAnsi="Arial" w:cs="Arial"/>
          <w:sz w:val="24"/>
          <w:szCs w:val="24"/>
        </w:rPr>
        <w:t xml:space="preserve">examples that you aren’t sure map perfectly. You can return to those later once you have </w:t>
      </w:r>
      <w:proofErr w:type="gramStart"/>
      <w:r w:rsidR="005A2E8A">
        <w:rPr>
          <w:rFonts w:ascii="Arial" w:hAnsi="Arial" w:cs="Arial"/>
          <w:sz w:val="24"/>
          <w:szCs w:val="24"/>
        </w:rPr>
        <w:t>all of</w:t>
      </w:r>
      <w:proofErr w:type="gramEnd"/>
      <w:r w:rsidR="005A2E8A">
        <w:rPr>
          <w:rFonts w:ascii="Arial" w:hAnsi="Arial" w:cs="Arial"/>
          <w:sz w:val="24"/>
          <w:szCs w:val="24"/>
        </w:rPr>
        <w:t xml:space="preserve"> your stories documented and evaluate them as part of the larger picture. </w:t>
      </w:r>
    </w:p>
    <w:p w14:paraId="7542766C" w14:textId="7D99CD85" w:rsidR="005A2E8A" w:rsidRPr="005A2E8A" w:rsidRDefault="005A2E8A" w:rsidP="00B04C6F">
      <w:pPr>
        <w:pStyle w:val="ListParagraph"/>
        <w:numPr>
          <w:ilvl w:val="0"/>
          <w:numId w:val="15"/>
        </w:numPr>
        <w:spacing w:after="240" w:line="288" w:lineRule="auto"/>
        <w:contextualSpacing w:val="0"/>
        <w:rPr>
          <w:rFonts w:ascii="Arial" w:hAnsi="Arial" w:cs="Arial"/>
          <w:sz w:val="24"/>
          <w:szCs w:val="24"/>
        </w:rPr>
      </w:pPr>
      <w:r>
        <w:rPr>
          <w:rFonts w:ascii="Arial" w:hAnsi="Arial" w:cs="Arial"/>
          <w:sz w:val="24"/>
          <w:szCs w:val="24"/>
        </w:rPr>
        <w:t>Similarly to what you did when you were brainstorming examples from your childhood, think about what external</w:t>
      </w:r>
      <w:r w:rsidRPr="005A2E8A">
        <w:rPr>
          <w:rFonts w:ascii="Arial" w:hAnsi="Arial" w:cs="Arial"/>
          <w:sz w:val="24"/>
          <w:szCs w:val="24"/>
        </w:rPr>
        <w:t xml:space="preserve"> information </w:t>
      </w:r>
      <w:r>
        <w:rPr>
          <w:rFonts w:ascii="Arial" w:hAnsi="Arial" w:cs="Arial"/>
          <w:sz w:val="24"/>
          <w:szCs w:val="24"/>
        </w:rPr>
        <w:t>might help you</w:t>
      </w:r>
      <w:r w:rsidRPr="005A2E8A">
        <w:rPr>
          <w:rFonts w:ascii="Arial" w:hAnsi="Arial" w:cs="Arial"/>
          <w:sz w:val="24"/>
          <w:szCs w:val="24"/>
        </w:rPr>
        <w:t xml:space="preserve"> flesh out what you remember</w:t>
      </w:r>
      <w:r>
        <w:rPr>
          <w:rFonts w:ascii="Arial" w:hAnsi="Arial" w:cs="Arial"/>
          <w:sz w:val="24"/>
          <w:szCs w:val="24"/>
        </w:rPr>
        <w:t xml:space="preserve">. </w:t>
      </w:r>
      <w:r w:rsidRPr="005A2E8A">
        <w:rPr>
          <w:rFonts w:ascii="Arial" w:hAnsi="Arial" w:cs="Arial"/>
          <w:sz w:val="24"/>
          <w:szCs w:val="24"/>
        </w:rPr>
        <w:t xml:space="preserve">Use those as references during this step. </w:t>
      </w:r>
    </w:p>
    <w:p w14:paraId="02A2221D" w14:textId="668E1EDA" w:rsidR="005A2E8A" w:rsidRPr="0086025C" w:rsidRDefault="005A2E8A" w:rsidP="00B04C6F">
      <w:pPr>
        <w:pStyle w:val="ListParagraph"/>
        <w:numPr>
          <w:ilvl w:val="0"/>
          <w:numId w:val="15"/>
        </w:numPr>
        <w:spacing w:after="240" w:line="288" w:lineRule="auto"/>
        <w:contextualSpacing w:val="0"/>
        <w:rPr>
          <w:rFonts w:ascii="Arial" w:hAnsi="Arial" w:cs="Arial"/>
          <w:sz w:val="24"/>
          <w:szCs w:val="24"/>
        </w:rPr>
      </w:pPr>
      <w:r w:rsidRPr="005A2E8A">
        <w:rPr>
          <w:rFonts w:ascii="Arial" w:hAnsi="Arial" w:cs="Arial"/>
          <w:sz w:val="24"/>
          <w:szCs w:val="24"/>
        </w:rPr>
        <w:t>Examples include:</w:t>
      </w:r>
    </w:p>
    <w:p w14:paraId="451DF61E" w14:textId="1E3EC307" w:rsidR="005A2E8A" w:rsidRDefault="005A2E8A" w:rsidP="00B04C6F">
      <w:pPr>
        <w:pStyle w:val="ListParagraph"/>
        <w:numPr>
          <w:ilvl w:val="1"/>
          <w:numId w:val="15"/>
        </w:numPr>
        <w:spacing w:after="240" w:line="288" w:lineRule="auto"/>
        <w:contextualSpacing w:val="0"/>
        <w:rPr>
          <w:rFonts w:ascii="Arial" w:hAnsi="Arial" w:cs="Arial"/>
          <w:sz w:val="24"/>
          <w:szCs w:val="24"/>
        </w:rPr>
      </w:pPr>
      <w:r>
        <w:rPr>
          <w:rFonts w:ascii="Arial" w:hAnsi="Arial" w:cs="Arial"/>
          <w:sz w:val="24"/>
          <w:szCs w:val="24"/>
        </w:rPr>
        <w:t>T</w:t>
      </w:r>
      <w:r w:rsidR="007270E4" w:rsidRPr="007270E4">
        <w:rPr>
          <w:rFonts w:ascii="Arial" w:hAnsi="Arial" w:cs="Arial"/>
          <w:sz w:val="24"/>
          <w:szCs w:val="24"/>
        </w:rPr>
        <w:t>herapy notes</w:t>
      </w:r>
    </w:p>
    <w:p w14:paraId="56B1223E" w14:textId="0BBC0D23" w:rsidR="005A2E8A" w:rsidRPr="007270E4" w:rsidRDefault="005A2E8A" w:rsidP="00B04C6F">
      <w:pPr>
        <w:pStyle w:val="ListParagraph"/>
        <w:numPr>
          <w:ilvl w:val="1"/>
          <w:numId w:val="15"/>
        </w:numPr>
        <w:spacing w:after="240" w:line="288" w:lineRule="auto"/>
        <w:contextualSpacing w:val="0"/>
        <w:rPr>
          <w:rFonts w:ascii="Arial" w:hAnsi="Arial" w:cs="Arial"/>
          <w:sz w:val="24"/>
          <w:szCs w:val="24"/>
        </w:rPr>
      </w:pPr>
      <w:r>
        <w:rPr>
          <w:rFonts w:ascii="Arial" w:hAnsi="Arial" w:cs="Arial"/>
          <w:sz w:val="24"/>
          <w:szCs w:val="24"/>
        </w:rPr>
        <w:t>W</w:t>
      </w:r>
      <w:r w:rsidRPr="007270E4">
        <w:rPr>
          <w:rFonts w:ascii="Arial" w:hAnsi="Arial" w:cs="Arial"/>
          <w:sz w:val="24"/>
          <w:szCs w:val="24"/>
        </w:rPr>
        <w:t>orkplace feedback or performance reviews</w:t>
      </w:r>
    </w:p>
    <w:p w14:paraId="5C9F96B5" w14:textId="6F00D578" w:rsidR="007270E4" w:rsidRPr="007270E4" w:rsidRDefault="005A2E8A" w:rsidP="00B04C6F">
      <w:pPr>
        <w:pStyle w:val="ListParagraph"/>
        <w:numPr>
          <w:ilvl w:val="1"/>
          <w:numId w:val="15"/>
        </w:numPr>
        <w:spacing w:after="240" w:line="288" w:lineRule="auto"/>
        <w:contextualSpacing w:val="0"/>
        <w:rPr>
          <w:rFonts w:ascii="Arial" w:hAnsi="Arial" w:cs="Arial"/>
          <w:sz w:val="24"/>
          <w:szCs w:val="24"/>
        </w:rPr>
      </w:pPr>
      <w:r>
        <w:rPr>
          <w:rFonts w:ascii="Arial" w:hAnsi="Arial" w:cs="Arial"/>
          <w:sz w:val="24"/>
          <w:szCs w:val="24"/>
        </w:rPr>
        <w:t>M</w:t>
      </w:r>
      <w:r w:rsidR="007270E4" w:rsidRPr="007270E4">
        <w:rPr>
          <w:rFonts w:ascii="Arial" w:hAnsi="Arial" w:cs="Arial"/>
          <w:sz w:val="24"/>
          <w:szCs w:val="24"/>
        </w:rPr>
        <w:t>edical records or diagnostic paperwork</w:t>
      </w:r>
      <w:r>
        <w:rPr>
          <w:rFonts w:ascii="Arial" w:hAnsi="Arial" w:cs="Arial"/>
          <w:sz w:val="24"/>
          <w:szCs w:val="24"/>
        </w:rPr>
        <w:t xml:space="preserve"> from co-occurring medical conditions</w:t>
      </w:r>
    </w:p>
    <w:p w14:paraId="595F99B9" w14:textId="74F7BE7B" w:rsidR="00BF3F37" w:rsidRDefault="005A2E8A" w:rsidP="008C35FE">
      <w:pPr>
        <w:pStyle w:val="Heading2"/>
        <w:spacing w:before="0" w:after="240"/>
        <w:rPr>
          <w:rFonts w:ascii="Arial" w:hAnsi="Arial" w:cs="Arial"/>
          <w:b w:val="0"/>
          <w:color w:val="9BBB59" w:themeColor="accent3"/>
          <w:szCs w:val="28"/>
        </w:rPr>
      </w:pPr>
      <w:r>
        <w:rPr>
          <w:rFonts w:ascii="Arial" w:hAnsi="Arial" w:cs="Arial"/>
          <w:color w:val="31849B" w:themeColor="accent5" w:themeShade="BF"/>
          <w:sz w:val="36"/>
          <w:szCs w:val="36"/>
        </w:rPr>
        <w:br w:type="page"/>
      </w:r>
    </w:p>
    <w:p w14:paraId="7ED6E5C8" w14:textId="77777777" w:rsidR="004533EB" w:rsidRDefault="004533EB" w:rsidP="004533EB">
      <w:pPr>
        <w:rPr>
          <w:rFonts w:ascii="Arial" w:hAnsi="Arial" w:cs="Arial"/>
          <w:b/>
          <w:color w:val="9BBB59" w:themeColor="accent3"/>
          <w:sz w:val="24"/>
          <w:szCs w:val="28"/>
        </w:rPr>
      </w:pPr>
      <w:r>
        <w:rPr>
          <w:rFonts w:ascii="Arial" w:hAnsi="Arial" w:cs="Arial"/>
          <w:b/>
          <w:color w:val="9BBB59" w:themeColor="accent3"/>
          <w:sz w:val="24"/>
          <w:szCs w:val="28"/>
        </w:rPr>
        <w:lastRenderedPageBreak/>
        <w:t>STEP 3</w:t>
      </w:r>
    </w:p>
    <w:p w14:paraId="4CD073C4" w14:textId="58CA0646" w:rsidR="00BA21D8" w:rsidRPr="00BF3F37" w:rsidRDefault="00BA21D8" w:rsidP="00B04C6F">
      <w:pPr>
        <w:pStyle w:val="Heading2"/>
        <w:spacing w:before="0" w:after="240"/>
        <w:rPr>
          <w:rFonts w:ascii="Arial" w:eastAsiaTheme="minorEastAsia" w:hAnsi="Arial" w:cs="Arial"/>
          <w:b w:val="0"/>
          <w:bCs w:val="0"/>
          <w:color w:val="9BBB59" w:themeColor="accent3"/>
          <w:szCs w:val="28"/>
        </w:rPr>
      </w:pPr>
      <w:r w:rsidRPr="00BA21D8">
        <w:rPr>
          <w:rFonts w:ascii="Arial" w:hAnsi="Arial" w:cs="Arial"/>
          <w:color w:val="31849B" w:themeColor="accent5" w:themeShade="BF"/>
          <w:sz w:val="36"/>
          <w:szCs w:val="36"/>
        </w:rPr>
        <w:t>MAPPING YOUR EXPERIENCES TO THE CRITERIA</w:t>
      </w:r>
    </w:p>
    <w:p w14:paraId="14C0018E" w14:textId="2B346CA7" w:rsidR="00033BEE" w:rsidRPr="00511427" w:rsidRDefault="00033BEE" w:rsidP="00033BEE">
      <w:pPr>
        <w:pStyle w:val="Heading3"/>
        <w:shd w:val="clear" w:color="auto" w:fill="E8F4F8"/>
        <w:spacing w:before="0" w:after="240" w:line="288" w:lineRule="auto"/>
        <w:rPr>
          <w:rFonts w:ascii="Arial" w:hAnsi="Arial" w:cs="Arial"/>
          <w:color w:val="8064A2" w:themeColor="accent4"/>
          <w:sz w:val="24"/>
          <w:szCs w:val="28"/>
        </w:rPr>
      </w:pPr>
      <w:r>
        <w:rPr>
          <w:rFonts w:ascii="Arial" w:hAnsi="Arial" w:cs="Arial"/>
          <w:color w:val="8064A2" w:themeColor="accent4"/>
          <w:sz w:val="24"/>
          <w:szCs w:val="28"/>
        </w:rPr>
        <w:t>Signs &amp; Symptoms Criteria Overview</w:t>
      </w:r>
    </w:p>
    <w:p w14:paraId="177AD463" w14:textId="77777777" w:rsidR="00033BEE" w:rsidRDefault="00033BEE" w:rsidP="00033BEE">
      <w:pPr>
        <w:spacing w:after="240" w:line="336" w:lineRule="auto"/>
        <w:rPr>
          <w:rFonts w:ascii="Arial" w:hAnsi="Arial" w:cs="Arial"/>
          <w:b/>
          <w:bCs/>
          <w:sz w:val="22"/>
        </w:rPr>
      </w:pPr>
      <w:r w:rsidRPr="00DA4DD0">
        <w:rPr>
          <w:rFonts w:ascii="Arial" w:hAnsi="Arial" w:cs="Arial"/>
          <w:b/>
          <w:bCs/>
          <w:sz w:val="22"/>
        </w:rPr>
        <w:t>Formal diagnoses are provided when the following requirements are met:</w:t>
      </w:r>
    </w:p>
    <w:p w14:paraId="5E32A424" w14:textId="77777777" w:rsidR="00033BEE" w:rsidRPr="00DA4DD0" w:rsidRDefault="00033BEE" w:rsidP="00033BEE">
      <w:pPr>
        <w:spacing w:after="240" w:line="336" w:lineRule="auto"/>
        <w:rPr>
          <w:rFonts w:ascii="Arial" w:hAnsi="Arial" w:cs="Arial"/>
          <w:sz w:val="22"/>
        </w:rPr>
      </w:pPr>
      <w:r w:rsidRPr="00CF3545">
        <w:rPr>
          <w:rFonts w:ascii="Arial" w:hAnsi="Arial" w:cs="Arial"/>
          <w:sz w:val="22"/>
        </w:rPr>
        <w:t>All three criteria</w:t>
      </w:r>
      <w:r>
        <w:rPr>
          <w:rFonts w:ascii="Arial" w:hAnsi="Arial" w:cs="Arial"/>
          <w:sz w:val="22"/>
        </w:rPr>
        <w:t xml:space="preserve"> from Section A</w:t>
      </w:r>
      <w:r w:rsidRPr="00CF3545">
        <w:rPr>
          <w:rFonts w:ascii="Arial" w:hAnsi="Arial" w:cs="Arial"/>
          <w:sz w:val="22"/>
        </w:rPr>
        <w:t xml:space="preserve"> must be met</w:t>
      </w:r>
      <w:r>
        <w:rPr>
          <w:rFonts w:ascii="Arial" w:hAnsi="Arial" w:cs="Arial"/>
          <w:sz w:val="22"/>
        </w:rPr>
        <w:t>, and a</w:t>
      </w:r>
      <w:r w:rsidRPr="00CF3545">
        <w:rPr>
          <w:rFonts w:ascii="Arial" w:hAnsi="Arial" w:cs="Arial"/>
          <w:sz w:val="22"/>
        </w:rPr>
        <w:t>t least two of the four criteria</w:t>
      </w:r>
      <w:r>
        <w:rPr>
          <w:rFonts w:ascii="Arial" w:hAnsi="Arial" w:cs="Arial"/>
          <w:sz w:val="22"/>
        </w:rPr>
        <w:t xml:space="preserve"> from Section B</w:t>
      </w:r>
      <w:r w:rsidRPr="00CF3545">
        <w:rPr>
          <w:rFonts w:ascii="Arial" w:hAnsi="Arial" w:cs="Arial"/>
          <w:sz w:val="22"/>
        </w:rPr>
        <w:t xml:space="preserve"> must be met</w:t>
      </w:r>
      <w:r>
        <w:rPr>
          <w:rFonts w:ascii="Arial" w:hAnsi="Arial" w:cs="Arial"/>
          <w:sz w:val="22"/>
        </w:rPr>
        <w:t>.</w:t>
      </w:r>
    </w:p>
    <w:p w14:paraId="57CFF289" w14:textId="77777777" w:rsidR="00033BEE" w:rsidRPr="00CF3545" w:rsidRDefault="00033BEE" w:rsidP="00033BEE">
      <w:pPr>
        <w:spacing w:line="336" w:lineRule="auto"/>
        <w:rPr>
          <w:rFonts w:ascii="Arial" w:hAnsi="Arial" w:cs="Arial"/>
          <w:sz w:val="22"/>
        </w:rPr>
      </w:pPr>
      <w:r>
        <w:rPr>
          <w:rFonts w:ascii="Arial" w:hAnsi="Arial" w:cs="Arial"/>
          <w:sz w:val="22"/>
        </w:rPr>
        <w:t>As a reminder, the three criteria from Section A are:</w:t>
      </w:r>
    </w:p>
    <w:p w14:paraId="5F985C77" w14:textId="77777777" w:rsidR="00033BEE" w:rsidRPr="00CF3545" w:rsidRDefault="00033BEE" w:rsidP="00033BEE">
      <w:pPr>
        <w:numPr>
          <w:ilvl w:val="0"/>
          <w:numId w:val="28"/>
        </w:numPr>
        <w:spacing w:line="336" w:lineRule="auto"/>
        <w:rPr>
          <w:rFonts w:ascii="Arial" w:hAnsi="Arial" w:cs="Arial"/>
          <w:sz w:val="22"/>
        </w:rPr>
      </w:pPr>
      <w:r w:rsidRPr="00CF3545">
        <w:rPr>
          <w:rFonts w:ascii="Arial" w:hAnsi="Arial" w:cs="Arial"/>
          <w:sz w:val="22"/>
        </w:rPr>
        <w:t>A1: Social-emotional reciprocity</w:t>
      </w:r>
    </w:p>
    <w:p w14:paraId="7320343E" w14:textId="77777777" w:rsidR="00033BEE" w:rsidRPr="00CF3545" w:rsidRDefault="00033BEE" w:rsidP="00033BEE">
      <w:pPr>
        <w:numPr>
          <w:ilvl w:val="0"/>
          <w:numId w:val="28"/>
        </w:numPr>
        <w:spacing w:line="336" w:lineRule="auto"/>
        <w:rPr>
          <w:rFonts w:ascii="Arial" w:hAnsi="Arial" w:cs="Arial"/>
          <w:sz w:val="22"/>
        </w:rPr>
      </w:pPr>
      <w:r w:rsidRPr="00CF3545">
        <w:rPr>
          <w:rFonts w:ascii="Arial" w:hAnsi="Arial" w:cs="Arial"/>
          <w:sz w:val="22"/>
        </w:rPr>
        <w:t>A2: Nonverbal communication</w:t>
      </w:r>
    </w:p>
    <w:p w14:paraId="358127C2" w14:textId="77777777" w:rsidR="00033BEE" w:rsidRPr="00DA4DD0" w:rsidRDefault="00033BEE" w:rsidP="00033BEE">
      <w:pPr>
        <w:numPr>
          <w:ilvl w:val="0"/>
          <w:numId w:val="28"/>
        </w:numPr>
        <w:spacing w:after="240" w:line="336" w:lineRule="auto"/>
        <w:rPr>
          <w:rFonts w:ascii="Arial" w:hAnsi="Arial" w:cs="Arial"/>
          <w:sz w:val="22"/>
        </w:rPr>
      </w:pPr>
      <w:r w:rsidRPr="00CF3545">
        <w:rPr>
          <w:rFonts w:ascii="Arial" w:hAnsi="Arial" w:cs="Arial"/>
          <w:sz w:val="22"/>
        </w:rPr>
        <w:t>A3: Developing, maintaining, and understanding relationships</w:t>
      </w:r>
    </w:p>
    <w:p w14:paraId="36DF136C" w14:textId="77777777" w:rsidR="00033BEE" w:rsidRPr="00CF3545" w:rsidRDefault="00033BEE" w:rsidP="00033BEE">
      <w:pPr>
        <w:spacing w:line="336" w:lineRule="auto"/>
        <w:rPr>
          <w:rFonts w:ascii="Arial" w:hAnsi="Arial" w:cs="Arial"/>
          <w:sz w:val="22"/>
        </w:rPr>
      </w:pPr>
      <w:r>
        <w:rPr>
          <w:rFonts w:ascii="Arial" w:hAnsi="Arial" w:cs="Arial"/>
          <w:sz w:val="22"/>
        </w:rPr>
        <w:t>And the four criteria from Section B are:</w:t>
      </w:r>
    </w:p>
    <w:p w14:paraId="26F8D6D3" w14:textId="77777777" w:rsidR="00033BEE" w:rsidRPr="00CF3545" w:rsidRDefault="00033BEE" w:rsidP="00033BEE">
      <w:pPr>
        <w:numPr>
          <w:ilvl w:val="0"/>
          <w:numId w:val="29"/>
        </w:numPr>
        <w:spacing w:line="336" w:lineRule="auto"/>
        <w:rPr>
          <w:rFonts w:ascii="Arial" w:hAnsi="Arial" w:cs="Arial"/>
          <w:sz w:val="22"/>
        </w:rPr>
      </w:pPr>
      <w:r w:rsidRPr="00CF3545">
        <w:rPr>
          <w:rFonts w:ascii="Arial" w:hAnsi="Arial" w:cs="Arial"/>
          <w:sz w:val="22"/>
        </w:rPr>
        <w:t>B1: Repetitive movements, use of objects, or speech</w:t>
      </w:r>
    </w:p>
    <w:p w14:paraId="33562628" w14:textId="77777777" w:rsidR="00033BEE" w:rsidRPr="00CF3545" w:rsidRDefault="00033BEE" w:rsidP="00033BEE">
      <w:pPr>
        <w:numPr>
          <w:ilvl w:val="0"/>
          <w:numId w:val="29"/>
        </w:numPr>
        <w:spacing w:line="336" w:lineRule="auto"/>
        <w:rPr>
          <w:rFonts w:ascii="Arial" w:hAnsi="Arial" w:cs="Arial"/>
          <w:sz w:val="22"/>
        </w:rPr>
      </w:pPr>
      <w:r w:rsidRPr="00CF3545">
        <w:rPr>
          <w:rFonts w:ascii="Arial" w:hAnsi="Arial" w:cs="Arial"/>
          <w:sz w:val="22"/>
        </w:rPr>
        <w:t>B2: Insistence on sameness, routines, and ritualized patterns</w:t>
      </w:r>
    </w:p>
    <w:p w14:paraId="0B02ADA4" w14:textId="77777777" w:rsidR="00033BEE" w:rsidRPr="00CF3545" w:rsidRDefault="00033BEE" w:rsidP="00033BEE">
      <w:pPr>
        <w:numPr>
          <w:ilvl w:val="0"/>
          <w:numId w:val="29"/>
        </w:numPr>
        <w:spacing w:line="336" w:lineRule="auto"/>
        <w:rPr>
          <w:rFonts w:ascii="Arial" w:hAnsi="Arial" w:cs="Arial"/>
          <w:sz w:val="22"/>
        </w:rPr>
      </w:pPr>
      <w:r w:rsidRPr="00CF3545">
        <w:rPr>
          <w:rFonts w:ascii="Arial" w:hAnsi="Arial" w:cs="Arial"/>
          <w:sz w:val="22"/>
        </w:rPr>
        <w:t>B3: Highly restricted or fixated interests</w:t>
      </w:r>
    </w:p>
    <w:p w14:paraId="00CC2FA5" w14:textId="77777777" w:rsidR="00033BEE" w:rsidRDefault="00033BEE" w:rsidP="00033BEE">
      <w:pPr>
        <w:numPr>
          <w:ilvl w:val="0"/>
          <w:numId w:val="29"/>
        </w:numPr>
        <w:spacing w:after="240" w:line="336" w:lineRule="auto"/>
        <w:rPr>
          <w:rFonts w:ascii="Arial" w:hAnsi="Arial" w:cs="Arial"/>
          <w:sz w:val="22"/>
        </w:rPr>
      </w:pPr>
      <w:r w:rsidRPr="00CF3545">
        <w:rPr>
          <w:rFonts w:ascii="Arial" w:hAnsi="Arial" w:cs="Arial"/>
          <w:sz w:val="22"/>
        </w:rPr>
        <w:t>B4: Sensory differences</w:t>
      </w:r>
    </w:p>
    <w:p w14:paraId="55EEF546" w14:textId="42B3F55C" w:rsidR="00033BEE" w:rsidRPr="00E73669" w:rsidRDefault="00033BEE" w:rsidP="00033BEE">
      <w:pPr>
        <w:spacing w:after="240" w:line="336" w:lineRule="auto"/>
        <w:rPr>
          <w:rFonts w:ascii="Arial" w:hAnsi="Arial" w:cs="Arial"/>
          <w:b/>
          <w:bCs/>
          <w:sz w:val="22"/>
        </w:rPr>
      </w:pPr>
      <w:r w:rsidRPr="00E73669">
        <w:rPr>
          <w:rFonts w:ascii="Arial" w:hAnsi="Arial" w:cs="Arial"/>
          <w:b/>
          <w:bCs/>
          <w:sz w:val="22"/>
        </w:rPr>
        <w:t>Note: Diagnostic levels are not included in this guide as they are not universally used or applied</w:t>
      </w:r>
      <w:r w:rsidR="00E73669">
        <w:rPr>
          <w:rFonts w:ascii="Arial" w:hAnsi="Arial" w:cs="Arial"/>
          <w:b/>
          <w:bCs/>
          <w:sz w:val="22"/>
        </w:rPr>
        <w:t xml:space="preserve">. This is mainly because the </w:t>
      </w:r>
      <w:r w:rsidRPr="00E73669">
        <w:rPr>
          <w:rFonts w:ascii="Arial" w:hAnsi="Arial" w:cs="Arial"/>
          <w:b/>
          <w:bCs/>
          <w:sz w:val="22"/>
        </w:rPr>
        <w:t xml:space="preserve">standardized parameters around </w:t>
      </w:r>
      <w:r w:rsidR="00E73669">
        <w:rPr>
          <w:rFonts w:ascii="Arial" w:hAnsi="Arial" w:cs="Arial"/>
          <w:b/>
          <w:bCs/>
          <w:sz w:val="22"/>
        </w:rPr>
        <w:t xml:space="preserve">usage and application are vague and lack detailed examples </w:t>
      </w:r>
      <w:proofErr w:type="gramStart"/>
      <w:r w:rsidR="00E73669">
        <w:rPr>
          <w:rFonts w:ascii="Arial" w:hAnsi="Arial" w:cs="Arial"/>
          <w:b/>
          <w:bCs/>
          <w:sz w:val="22"/>
        </w:rPr>
        <w:t>similar to</w:t>
      </w:r>
      <w:proofErr w:type="gramEnd"/>
      <w:r w:rsidR="00E73669">
        <w:rPr>
          <w:rFonts w:ascii="Arial" w:hAnsi="Arial" w:cs="Arial"/>
          <w:b/>
          <w:bCs/>
          <w:sz w:val="22"/>
        </w:rPr>
        <w:t xml:space="preserve"> what the DSM includes for the criteria. </w:t>
      </w:r>
    </w:p>
    <w:p w14:paraId="09345840" w14:textId="40C835CB" w:rsidR="00033BEE" w:rsidRDefault="00033BEE" w:rsidP="00033BEE">
      <w:pPr>
        <w:spacing w:after="240" w:line="336" w:lineRule="auto"/>
        <w:rPr>
          <w:rFonts w:ascii="Arial" w:hAnsi="Arial" w:cs="Arial"/>
          <w:sz w:val="22"/>
        </w:rPr>
      </w:pPr>
      <w:r>
        <w:rPr>
          <w:rFonts w:ascii="Arial" w:hAnsi="Arial" w:cs="Arial"/>
          <w:sz w:val="22"/>
        </w:rPr>
        <w:t>That said, if you would like to understand where you fall regarding levels, you can use the level framework outlined in the DSM</w:t>
      </w:r>
      <w:r w:rsidR="00E73669">
        <w:rPr>
          <w:rFonts w:ascii="Arial" w:hAnsi="Arial" w:cs="Arial"/>
          <w:sz w:val="22"/>
        </w:rPr>
        <w:t xml:space="preserve">, immediately following the criteria section for </w:t>
      </w:r>
      <w:proofErr w:type="gramStart"/>
      <w:r w:rsidR="00E73669">
        <w:rPr>
          <w:rFonts w:ascii="Arial" w:hAnsi="Arial" w:cs="Arial"/>
          <w:sz w:val="22"/>
        </w:rPr>
        <w:t>Autism Spectrum Disorder</w:t>
      </w:r>
      <w:proofErr w:type="gramEnd"/>
      <w:r w:rsidR="00E73669">
        <w:rPr>
          <w:rFonts w:ascii="Arial" w:hAnsi="Arial" w:cs="Arial"/>
          <w:sz w:val="22"/>
        </w:rPr>
        <w:t xml:space="preserve">. </w:t>
      </w:r>
    </w:p>
    <w:p w14:paraId="1DFE9392" w14:textId="108CF967" w:rsidR="00E73669" w:rsidRDefault="00E73669" w:rsidP="00033BEE">
      <w:pPr>
        <w:spacing w:after="240" w:line="336" w:lineRule="auto"/>
        <w:rPr>
          <w:rFonts w:ascii="Arial" w:hAnsi="Arial" w:cs="Arial"/>
          <w:sz w:val="22"/>
        </w:rPr>
      </w:pPr>
      <w:r>
        <w:rPr>
          <w:rFonts w:ascii="Arial" w:hAnsi="Arial" w:cs="Arial"/>
          <w:sz w:val="22"/>
        </w:rPr>
        <w:t>The framework is provided in Table 2, titled “</w:t>
      </w:r>
      <w:r w:rsidRPr="00E73669">
        <w:rPr>
          <w:rFonts w:ascii="Arial" w:hAnsi="Arial" w:cs="Arial"/>
          <w:sz w:val="22"/>
        </w:rPr>
        <w:t>Severity levels for autism spectrum disorder (examples of level of support needs</w:t>
      </w:r>
      <w:r>
        <w:rPr>
          <w:rFonts w:ascii="Arial" w:hAnsi="Arial" w:cs="Arial"/>
          <w:sz w:val="22"/>
        </w:rPr>
        <w:t>)”</w:t>
      </w:r>
    </w:p>
    <w:p w14:paraId="6C62042F" w14:textId="07B8CD61" w:rsidR="00E73669" w:rsidRPr="00033BEE" w:rsidRDefault="00E73669" w:rsidP="00033BEE">
      <w:pPr>
        <w:spacing w:after="240" w:line="336" w:lineRule="auto"/>
        <w:rPr>
          <w:rFonts w:ascii="Arial" w:hAnsi="Arial" w:cs="Arial"/>
          <w:sz w:val="22"/>
        </w:rPr>
      </w:pPr>
    </w:p>
    <w:p w14:paraId="1559F9EF" w14:textId="77777777" w:rsidR="00033BEE" w:rsidRDefault="00033BEE">
      <w:pPr>
        <w:spacing w:after="200"/>
        <w:rPr>
          <w:rFonts w:ascii="Arial" w:eastAsiaTheme="majorEastAsia" w:hAnsi="Arial" w:cs="Arial"/>
          <w:b/>
          <w:bCs/>
          <w:color w:val="8064A2" w:themeColor="accent4"/>
          <w:sz w:val="24"/>
          <w:szCs w:val="28"/>
        </w:rPr>
      </w:pPr>
      <w:r>
        <w:rPr>
          <w:rFonts w:ascii="Arial" w:hAnsi="Arial" w:cs="Arial"/>
          <w:color w:val="8064A2" w:themeColor="accent4"/>
          <w:sz w:val="24"/>
          <w:szCs w:val="28"/>
        </w:rPr>
        <w:br w:type="page"/>
      </w:r>
    </w:p>
    <w:p w14:paraId="269E3A2D" w14:textId="46D5DBB1" w:rsidR="00033BEE" w:rsidRPr="00511427" w:rsidRDefault="00033BEE" w:rsidP="00033BEE">
      <w:pPr>
        <w:pStyle w:val="Heading3"/>
        <w:shd w:val="clear" w:color="auto" w:fill="E8F4F8"/>
        <w:spacing w:before="0" w:after="240" w:line="288" w:lineRule="auto"/>
        <w:rPr>
          <w:rFonts w:ascii="Arial" w:hAnsi="Arial" w:cs="Arial"/>
          <w:color w:val="8064A2" w:themeColor="accent4"/>
          <w:sz w:val="24"/>
          <w:szCs w:val="28"/>
        </w:rPr>
      </w:pPr>
      <w:r>
        <w:rPr>
          <w:rFonts w:ascii="Arial" w:hAnsi="Arial" w:cs="Arial"/>
          <w:color w:val="8064A2" w:themeColor="accent4"/>
          <w:sz w:val="24"/>
          <w:szCs w:val="28"/>
        </w:rPr>
        <w:lastRenderedPageBreak/>
        <w:t>Signs &amp; Symptoms Criteria Details</w:t>
      </w:r>
    </w:p>
    <w:p w14:paraId="0149F2B7" w14:textId="73F612B2" w:rsidR="00ED6540" w:rsidRPr="00DB6550" w:rsidRDefault="00ED6540" w:rsidP="00DB6550">
      <w:pPr>
        <w:rPr>
          <w:rFonts w:ascii="Arial" w:hAnsi="Arial" w:cs="Arial"/>
          <w:b/>
          <w:bCs/>
          <w:color w:val="8064A2" w:themeColor="accent4"/>
          <w:sz w:val="24"/>
          <w:szCs w:val="28"/>
        </w:rPr>
      </w:pPr>
      <w:r w:rsidRPr="00DB6550">
        <w:rPr>
          <w:rFonts w:ascii="Arial" w:hAnsi="Arial" w:cs="Arial"/>
          <w:b/>
          <w:bCs/>
          <w:color w:val="8064A2" w:themeColor="accent4"/>
          <w:sz w:val="24"/>
          <w:szCs w:val="28"/>
        </w:rPr>
        <w:t xml:space="preserve">Criterion A: Persistent deficits in social communication and social interaction across multiple contexts, as manifested by </w:t>
      </w:r>
      <w:proofErr w:type="gramStart"/>
      <w:r w:rsidRPr="00DB6550">
        <w:rPr>
          <w:rFonts w:ascii="Arial" w:hAnsi="Arial" w:cs="Arial"/>
          <w:b/>
          <w:bCs/>
          <w:color w:val="8064A2" w:themeColor="accent4"/>
          <w:sz w:val="24"/>
          <w:szCs w:val="28"/>
        </w:rPr>
        <w:t>all of</w:t>
      </w:r>
      <w:proofErr w:type="gramEnd"/>
      <w:r w:rsidRPr="00DB6550">
        <w:rPr>
          <w:rFonts w:ascii="Arial" w:hAnsi="Arial" w:cs="Arial"/>
          <w:b/>
          <w:bCs/>
          <w:color w:val="8064A2" w:themeColor="accent4"/>
          <w:sz w:val="24"/>
          <w:szCs w:val="28"/>
        </w:rPr>
        <w:t xml:space="preserve"> the following, currently or by history.</w:t>
      </w:r>
    </w:p>
    <w:p w14:paraId="5B6560A5" w14:textId="77777777" w:rsidR="00DB6550" w:rsidRPr="00DB6550" w:rsidRDefault="00DB6550" w:rsidP="00D80790">
      <w:pPr>
        <w:shd w:val="clear" w:color="auto" w:fill="E8F4F8"/>
        <w:spacing w:after="180"/>
        <w:rPr>
          <w:rFonts w:ascii="Arial" w:hAnsi="Arial" w:cs="Arial"/>
          <w:b/>
          <w:bCs/>
          <w:noProof/>
          <w:color w:val="0070C0"/>
          <w:sz w:val="24"/>
          <w:szCs w:val="32"/>
        </w:rPr>
      </w:pPr>
      <w:r w:rsidRPr="00DB6550">
        <w:rPr>
          <w:rFonts w:ascii="Arial" w:hAnsi="Arial" w:cs="Arial"/>
          <w:b/>
          <w:bCs/>
          <w:color w:val="0070C0"/>
          <w:sz w:val="24"/>
          <w:szCs w:val="28"/>
        </w:rPr>
        <w:t>Criterion A1</w:t>
      </w:r>
    </w:p>
    <w:p w14:paraId="5B398ADB" w14:textId="77777777" w:rsidR="00DB6550" w:rsidRDefault="00DB6550" w:rsidP="00DB6550">
      <w:pPr>
        <w:spacing w:after="180" w:line="288" w:lineRule="auto"/>
        <w:rPr>
          <w:rFonts w:ascii="Arial" w:hAnsi="Arial" w:cs="Arial"/>
          <w:noProof/>
          <w:sz w:val="22"/>
        </w:rPr>
      </w:pPr>
      <w:r w:rsidRPr="00BA4AEC">
        <w:rPr>
          <w:rFonts w:ascii="Arial" w:hAnsi="Arial" w:cs="Arial"/>
          <w:noProof/>
          <w:sz w:val="22"/>
        </w:rPr>
        <w:t>Deficits in social-emotional reciprocity, ranging, for example, from abnormal social approach and failure of normal back-and-forth conversation; to reduced sharing of interests, emotions, or affect; to failure to initiate or respond to social interactions.</w:t>
      </w:r>
    </w:p>
    <w:p w14:paraId="178B8459" w14:textId="77777777" w:rsidR="00DB6550" w:rsidRPr="00DB6550" w:rsidRDefault="00DB6550" w:rsidP="00D80790">
      <w:pPr>
        <w:shd w:val="clear" w:color="auto" w:fill="E8F4F8"/>
        <w:spacing w:after="180"/>
        <w:rPr>
          <w:rFonts w:ascii="Arial" w:hAnsi="Arial" w:cs="Arial"/>
          <w:b/>
          <w:bCs/>
          <w:color w:val="0070C0"/>
          <w:sz w:val="24"/>
          <w:szCs w:val="28"/>
        </w:rPr>
      </w:pPr>
      <w:r w:rsidRPr="00DB6550">
        <w:rPr>
          <w:rFonts w:ascii="Arial" w:hAnsi="Arial" w:cs="Arial"/>
          <w:b/>
          <w:bCs/>
          <w:color w:val="0070C0"/>
          <w:sz w:val="24"/>
          <w:szCs w:val="28"/>
        </w:rPr>
        <w:t>Criterion A2</w:t>
      </w:r>
    </w:p>
    <w:p w14:paraId="5E610659" w14:textId="77777777" w:rsidR="00DB6550" w:rsidRDefault="00DB6550" w:rsidP="00DB6550">
      <w:pPr>
        <w:spacing w:after="180" w:line="288" w:lineRule="auto"/>
        <w:rPr>
          <w:rFonts w:ascii="Arial" w:hAnsi="Arial" w:cs="Arial"/>
          <w:noProof/>
          <w:sz w:val="22"/>
        </w:rPr>
      </w:pPr>
      <w:r w:rsidRPr="00BA21D8">
        <w:rPr>
          <w:rFonts w:ascii="Arial" w:hAnsi="Arial" w:cs="Arial"/>
          <w:noProof/>
          <w:sz w:val="22"/>
        </w:rPr>
        <w:t>Deficits in nonverbal communicative behaviors used for social interaction, ranging, for example, from poorly integrated verbal and nonverbal communication; to abnormalities in eye contact and body language or deficits in understanding and use of gestures; to a total lack of facial expressions and nonverbal communication.</w:t>
      </w:r>
    </w:p>
    <w:p w14:paraId="46C6BCFA" w14:textId="77777777" w:rsidR="00DB6550" w:rsidRPr="00DB6550" w:rsidRDefault="00DB6550" w:rsidP="00D80790">
      <w:pPr>
        <w:shd w:val="clear" w:color="auto" w:fill="E8F4F8"/>
        <w:spacing w:after="180"/>
        <w:rPr>
          <w:rFonts w:ascii="Arial" w:hAnsi="Arial" w:cs="Arial"/>
          <w:b/>
          <w:bCs/>
          <w:color w:val="0070C0"/>
          <w:sz w:val="24"/>
          <w:szCs w:val="28"/>
        </w:rPr>
      </w:pPr>
      <w:r w:rsidRPr="00DB6550">
        <w:rPr>
          <w:rFonts w:ascii="Arial" w:hAnsi="Arial" w:cs="Arial"/>
          <w:b/>
          <w:bCs/>
          <w:color w:val="0070C0"/>
          <w:sz w:val="24"/>
          <w:szCs w:val="28"/>
        </w:rPr>
        <w:t>Criterion A3</w:t>
      </w:r>
    </w:p>
    <w:p w14:paraId="514C9311" w14:textId="77777777" w:rsidR="00DB6550" w:rsidRPr="00BA21D8" w:rsidRDefault="00DB6550" w:rsidP="00DB6550">
      <w:pPr>
        <w:spacing w:after="180" w:line="288" w:lineRule="auto"/>
        <w:rPr>
          <w:rFonts w:ascii="Arial" w:hAnsi="Arial" w:cs="Arial"/>
          <w:noProof/>
          <w:sz w:val="22"/>
        </w:rPr>
      </w:pPr>
      <w:r w:rsidRPr="00BA21D8">
        <w:rPr>
          <w:rFonts w:ascii="Arial" w:hAnsi="Arial" w:cs="Arial"/>
          <w:noProof/>
          <w:sz w:val="22"/>
        </w:rPr>
        <w:t>Deficits in developing, maintaining, and understanding relationships, ranging, for example, from difficulties adjusting behavior to suit various social contexts; to difficulties in sharing imaginative play or in making friends; to absence of interest in peers.</w:t>
      </w:r>
    </w:p>
    <w:p w14:paraId="70BB83C1" w14:textId="77777777" w:rsidR="00DB6550" w:rsidRPr="00DB6550" w:rsidRDefault="00DB6550" w:rsidP="00DB6550">
      <w:pPr>
        <w:spacing w:after="180"/>
        <w:rPr>
          <w:rFonts w:ascii="Arial" w:hAnsi="Arial" w:cs="Arial"/>
          <w:b/>
          <w:bCs/>
          <w:color w:val="8064A2" w:themeColor="accent4"/>
          <w:sz w:val="24"/>
          <w:szCs w:val="28"/>
        </w:rPr>
      </w:pPr>
      <w:r w:rsidRPr="00DB6550">
        <w:rPr>
          <w:rFonts w:ascii="Arial" w:hAnsi="Arial" w:cs="Arial"/>
          <w:b/>
          <w:bCs/>
          <w:color w:val="8064A2" w:themeColor="accent4"/>
          <w:sz w:val="24"/>
          <w:szCs w:val="28"/>
        </w:rPr>
        <w:t xml:space="preserve">Criterion B: Restricted, repetitive patterns of behavior, interests, or activities, as manifested by at least two of the following—currently or by history </w:t>
      </w:r>
    </w:p>
    <w:p w14:paraId="64BA6591" w14:textId="77777777" w:rsidR="00DB6550" w:rsidRPr="00DB6550" w:rsidRDefault="00DB6550" w:rsidP="00D80790">
      <w:pPr>
        <w:shd w:val="clear" w:color="auto" w:fill="E8F4F8"/>
        <w:spacing w:after="180"/>
        <w:rPr>
          <w:rFonts w:ascii="Arial" w:hAnsi="Arial" w:cs="Arial"/>
          <w:b/>
          <w:bCs/>
          <w:color w:val="0070C0"/>
          <w:sz w:val="24"/>
          <w:szCs w:val="28"/>
        </w:rPr>
      </w:pPr>
      <w:r w:rsidRPr="00DB6550">
        <w:rPr>
          <w:rFonts w:ascii="Arial" w:hAnsi="Arial" w:cs="Arial"/>
          <w:b/>
          <w:bCs/>
          <w:color w:val="0070C0"/>
          <w:sz w:val="24"/>
          <w:szCs w:val="28"/>
        </w:rPr>
        <w:t>Criterion B1</w:t>
      </w:r>
    </w:p>
    <w:p w14:paraId="5DD75F97" w14:textId="77777777" w:rsidR="00DB6550" w:rsidRPr="00BF3F37" w:rsidRDefault="00DB6550" w:rsidP="00DB6550">
      <w:pPr>
        <w:spacing w:after="180"/>
      </w:pPr>
      <w:r w:rsidRPr="00480CF8">
        <w:rPr>
          <w:rFonts w:ascii="Arial" w:hAnsi="Arial" w:cs="Arial"/>
          <w:noProof/>
          <w:sz w:val="22"/>
        </w:rPr>
        <w:t>Stereotyped or repetitive motor movements, use of objects, or speech (e.g., simple motor stereotypies, lining up toys or flipping objects, echolalia, idiosyncratic phrases).</w:t>
      </w:r>
    </w:p>
    <w:p w14:paraId="65ABC5E3" w14:textId="77777777" w:rsidR="00DB6550" w:rsidRPr="00DB6550" w:rsidRDefault="00DB6550" w:rsidP="00D80790">
      <w:pPr>
        <w:shd w:val="clear" w:color="auto" w:fill="E8F4F8"/>
        <w:spacing w:after="180"/>
        <w:rPr>
          <w:rFonts w:ascii="Arial" w:hAnsi="Arial" w:cs="Arial"/>
          <w:b/>
          <w:bCs/>
          <w:color w:val="0070C0"/>
          <w:sz w:val="24"/>
          <w:szCs w:val="28"/>
        </w:rPr>
      </w:pPr>
      <w:r w:rsidRPr="00DB6550">
        <w:rPr>
          <w:rFonts w:ascii="Arial" w:hAnsi="Arial" w:cs="Arial"/>
          <w:b/>
          <w:bCs/>
          <w:color w:val="0070C0"/>
          <w:sz w:val="24"/>
          <w:szCs w:val="28"/>
        </w:rPr>
        <w:t>Criterion B2</w:t>
      </w:r>
    </w:p>
    <w:p w14:paraId="09D388EF" w14:textId="77777777" w:rsidR="00DB6550" w:rsidRDefault="00DB6550" w:rsidP="00DB6550">
      <w:pPr>
        <w:spacing w:after="180"/>
        <w:rPr>
          <w:rFonts w:ascii="Arial" w:hAnsi="Arial" w:cs="Arial"/>
          <w:noProof/>
          <w:sz w:val="22"/>
        </w:rPr>
      </w:pPr>
      <w:r w:rsidRPr="00480CF8">
        <w:rPr>
          <w:rFonts w:ascii="Arial" w:hAnsi="Arial" w:cs="Arial"/>
          <w:noProof/>
          <w:sz w:val="22"/>
        </w:rPr>
        <w:t>Insistence on sameness, inflexible adherence to routines, or ritualized patterns of verbal or nonverbal behavior (e.g., extreme distress at small changes, difficulties with transitions, rigid thinking patterns, greeting rituals, need to take same route or eat same food every day).</w:t>
      </w:r>
    </w:p>
    <w:p w14:paraId="6978AA37" w14:textId="77777777" w:rsidR="00DB6550" w:rsidRPr="00DB6550" w:rsidRDefault="00DB6550" w:rsidP="00D80790">
      <w:pPr>
        <w:shd w:val="clear" w:color="auto" w:fill="E8F4F8"/>
        <w:spacing w:after="180"/>
        <w:rPr>
          <w:rFonts w:ascii="Arial" w:hAnsi="Arial" w:cs="Arial"/>
          <w:b/>
          <w:bCs/>
          <w:color w:val="0070C0"/>
          <w:sz w:val="24"/>
          <w:szCs w:val="28"/>
        </w:rPr>
      </w:pPr>
      <w:r w:rsidRPr="00DB6550">
        <w:rPr>
          <w:rFonts w:ascii="Arial" w:hAnsi="Arial" w:cs="Arial"/>
          <w:b/>
          <w:bCs/>
          <w:color w:val="0070C0"/>
          <w:sz w:val="24"/>
          <w:szCs w:val="28"/>
        </w:rPr>
        <w:t>Criterion B3</w:t>
      </w:r>
    </w:p>
    <w:p w14:paraId="735A4792" w14:textId="0CEF285B" w:rsidR="00DB6550" w:rsidRDefault="00DB6550" w:rsidP="00DB6550">
      <w:pPr>
        <w:spacing w:after="180" w:line="288" w:lineRule="auto"/>
        <w:rPr>
          <w:rFonts w:ascii="Segoe UI" w:hAnsi="Segoe UI" w:cs="Segoe UI"/>
          <w:b/>
          <w:bCs/>
          <w:color w:val="244061" w:themeColor="accent1" w:themeShade="80"/>
          <w:sz w:val="28"/>
          <w:szCs w:val="28"/>
        </w:rPr>
      </w:pPr>
      <w:r w:rsidRPr="00F006EF">
        <w:rPr>
          <w:rFonts w:ascii="Arial" w:hAnsi="Arial" w:cs="Arial"/>
          <w:noProof/>
          <w:sz w:val="22"/>
        </w:rPr>
        <w:t>Highly restricted, fixated interests that are abnormal in intensity or focus (e.g., strong attachment to or with unusual objects, excessively preoccupation circumscribed or perseverative interests).</w:t>
      </w:r>
    </w:p>
    <w:p w14:paraId="60563391" w14:textId="77777777" w:rsidR="00DB6550" w:rsidRPr="00DB6550" w:rsidRDefault="00DB6550" w:rsidP="00D80790">
      <w:pPr>
        <w:shd w:val="clear" w:color="auto" w:fill="E8F4F8"/>
        <w:spacing w:after="180"/>
        <w:rPr>
          <w:rFonts w:ascii="Arial" w:hAnsi="Arial" w:cs="Arial"/>
          <w:b/>
          <w:bCs/>
          <w:color w:val="0070C0"/>
          <w:sz w:val="24"/>
          <w:szCs w:val="28"/>
        </w:rPr>
      </w:pPr>
      <w:r w:rsidRPr="00DB6550">
        <w:rPr>
          <w:rFonts w:ascii="Arial" w:hAnsi="Arial" w:cs="Arial"/>
          <w:b/>
          <w:bCs/>
          <w:color w:val="0070C0"/>
          <w:sz w:val="24"/>
          <w:szCs w:val="28"/>
        </w:rPr>
        <w:t>Criterion B4</w:t>
      </w:r>
    </w:p>
    <w:p w14:paraId="66052AF3" w14:textId="77777777" w:rsidR="00DB6550" w:rsidRPr="00BF3F37" w:rsidRDefault="00DB6550" w:rsidP="00DB6550">
      <w:pPr>
        <w:spacing w:after="180"/>
      </w:pPr>
      <w:r w:rsidRPr="00F006EF">
        <w:rPr>
          <w:rFonts w:ascii="Arial" w:hAnsi="Arial" w:cs="Arial"/>
          <w:noProof/>
          <w:sz w:val="22"/>
        </w:rPr>
        <w:t>Hyper- or hyporeactivity to sensory input or unusual interest in sensory aspects of the environment (e.g., apparent indifference to pain/temperature, adverse response to specific sounds or textures, excessive smelling or touching of objects, visual fascination with lights or movement)</w:t>
      </w:r>
    </w:p>
    <w:p w14:paraId="6BA65B54" w14:textId="77777777" w:rsidR="00033BEE" w:rsidRDefault="00033BEE">
      <w:pPr>
        <w:spacing w:after="200"/>
        <w:rPr>
          <w:rFonts w:ascii="Arial" w:eastAsiaTheme="majorEastAsia" w:hAnsi="Arial" w:cs="Arial"/>
          <w:b/>
          <w:bCs/>
          <w:color w:val="8064A2" w:themeColor="accent4"/>
          <w:sz w:val="24"/>
          <w:szCs w:val="28"/>
        </w:rPr>
      </w:pPr>
      <w:r>
        <w:rPr>
          <w:rFonts w:ascii="Arial" w:hAnsi="Arial" w:cs="Arial"/>
          <w:color w:val="8064A2" w:themeColor="accent4"/>
          <w:sz w:val="24"/>
          <w:szCs w:val="28"/>
        </w:rPr>
        <w:br w:type="page"/>
      </w:r>
    </w:p>
    <w:p w14:paraId="2B11A2A8" w14:textId="2CD467FF" w:rsidR="00033BEE" w:rsidRPr="00511427" w:rsidRDefault="00033BEE" w:rsidP="00033BEE">
      <w:pPr>
        <w:pStyle w:val="Heading3"/>
        <w:shd w:val="clear" w:color="auto" w:fill="E8F4F8"/>
        <w:spacing w:before="0" w:line="288" w:lineRule="auto"/>
        <w:rPr>
          <w:rFonts w:ascii="Arial" w:hAnsi="Arial" w:cs="Arial"/>
          <w:color w:val="8064A2" w:themeColor="accent4"/>
          <w:sz w:val="24"/>
          <w:szCs w:val="28"/>
        </w:rPr>
      </w:pPr>
      <w:r>
        <w:rPr>
          <w:rFonts w:ascii="Arial" w:hAnsi="Arial" w:cs="Arial"/>
          <w:color w:val="8064A2" w:themeColor="accent4"/>
          <w:sz w:val="24"/>
          <w:szCs w:val="28"/>
        </w:rPr>
        <w:lastRenderedPageBreak/>
        <w:t>Mapping Your Experiences Guided Section</w:t>
      </w:r>
    </w:p>
    <w:p w14:paraId="6D93F621" w14:textId="77777777" w:rsidR="00DB6550" w:rsidRPr="00033BEE" w:rsidRDefault="00DB6550" w:rsidP="00033BEE">
      <w:pPr>
        <w:spacing w:after="0" w:line="240" w:lineRule="auto"/>
        <w:rPr>
          <w:sz w:val="2"/>
          <w:szCs w:val="2"/>
        </w:rPr>
      </w:pPr>
    </w:p>
    <w:p w14:paraId="305E37ED" w14:textId="464BCBBF" w:rsidR="00BA4AEC" w:rsidRPr="00480CF8" w:rsidRDefault="00BA4AEC" w:rsidP="00D80790">
      <w:pPr>
        <w:pStyle w:val="Heading4"/>
        <w:shd w:val="clear" w:color="auto" w:fill="E8F4F8"/>
        <w:spacing w:after="240"/>
        <w:rPr>
          <w:rFonts w:ascii="Arial" w:hAnsi="Arial" w:cs="Arial"/>
          <w:i w:val="0"/>
          <w:iCs w:val="0"/>
          <w:noProof/>
          <w:sz w:val="24"/>
          <w:szCs w:val="24"/>
        </w:rPr>
      </w:pPr>
      <w:r w:rsidRPr="00480CF8">
        <w:rPr>
          <w:rFonts w:ascii="Arial" w:hAnsi="Arial" w:cs="Arial"/>
          <w:i w:val="0"/>
          <w:iCs w:val="0"/>
          <w:color w:val="0070C0"/>
          <w:sz w:val="24"/>
          <w:szCs w:val="28"/>
        </w:rPr>
        <w:t>Criterion A1</w:t>
      </w:r>
      <w:r w:rsidR="00DB6550">
        <w:rPr>
          <w:rFonts w:ascii="Arial" w:hAnsi="Arial" w:cs="Arial"/>
          <w:i w:val="0"/>
          <w:iCs w:val="0"/>
          <w:color w:val="0070C0"/>
          <w:sz w:val="24"/>
          <w:szCs w:val="28"/>
        </w:rPr>
        <w:t xml:space="preserve"> Guided Section</w:t>
      </w:r>
    </w:p>
    <w:p w14:paraId="29945844" w14:textId="49C18AE2" w:rsidR="00BA4AEC" w:rsidRDefault="00B04C6F" w:rsidP="00033BEE">
      <w:pPr>
        <w:spacing w:line="288" w:lineRule="auto"/>
        <w:rPr>
          <w:rFonts w:ascii="Arial" w:hAnsi="Arial" w:cs="Arial"/>
          <w:noProof/>
          <w:sz w:val="22"/>
        </w:rPr>
      </w:pPr>
      <w:r>
        <w:rPr>
          <w:rFonts w:ascii="Arial" w:hAnsi="Arial" w:cs="Arial"/>
          <w:b/>
          <w:bCs/>
          <w:noProof/>
          <w:sz w:val="22"/>
        </w:rPr>
        <w:t>DSM Criterion:</w:t>
      </w:r>
      <w:r>
        <w:rPr>
          <w:rFonts w:ascii="Arial" w:hAnsi="Arial" w:cs="Arial"/>
          <w:noProof/>
          <w:sz w:val="22"/>
        </w:rPr>
        <w:t xml:space="preserve"> </w:t>
      </w:r>
      <w:r w:rsidR="00BA4AEC" w:rsidRPr="00BA4AEC">
        <w:rPr>
          <w:rFonts w:ascii="Arial" w:hAnsi="Arial" w:cs="Arial"/>
          <w:noProof/>
          <w:sz w:val="22"/>
        </w:rPr>
        <w:t>Deficits in social-emotional reciprocity, ranging, for example, from abnormal social approach and failure of normal back-and-forth conversation; to reduced sharing of interests, emotions, or affect; to failure to initiate or respond to social interactions.</w:t>
      </w:r>
    </w:p>
    <w:p w14:paraId="34D02668" w14:textId="13C7112E" w:rsidR="00BA4AEC" w:rsidRPr="00DB6550" w:rsidRDefault="00B04C6F" w:rsidP="00033BEE">
      <w:pPr>
        <w:pStyle w:val="Heading5"/>
        <w:spacing w:after="120"/>
        <w:rPr>
          <w:rFonts w:ascii="Arial" w:hAnsi="Arial" w:cs="Arial"/>
          <w:b/>
          <w:bCs/>
          <w:color w:val="8064A2" w:themeColor="accent4"/>
          <w:sz w:val="22"/>
          <w:szCs w:val="24"/>
        </w:rPr>
      </w:pPr>
      <w:r>
        <w:rPr>
          <w:rFonts w:ascii="Arial" w:hAnsi="Arial" w:cs="Arial"/>
          <w:b/>
          <w:bCs/>
          <w:color w:val="8064A2" w:themeColor="accent4"/>
          <w:sz w:val="22"/>
          <w:szCs w:val="24"/>
        </w:rPr>
        <w:t>Provided</w:t>
      </w:r>
      <w:r w:rsidR="00DB6550" w:rsidRPr="00DB6550">
        <w:rPr>
          <w:rFonts w:ascii="Arial" w:hAnsi="Arial" w:cs="Arial"/>
          <w:b/>
          <w:bCs/>
          <w:color w:val="8064A2" w:themeColor="accent4"/>
          <w:sz w:val="22"/>
          <w:szCs w:val="24"/>
        </w:rPr>
        <w:t xml:space="preserve"> Examples</w:t>
      </w:r>
    </w:p>
    <w:p w14:paraId="67CA0D33" w14:textId="77777777" w:rsidR="00BF3F37" w:rsidRDefault="00ED6540" w:rsidP="00BA4AEC">
      <w:r w:rsidRPr="00480CF8">
        <w:rPr>
          <w:noProof/>
        </w:rPr>
        <mc:AlternateContent>
          <mc:Choice Requires="wps">
            <w:drawing>
              <wp:inline distT="0" distB="0" distL="0" distR="0" wp14:anchorId="483CFDE4" wp14:editId="35330C33">
                <wp:extent cx="6339840" cy="6440556"/>
                <wp:effectExtent l="0" t="0" r="3810" b="0"/>
                <wp:docPr id="772166863" name="Text Box 2"/>
                <wp:cNvGraphicFramePr/>
                <a:graphic xmlns:a="http://schemas.openxmlformats.org/drawingml/2006/main">
                  <a:graphicData uri="http://schemas.microsoft.com/office/word/2010/wordprocessingShape">
                    <wps:wsp>
                      <wps:cNvSpPr txBox="1"/>
                      <wps:spPr>
                        <a:xfrm>
                          <a:off x="0" y="0"/>
                          <a:ext cx="6339840" cy="6440556"/>
                        </a:xfrm>
                        <a:prstGeom prst="rect">
                          <a:avLst/>
                        </a:prstGeom>
                        <a:solidFill>
                          <a:srgbClr val="F7F5F9"/>
                        </a:solidFill>
                        <a:ln w="6350">
                          <a:noFill/>
                        </a:ln>
                      </wps:spPr>
                      <wps:txbx>
                        <w:txbxContent>
                          <w:p w14:paraId="32633912" w14:textId="799E652F" w:rsidR="00ED6540" w:rsidRPr="00082A39" w:rsidRDefault="00033BEE" w:rsidP="00082A39">
                            <w:pPr>
                              <w:spacing w:after="240"/>
                              <w:rPr>
                                <w:rFonts w:ascii="Arial" w:hAnsi="Arial" w:cs="Arial"/>
                                <w:b/>
                                <w:bCs/>
                                <w:sz w:val="22"/>
                                <w:szCs w:val="24"/>
                              </w:rPr>
                            </w:pPr>
                            <w:r>
                              <w:rPr>
                                <w:rFonts w:ascii="Arial" w:hAnsi="Arial" w:cs="Arial"/>
                                <w:b/>
                                <w:bCs/>
                                <w:sz w:val="22"/>
                                <w:szCs w:val="24"/>
                              </w:rPr>
                              <w:t>General</w:t>
                            </w:r>
                            <w:r w:rsidR="004856A2" w:rsidRPr="00082A39">
                              <w:rPr>
                                <w:rFonts w:ascii="Arial" w:hAnsi="Arial" w:cs="Arial"/>
                                <w:b/>
                                <w:bCs/>
                                <w:sz w:val="22"/>
                                <w:szCs w:val="24"/>
                              </w:rPr>
                              <w:t xml:space="preserve"> e</w:t>
                            </w:r>
                            <w:r w:rsidR="00ED6540" w:rsidRPr="00082A39">
                              <w:rPr>
                                <w:rFonts w:ascii="Arial" w:hAnsi="Arial" w:cs="Arial"/>
                                <w:b/>
                                <w:bCs/>
                                <w:sz w:val="22"/>
                                <w:szCs w:val="24"/>
                              </w:rPr>
                              <w:t>xample</w:t>
                            </w:r>
                            <w:r w:rsidR="00FD443D" w:rsidRPr="00082A39">
                              <w:rPr>
                                <w:rFonts w:ascii="Arial" w:hAnsi="Arial" w:cs="Arial"/>
                                <w:b/>
                                <w:bCs/>
                                <w:sz w:val="22"/>
                                <w:szCs w:val="24"/>
                              </w:rPr>
                              <w:t>s</w:t>
                            </w:r>
                            <w:r w:rsidR="00ED6540" w:rsidRPr="00082A39">
                              <w:rPr>
                                <w:rFonts w:ascii="Arial" w:hAnsi="Arial" w:cs="Arial"/>
                                <w:b/>
                                <w:bCs/>
                                <w:sz w:val="22"/>
                                <w:szCs w:val="24"/>
                              </w:rPr>
                              <w:t>:</w:t>
                            </w:r>
                          </w:p>
                          <w:p w14:paraId="67DB529A" w14:textId="1F672A77" w:rsidR="00FD443D" w:rsidRPr="00082A39" w:rsidRDefault="00FD443D" w:rsidP="00082A39">
                            <w:pPr>
                              <w:spacing w:after="240"/>
                              <w:rPr>
                                <w:rFonts w:ascii="Arial" w:hAnsi="Arial" w:cs="Arial"/>
                                <w:sz w:val="22"/>
                                <w:szCs w:val="24"/>
                              </w:rPr>
                            </w:pPr>
                            <w:proofErr w:type="gramStart"/>
                            <w:r w:rsidRPr="00082A39">
                              <w:rPr>
                                <w:rFonts w:ascii="Arial" w:hAnsi="Arial" w:cs="Arial"/>
                                <w:sz w:val="22"/>
                                <w:szCs w:val="24"/>
                              </w:rPr>
                              <w:t>Talks</w:t>
                            </w:r>
                            <w:proofErr w:type="gramEnd"/>
                            <w:r w:rsidRPr="00082A39">
                              <w:rPr>
                                <w:rFonts w:ascii="Arial" w:hAnsi="Arial" w:cs="Arial"/>
                                <w:sz w:val="22"/>
                                <w:szCs w:val="24"/>
                              </w:rPr>
                              <w:t xml:space="preserve"> more about interests than </w:t>
                            </w:r>
                            <w:proofErr w:type="gramStart"/>
                            <w:r w:rsidRPr="00082A39">
                              <w:rPr>
                                <w:rFonts w:ascii="Arial" w:hAnsi="Arial" w:cs="Arial"/>
                                <w:sz w:val="22"/>
                                <w:szCs w:val="24"/>
                              </w:rPr>
                              <w:t>listens</w:t>
                            </w:r>
                            <w:proofErr w:type="gramEnd"/>
                            <w:r w:rsidRPr="00082A39">
                              <w:rPr>
                                <w:rFonts w:ascii="Arial" w:hAnsi="Arial" w:cs="Arial"/>
                                <w:sz w:val="22"/>
                                <w:szCs w:val="24"/>
                              </w:rPr>
                              <w:t xml:space="preserve"> to others. Difficulty engaging in topics that are not of interest. Difficulty with conversational timing; often interrupts others due to difficulty reading social cues. Struggles to initiate conversations and keep them going. Social interactions are draining. Prefers being alone.</w:t>
                            </w:r>
                          </w:p>
                          <w:p w14:paraId="6284E776" w14:textId="7F3CE836" w:rsidR="00ED6540"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childhood</w:t>
                            </w:r>
                          </w:p>
                          <w:p w14:paraId="723B1B0E" w14:textId="53D4E4A1" w:rsidR="00FD443D" w:rsidRPr="00E73669" w:rsidRDefault="00FD443D" w:rsidP="00082A39">
                            <w:pPr>
                              <w:spacing w:after="240"/>
                              <w:rPr>
                                <w:rFonts w:ascii="Arial" w:hAnsi="Arial" w:cs="Arial"/>
                                <w:szCs w:val="21"/>
                              </w:rPr>
                            </w:pPr>
                            <w:r w:rsidRPr="00E73669">
                              <w:rPr>
                                <w:rFonts w:ascii="Arial" w:hAnsi="Arial" w:cs="Arial"/>
                                <w:szCs w:val="21"/>
                              </w:rPr>
                              <w:t xml:space="preserve">Penelope can be extremely chatty and can sometimes overwhelm others with her chattiness. She often talks more than the other person and does tend to interrupt others in conversation (which I think is partially related to her </w:t>
                            </w:r>
                            <w:proofErr w:type="gramStart"/>
                            <w:r w:rsidRPr="00E73669">
                              <w:rPr>
                                <w:rFonts w:ascii="Arial" w:hAnsi="Arial" w:cs="Arial"/>
                                <w:szCs w:val="21"/>
                              </w:rPr>
                              <w:t>ADHD [impulsivity], but</w:t>
                            </w:r>
                            <w:proofErr w:type="gramEnd"/>
                            <w:r w:rsidRPr="00E73669">
                              <w:rPr>
                                <w:rFonts w:ascii="Arial" w:hAnsi="Arial" w:cs="Arial"/>
                                <w:szCs w:val="21"/>
                              </w:rPr>
                              <w:t xml:space="preserve"> also has an aspect to it that’s related to picking up on social cues). This has been mentioned by most of her teachers and other adults she’s engaged </w:t>
                            </w:r>
                            <w:proofErr w:type="gramStart"/>
                            <w:r w:rsidRPr="00E73669">
                              <w:rPr>
                                <w:rFonts w:ascii="Arial" w:hAnsi="Arial" w:cs="Arial"/>
                                <w:szCs w:val="21"/>
                              </w:rPr>
                              <w:t>with</w:t>
                            </w:r>
                            <w:proofErr w:type="gramEnd"/>
                            <w:r w:rsidRPr="00E73669">
                              <w:rPr>
                                <w:rFonts w:ascii="Arial" w:hAnsi="Arial" w:cs="Arial"/>
                                <w:szCs w:val="21"/>
                              </w:rPr>
                              <w:t xml:space="preserve">. It has also </w:t>
                            </w:r>
                            <w:proofErr w:type="gramStart"/>
                            <w:r w:rsidRPr="00E73669">
                              <w:rPr>
                                <w:rFonts w:ascii="Arial" w:hAnsi="Arial" w:cs="Arial"/>
                                <w:szCs w:val="21"/>
                              </w:rPr>
                              <w:t>impacted</w:t>
                            </w:r>
                            <w:proofErr w:type="gramEnd"/>
                            <w:r w:rsidRPr="00E73669">
                              <w:rPr>
                                <w:rFonts w:ascii="Arial" w:hAnsi="Arial" w:cs="Arial"/>
                                <w:szCs w:val="21"/>
                              </w:rPr>
                              <w:t xml:space="preserve"> her socially at school and with her friends. (More on this in Criterion A3)</w:t>
                            </w:r>
                          </w:p>
                          <w:p w14:paraId="67549D08" w14:textId="6D084B3B"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adulthood</w:t>
                            </w:r>
                          </w:p>
                          <w:p w14:paraId="574B368E" w14:textId="77777777" w:rsidR="003A1587" w:rsidRPr="00E73669" w:rsidRDefault="003A1587" w:rsidP="00082A39">
                            <w:pPr>
                              <w:spacing w:after="240"/>
                              <w:rPr>
                                <w:rFonts w:ascii="Arial" w:hAnsi="Arial" w:cs="Arial"/>
                                <w:szCs w:val="21"/>
                              </w:rPr>
                            </w:pPr>
                            <w:r w:rsidRPr="00E73669">
                              <w:rPr>
                                <w:rFonts w:ascii="Arial" w:hAnsi="Arial" w:cs="Arial"/>
                                <w:szCs w:val="21"/>
                              </w:rPr>
                              <w:t xml:space="preserve">I consider social interactions to be extremely draining, particularly ones that are superficial (like at parties with lots of people who are talking about surface-level things). I invest emotional energy into meaningful relationships, even though they are quite draining as well… but I consider that well worth my energy because my close relationships “fill my cup” and don’t just take from it. </w:t>
                            </w:r>
                          </w:p>
                          <w:p w14:paraId="7B78C51E" w14:textId="77777777" w:rsidR="003A1587" w:rsidRPr="00E73669" w:rsidRDefault="003A1587" w:rsidP="00082A39">
                            <w:pPr>
                              <w:spacing w:after="240"/>
                              <w:rPr>
                                <w:rFonts w:ascii="Arial" w:hAnsi="Arial" w:cs="Arial"/>
                                <w:szCs w:val="21"/>
                              </w:rPr>
                            </w:pPr>
                            <w:r w:rsidRPr="00E73669">
                              <w:rPr>
                                <w:rFonts w:ascii="Arial" w:hAnsi="Arial" w:cs="Arial"/>
                                <w:szCs w:val="21"/>
                              </w:rPr>
                              <w:t xml:space="preserve">I </w:t>
                            </w:r>
                            <w:proofErr w:type="gramStart"/>
                            <w:r w:rsidRPr="00E73669">
                              <w:rPr>
                                <w:rFonts w:ascii="Arial" w:hAnsi="Arial" w:cs="Arial"/>
                                <w:szCs w:val="21"/>
                              </w:rPr>
                              <w:t>definitely prefer</w:t>
                            </w:r>
                            <w:proofErr w:type="gramEnd"/>
                            <w:r w:rsidRPr="00E73669">
                              <w:rPr>
                                <w:rFonts w:ascii="Arial" w:hAnsi="Arial" w:cs="Arial"/>
                                <w:szCs w:val="21"/>
                              </w:rPr>
                              <w:t xml:space="preserve"> to have a purpose/goal to superficial social interactions… for example, I’ll go to social events that are oriented around my children because I know there is a larger benefit to me participating (specifically, their ability to develop friendships with others). </w:t>
                            </w:r>
                          </w:p>
                          <w:p w14:paraId="632F0070" w14:textId="77777777" w:rsidR="003A1587" w:rsidRPr="00E73669" w:rsidRDefault="003A1587" w:rsidP="00082A39">
                            <w:pPr>
                              <w:spacing w:after="240"/>
                              <w:rPr>
                                <w:rFonts w:ascii="Arial" w:hAnsi="Arial" w:cs="Arial"/>
                                <w:szCs w:val="21"/>
                              </w:rPr>
                            </w:pPr>
                            <w:r w:rsidRPr="00E73669">
                              <w:rPr>
                                <w:rFonts w:ascii="Arial" w:hAnsi="Arial" w:cs="Arial"/>
                                <w:szCs w:val="21"/>
                              </w:rPr>
                              <w:t xml:space="preserve">Regarding conversational timing… I struggle with that a lot. My husband (who I interact with the most) frequently complains about me cutting him off mid-sentence… and it is never intentional. Just last weekend, we got into an argument because he made a statement to one of our daughters that I thought was just one statement, but </w:t>
                            </w:r>
                            <w:proofErr w:type="gramStart"/>
                            <w:r w:rsidRPr="00E73669">
                              <w:rPr>
                                <w:rFonts w:ascii="Arial" w:hAnsi="Arial" w:cs="Arial"/>
                                <w:szCs w:val="21"/>
                              </w:rPr>
                              <w:t>apparently</w:t>
                            </w:r>
                            <w:proofErr w:type="gramEnd"/>
                            <w:r w:rsidRPr="00E73669">
                              <w:rPr>
                                <w:rFonts w:ascii="Arial" w:hAnsi="Arial" w:cs="Arial"/>
                                <w:szCs w:val="21"/>
                              </w:rPr>
                              <w:t xml:space="preserve"> it was part of a larger thought that he was trying to share. I had no idea until after he explained that to me. </w:t>
                            </w:r>
                          </w:p>
                          <w:p w14:paraId="3C45577B" w14:textId="53975A08" w:rsidR="003A1587" w:rsidRPr="00E73669" w:rsidRDefault="003A1587" w:rsidP="00082A39">
                            <w:pPr>
                              <w:spacing w:after="240"/>
                              <w:rPr>
                                <w:rFonts w:ascii="Arial" w:hAnsi="Arial" w:cs="Arial"/>
                                <w:szCs w:val="21"/>
                              </w:rPr>
                            </w:pPr>
                            <w:r w:rsidRPr="00E73669">
                              <w:rPr>
                                <w:rFonts w:ascii="Arial" w:hAnsi="Arial" w:cs="Arial"/>
                                <w:szCs w:val="21"/>
                              </w:rPr>
                              <w:t xml:space="preserve">And as for taking things literally, I am </w:t>
                            </w:r>
                            <w:proofErr w:type="gramStart"/>
                            <w:r w:rsidRPr="00E73669">
                              <w:rPr>
                                <w:rFonts w:ascii="Arial" w:hAnsi="Arial" w:cs="Arial"/>
                                <w:szCs w:val="21"/>
                              </w:rPr>
                              <w:t>definitely a</w:t>
                            </w:r>
                            <w:proofErr w:type="gramEnd"/>
                            <w:r w:rsidRPr="00E73669">
                              <w:rPr>
                                <w:rFonts w:ascii="Arial" w:hAnsi="Arial" w:cs="Arial"/>
                                <w:szCs w:val="21"/>
                              </w:rPr>
                              <w:t xml:space="preserve"> very literal thinker. I think this is why I don’t find things funny that most others seem to. Sarcasm bothers me to my core, and sarcastic humor makes my skin crawl. When I am ever exposed to “roasting” (I think it’s a newer type of comedy) all I can think is how awful it must feel for the person being made fun 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83CFDE4" id="Text Box 2" o:spid="_x0000_s1031" type="#_x0000_t202" style="width:499.2pt;height:507.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" fillcolor="#f7f5f9" stroked="f" strokeweight=".5pt">
                <v:textbox>
                  <w:txbxContent>
                    <w:p w14:paraId="32633912" w14:textId="799E652F" w:rsidR="00ED6540" w:rsidRPr="00082A39" w:rsidRDefault="00033BEE" w:rsidP="00082A39">
                      <w:pPr>
                        <w:spacing w:after="240"/>
                        <w:rPr>
                          <w:rFonts w:ascii="Arial" w:hAnsi="Arial" w:cs="Arial"/>
                          <w:b/>
                          <w:bCs/>
                          <w:sz w:val="22"/>
                          <w:szCs w:val="24"/>
                        </w:rPr>
                      </w:pPr>
                      <w:r>
                        <w:rPr>
                          <w:rFonts w:ascii="Arial" w:hAnsi="Arial" w:cs="Arial"/>
                          <w:b/>
                          <w:bCs/>
                          <w:sz w:val="22"/>
                          <w:szCs w:val="24"/>
                        </w:rPr>
                        <w:t>General</w:t>
                      </w:r>
                      <w:r w:rsidR="004856A2" w:rsidRPr="00082A39">
                        <w:rPr>
                          <w:rFonts w:ascii="Arial" w:hAnsi="Arial" w:cs="Arial"/>
                          <w:b/>
                          <w:bCs/>
                          <w:sz w:val="22"/>
                          <w:szCs w:val="24"/>
                        </w:rPr>
                        <w:t xml:space="preserve"> e</w:t>
                      </w:r>
                      <w:r w:rsidR="00ED6540" w:rsidRPr="00082A39">
                        <w:rPr>
                          <w:rFonts w:ascii="Arial" w:hAnsi="Arial" w:cs="Arial"/>
                          <w:b/>
                          <w:bCs/>
                          <w:sz w:val="22"/>
                          <w:szCs w:val="24"/>
                        </w:rPr>
                        <w:t>xample</w:t>
                      </w:r>
                      <w:r w:rsidR="00FD443D" w:rsidRPr="00082A39">
                        <w:rPr>
                          <w:rFonts w:ascii="Arial" w:hAnsi="Arial" w:cs="Arial"/>
                          <w:b/>
                          <w:bCs/>
                          <w:sz w:val="22"/>
                          <w:szCs w:val="24"/>
                        </w:rPr>
                        <w:t>s</w:t>
                      </w:r>
                      <w:r w:rsidR="00ED6540" w:rsidRPr="00082A39">
                        <w:rPr>
                          <w:rFonts w:ascii="Arial" w:hAnsi="Arial" w:cs="Arial"/>
                          <w:b/>
                          <w:bCs/>
                          <w:sz w:val="22"/>
                          <w:szCs w:val="24"/>
                        </w:rPr>
                        <w:t>:</w:t>
                      </w:r>
                    </w:p>
                    <w:p w14:paraId="67DB529A" w14:textId="1F672A77" w:rsidR="00FD443D" w:rsidRPr="00082A39" w:rsidRDefault="00FD443D" w:rsidP="00082A39">
                      <w:pPr>
                        <w:spacing w:after="240"/>
                        <w:rPr>
                          <w:rFonts w:ascii="Arial" w:hAnsi="Arial" w:cs="Arial"/>
                          <w:sz w:val="22"/>
                          <w:szCs w:val="24"/>
                        </w:rPr>
                      </w:pPr>
                      <w:proofErr w:type="gramStart"/>
                      <w:r w:rsidRPr="00082A39">
                        <w:rPr>
                          <w:rFonts w:ascii="Arial" w:hAnsi="Arial" w:cs="Arial"/>
                          <w:sz w:val="22"/>
                          <w:szCs w:val="24"/>
                        </w:rPr>
                        <w:t>Talks</w:t>
                      </w:r>
                      <w:proofErr w:type="gramEnd"/>
                      <w:r w:rsidRPr="00082A39">
                        <w:rPr>
                          <w:rFonts w:ascii="Arial" w:hAnsi="Arial" w:cs="Arial"/>
                          <w:sz w:val="22"/>
                          <w:szCs w:val="24"/>
                        </w:rPr>
                        <w:t xml:space="preserve"> more about interests than </w:t>
                      </w:r>
                      <w:proofErr w:type="gramStart"/>
                      <w:r w:rsidRPr="00082A39">
                        <w:rPr>
                          <w:rFonts w:ascii="Arial" w:hAnsi="Arial" w:cs="Arial"/>
                          <w:sz w:val="22"/>
                          <w:szCs w:val="24"/>
                        </w:rPr>
                        <w:t>listens</w:t>
                      </w:r>
                      <w:proofErr w:type="gramEnd"/>
                      <w:r w:rsidRPr="00082A39">
                        <w:rPr>
                          <w:rFonts w:ascii="Arial" w:hAnsi="Arial" w:cs="Arial"/>
                          <w:sz w:val="22"/>
                          <w:szCs w:val="24"/>
                        </w:rPr>
                        <w:t xml:space="preserve"> to others. Difficulty engaging in topics that are not of interest. Difficulty with conversational timing; often interrupts others due to difficulty reading social cues. Struggles to initiate conversations and keep them going. Social interactions are draining. Prefers being alone.</w:t>
                      </w:r>
                    </w:p>
                    <w:p w14:paraId="6284E776" w14:textId="7F3CE836" w:rsidR="00ED6540"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childhood</w:t>
                      </w:r>
                    </w:p>
                    <w:p w14:paraId="723B1B0E" w14:textId="53D4E4A1" w:rsidR="00FD443D" w:rsidRPr="00E73669" w:rsidRDefault="00FD443D" w:rsidP="00082A39">
                      <w:pPr>
                        <w:spacing w:after="240"/>
                        <w:rPr>
                          <w:rFonts w:ascii="Arial" w:hAnsi="Arial" w:cs="Arial"/>
                          <w:szCs w:val="21"/>
                        </w:rPr>
                      </w:pPr>
                      <w:r w:rsidRPr="00E73669">
                        <w:rPr>
                          <w:rFonts w:ascii="Arial" w:hAnsi="Arial" w:cs="Arial"/>
                          <w:szCs w:val="21"/>
                        </w:rPr>
                        <w:t xml:space="preserve">Penelope can be extremely chatty and can sometimes overwhelm others with her chattiness. She often talks more than the other person and does tend to interrupt others in conversation (which I think is partially related to her </w:t>
                      </w:r>
                      <w:proofErr w:type="gramStart"/>
                      <w:r w:rsidRPr="00E73669">
                        <w:rPr>
                          <w:rFonts w:ascii="Arial" w:hAnsi="Arial" w:cs="Arial"/>
                          <w:szCs w:val="21"/>
                        </w:rPr>
                        <w:t>ADHD [impulsivity], but</w:t>
                      </w:r>
                      <w:proofErr w:type="gramEnd"/>
                      <w:r w:rsidRPr="00E73669">
                        <w:rPr>
                          <w:rFonts w:ascii="Arial" w:hAnsi="Arial" w:cs="Arial"/>
                          <w:szCs w:val="21"/>
                        </w:rPr>
                        <w:t xml:space="preserve"> also has an aspect to it that’s related to picking up on social cues). This has been mentioned by most of her teachers and other adults she’s engaged </w:t>
                      </w:r>
                      <w:proofErr w:type="gramStart"/>
                      <w:r w:rsidRPr="00E73669">
                        <w:rPr>
                          <w:rFonts w:ascii="Arial" w:hAnsi="Arial" w:cs="Arial"/>
                          <w:szCs w:val="21"/>
                        </w:rPr>
                        <w:t>with</w:t>
                      </w:r>
                      <w:proofErr w:type="gramEnd"/>
                      <w:r w:rsidRPr="00E73669">
                        <w:rPr>
                          <w:rFonts w:ascii="Arial" w:hAnsi="Arial" w:cs="Arial"/>
                          <w:szCs w:val="21"/>
                        </w:rPr>
                        <w:t xml:space="preserve">. It has also </w:t>
                      </w:r>
                      <w:proofErr w:type="gramStart"/>
                      <w:r w:rsidRPr="00E73669">
                        <w:rPr>
                          <w:rFonts w:ascii="Arial" w:hAnsi="Arial" w:cs="Arial"/>
                          <w:szCs w:val="21"/>
                        </w:rPr>
                        <w:t>impacted</w:t>
                      </w:r>
                      <w:proofErr w:type="gramEnd"/>
                      <w:r w:rsidRPr="00E73669">
                        <w:rPr>
                          <w:rFonts w:ascii="Arial" w:hAnsi="Arial" w:cs="Arial"/>
                          <w:szCs w:val="21"/>
                        </w:rPr>
                        <w:t xml:space="preserve"> her socially at school and with her friends. (More on this in Criterion A3)</w:t>
                      </w:r>
                    </w:p>
                    <w:p w14:paraId="67549D08" w14:textId="6D084B3B"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adulthood</w:t>
                      </w:r>
                    </w:p>
                    <w:p w14:paraId="574B368E" w14:textId="77777777" w:rsidR="003A1587" w:rsidRPr="00E73669" w:rsidRDefault="003A1587" w:rsidP="00082A39">
                      <w:pPr>
                        <w:spacing w:after="240"/>
                        <w:rPr>
                          <w:rFonts w:ascii="Arial" w:hAnsi="Arial" w:cs="Arial"/>
                          <w:szCs w:val="21"/>
                        </w:rPr>
                      </w:pPr>
                      <w:r w:rsidRPr="00E73669">
                        <w:rPr>
                          <w:rFonts w:ascii="Arial" w:hAnsi="Arial" w:cs="Arial"/>
                          <w:szCs w:val="21"/>
                        </w:rPr>
                        <w:t xml:space="preserve">I consider social interactions to be extremely draining, particularly ones that are superficial (like at parties with lots of people who are talking about surface-level things). I invest emotional energy into meaningful relationships, even though they are quite draining as well… but I consider that well worth my energy because my close relationships “fill my cup” and don’t just take from it. </w:t>
                      </w:r>
                    </w:p>
                    <w:p w14:paraId="7B78C51E" w14:textId="77777777" w:rsidR="003A1587" w:rsidRPr="00E73669" w:rsidRDefault="003A1587" w:rsidP="00082A39">
                      <w:pPr>
                        <w:spacing w:after="240"/>
                        <w:rPr>
                          <w:rFonts w:ascii="Arial" w:hAnsi="Arial" w:cs="Arial"/>
                          <w:szCs w:val="21"/>
                        </w:rPr>
                      </w:pPr>
                      <w:r w:rsidRPr="00E73669">
                        <w:rPr>
                          <w:rFonts w:ascii="Arial" w:hAnsi="Arial" w:cs="Arial"/>
                          <w:szCs w:val="21"/>
                        </w:rPr>
                        <w:t xml:space="preserve">I </w:t>
                      </w:r>
                      <w:proofErr w:type="gramStart"/>
                      <w:r w:rsidRPr="00E73669">
                        <w:rPr>
                          <w:rFonts w:ascii="Arial" w:hAnsi="Arial" w:cs="Arial"/>
                          <w:szCs w:val="21"/>
                        </w:rPr>
                        <w:t>definitely prefer</w:t>
                      </w:r>
                      <w:proofErr w:type="gramEnd"/>
                      <w:r w:rsidRPr="00E73669">
                        <w:rPr>
                          <w:rFonts w:ascii="Arial" w:hAnsi="Arial" w:cs="Arial"/>
                          <w:szCs w:val="21"/>
                        </w:rPr>
                        <w:t xml:space="preserve"> to have a purpose/goal to superficial social interactions… for example, I’ll go to social events that are oriented around my children because I know there is a larger benefit to me participating (specifically, their ability to develop friendships with others). </w:t>
                      </w:r>
                    </w:p>
                    <w:p w14:paraId="632F0070" w14:textId="77777777" w:rsidR="003A1587" w:rsidRPr="00E73669" w:rsidRDefault="003A1587" w:rsidP="00082A39">
                      <w:pPr>
                        <w:spacing w:after="240"/>
                        <w:rPr>
                          <w:rFonts w:ascii="Arial" w:hAnsi="Arial" w:cs="Arial"/>
                          <w:szCs w:val="21"/>
                        </w:rPr>
                      </w:pPr>
                      <w:r w:rsidRPr="00E73669">
                        <w:rPr>
                          <w:rFonts w:ascii="Arial" w:hAnsi="Arial" w:cs="Arial"/>
                          <w:szCs w:val="21"/>
                        </w:rPr>
                        <w:t xml:space="preserve">Regarding conversational timing… I struggle with that a lot. My husband (who I interact with the most) frequently complains about me cutting him off mid-sentence… and it is never intentional. Just last weekend, we got into an argument because he made a statement to one of our daughters that I thought was just one statement, but </w:t>
                      </w:r>
                      <w:proofErr w:type="gramStart"/>
                      <w:r w:rsidRPr="00E73669">
                        <w:rPr>
                          <w:rFonts w:ascii="Arial" w:hAnsi="Arial" w:cs="Arial"/>
                          <w:szCs w:val="21"/>
                        </w:rPr>
                        <w:t>apparently</w:t>
                      </w:r>
                      <w:proofErr w:type="gramEnd"/>
                      <w:r w:rsidRPr="00E73669">
                        <w:rPr>
                          <w:rFonts w:ascii="Arial" w:hAnsi="Arial" w:cs="Arial"/>
                          <w:szCs w:val="21"/>
                        </w:rPr>
                        <w:t xml:space="preserve"> it was part of a larger thought that he was trying to share. I had no idea until after he explained that to me. </w:t>
                      </w:r>
                    </w:p>
                    <w:p w14:paraId="3C45577B" w14:textId="53975A08" w:rsidR="003A1587" w:rsidRPr="00E73669" w:rsidRDefault="003A1587" w:rsidP="00082A39">
                      <w:pPr>
                        <w:spacing w:after="240"/>
                        <w:rPr>
                          <w:rFonts w:ascii="Arial" w:hAnsi="Arial" w:cs="Arial"/>
                          <w:szCs w:val="21"/>
                        </w:rPr>
                      </w:pPr>
                      <w:r w:rsidRPr="00E73669">
                        <w:rPr>
                          <w:rFonts w:ascii="Arial" w:hAnsi="Arial" w:cs="Arial"/>
                          <w:szCs w:val="21"/>
                        </w:rPr>
                        <w:t xml:space="preserve">And as for taking things literally, I am </w:t>
                      </w:r>
                      <w:proofErr w:type="gramStart"/>
                      <w:r w:rsidRPr="00E73669">
                        <w:rPr>
                          <w:rFonts w:ascii="Arial" w:hAnsi="Arial" w:cs="Arial"/>
                          <w:szCs w:val="21"/>
                        </w:rPr>
                        <w:t>definitely a</w:t>
                      </w:r>
                      <w:proofErr w:type="gramEnd"/>
                      <w:r w:rsidRPr="00E73669">
                        <w:rPr>
                          <w:rFonts w:ascii="Arial" w:hAnsi="Arial" w:cs="Arial"/>
                          <w:szCs w:val="21"/>
                        </w:rPr>
                        <w:t xml:space="preserve"> very literal thinker. I think this is why I don’t find things funny that most others seem to. Sarcasm bothers me to my core, and sarcastic humor makes my skin crawl. When I am ever exposed to “roasting” (I think it’s a newer type of comedy) all I can think is how awful it must feel for the person being made fun of.</w:t>
                      </w:r>
                    </w:p>
                  </w:txbxContent>
                </v:textbox>
                <w10:anchorlock/>
              </v:shape>
            </w:pict>
          </mc:Fallback>
        </mc:AlternateContent>
      </w:r>
    </w:p>
    <w:p w14:paraId="1179418A" w14:textId="33941C5D" w:rsidR="00082A39" w:rsidRPr="004A04AE" w:rsidRDefault="004A04AE" w:rsidP="00082A39">
      <w:pPr>
        <w:spacing w:after="200"/>
        <w:rPr>
          <w:rFonts w:ascii="Arial" w:hAnsi="Arial" w:cs="Arial"/>
          <w:i/>
          <w:iCs/>
          <w:color w:val="8064A2" w:themeColor="accent4"/>
          <w:sz w:val="20"/>
        </w:rPr>
      </w:pPr>
      <w:r w:rsidRPr="004A04AE">
        <w:rPr>
          <w:rFonts w:ascii="Arial" w:hAnsi="Arial" w:cs="Arial"/>
          <w:i/>
          <w:iCs/>
          <w:color w:val="8064A2" w:themeColor="accent4"/>
          <w:sz w:val="20"/>
        </w:rPr>
        <w:t>Note: For context, all t</w:t>
      </w:r>
      <w:r w:rsidR="00082A39" w:rsidRPr="004A04AE">
        <w:rPr>
          <w:rFonts w:ascii="Arial" w:hAnsi="Arial" w:cs="Arial"/>
          <w:i/>
          <w:iCs/>
          <w:color w:val="8064A2" w:themeColor="accent4"/>
          <w:sz w:val="20"/>
        </w:rPr>
        <w:t>he adulthood examples were written as part of a pre-assessment</w:t>
      </w:r>
      <w:r w:rsidRPr="004A04AE">
        <w:rPr>
          <w:rFonts w:ascii="Arial" w:hAnsi="Arial" w:cs="Arial"/>
          <w:i/>
          <w:iCs/>
          <w:color w:val="8064A2" w:themeColor="accent4"/>
          <w:sz w:val="20"/>
        </w:rPr>
        <w:t xml:space="preserve"> I did for my own formal autism assessment. </w:t>
      </w:r>
    </w:p>
    <w:p w14:paraId="183B5835" w14:textId="366D12DC" w:rsidR="00BA4AEC" w:rsidRPr="00082A39" w:rsidRDefault="00BF3F37" w:rsidP="00C21946">
      <w:pPr>
        <w:pStyle w:val="Heading5"/>
        <w:spacing w:after="240"/>
        <w:rPr>
          <w:rFonts w:ascii="Arial" w:hAnsi="Arial" w:cs="Arial"/>
          <w:b/>
          <w:bCs/>
          <w:color w:val="0070C0"/>
          <w:sz w:val="24"/>
          <w:szCs w:val="28"/>
        </w:rPr>
      </w:pPr>
      <w:r w:rsidRPr="00082A39">
        <w:rPr>
          <w:rFonts w:ascii="Arial" w:hAnsi="Arial" w:cs="Arial"/>
          <w:sz w:val="24"/>
          <w:szCs w:val="28"/>
        </w:rPr>
        <w:br w:type="page"/>
      </w:r>
      <w:r w:rsidR="00DB6550">
        <w:rPr>
          <w:rFonts w:ascii="Arial" w:hAnsi="Arial" w:cs="Arial"/>
          <w:b/>
          <w:bCs/>
          <w:color w:val="8064A2" w:themeColor="accent4"/>
          <w:sz w:val="22"/>
          <w:szCs w:val="24"/>
        </w:rPr>
        <w:lastRenderedPageBreak/>
        <w:t xml:space="preserve">Your </w:t>
      </w:r>
      <w:r w:rsidR="00B04C6F">
        <w:rPr>
          <w:rFonts w:ascii="Arial" w:hAnsi="Arial" w:cs="Arial"/>
          <w:b/>
          <w:bCs/>
          <w:color w:val="8064A2" w:themeColor="accent4"/>
          <w:sz w:val="22"/>
          <w:szCs w:val="24"/>
        </w:rPr>
        <w:t>Examples: E</w:t>
      </w:r>
      <w:r w:rsidR="003B29D5" w:rsidRPr="00BA4AEC">
        <w:rPr>
          <w:rFonts w:ascii="Arial" w:hAnsi="Arial" w:cs="Arial"/>
          <w:b/>
          <w:bCs/>
          <w:color w:val="8064A2" w:themeColor="accent4"/>
          <w:sz w:val="22"/>
          <w:szCs w:val="24"/>
        </w:rPr>
        <w:t xml:space="preserve">arly life through adolescence </w:t>
      </w:r>
    </w:p>
    <w:p w14:paraId="5B312774" w14:textId="33F9FBBD" w:rsidR="00ED6540" w:rsidRDefault="00BA21D8" w:rsidP="00BA4AEC">
      <w:pPr>
        <w:spacing w:after="240" w:line="288" w:lineRule="auto"/>
        <w:rPr>
          <w:rFonts w:ascii="Arial" w:hAnsi="Arial" w:cs="Arial"/>
          <w:sz w:val="24"/>
          <w:szCs w:val="28"/>
        </w:rPr>
      </w:pPr>
      <w:r>
        <w:rPr>
          <w:rFonts w:ascii="Arial" w:hAnsi="Arial" w:cs="Arial"/>
          <w:b/>
          <w:noProof/>
          <w:sz w:val="24"/>
          <w:szCs w:val="24"/>
        </w:rPr>
        <mc:AlternateContent>
          <mc:Choice Requires="wps">
            <w:drawing>
              <wp:inline distT="0" distB="0" distL="0" distR="0" wp14:anchorId="48A43CD5" wp14:editId="447E2BE7">
                <wp:extent cx="6339840" cy="7591245"/>
                <wp:effectExtent l="0" t="0" r="3810" b="0"/>
                <wp:docPr id="2016434135" name="Text Box 2"/>
                <wp:cNvGraphicFramePr/>
                <a:graphic xmlns:a="http://schemas.openxmlformats.org/drawingml/2006/main">
                  <a:graphicData uri="http://schemas.microsoft.com/office/word/2010/wordprocessingShape">
                    <wps:wsp>
                      <wps:cNvSpPr txBox="1"/>
                      <wps:spPr>
                        <a:xfrm>
                          <a:off x="0" y="0"/>
                          <a:ext cx="6339840" cy="7591245"/>
                        </a:xfrm>
                        <a:prstGeom prst="rect">
                          <a:avLst/>
                        </a:prstGeom>
                        <a:solidFill>
                          <a:srgbClr val="F0F7FA"/>
                        </a:solidFill>
                        <a:ln w="6350">
                          <a:noFill/>
                        </a:ln>
                      </wps:spPr>
                      <wps:txbx>
                        <w:txbxContent>
                          <w:p w14:paraId="09D3C29A" w14:textId="0C83493A" w:rsidR="002A2E26" w:rsidRPr="003B29D5" w:rsidRDefault="00ED6540" w:rsidP="002A2E26">
                            <w:pPr>
                              <w:rPr>
                                <w:sz w:val="22"/>
                                <w:szCs w:val="24"/>
                              </w:rPr>
                            </w:pPr>
                            <w:r w:rsidRPr="003B29D5">
                              <w:rPr>
                                <w:b/>
                                <w:bCs/>
                                <w:sz w:val="22"/>
                                <w:szCs w:val="24"/>
                              </w:rPr>
                              <w:t xml:space="preserve">List </w:t>
                            </w:r>
                            <w:r w:rsidR="008A00EC" w:rsidRPr="003B29D5">
                              <w:rPr>
                                <w:b/>
                                <w:bCs/>
                                <w:sz w:val="22"/>
                                <w:szCs w:val="24"/>
                              </w:rPr>
                              <w:t xml:space="preserve">stories and </w:t>
                            </w:r>
                            <w:r w:rsidRPr="003B29D5">
                              <w:rPr>
                                <w:b/>
                                <w:bCs/>
                                <w:sz w:val="22"/>
                                <w:szCs w:val="24"/>
                              </w:rPr>
                              <w:t xml:space="preserve">examples </w:t>
                            </w:r>
                            <w:r w:rsidR="003B29D5" w:rsidRPr="003B29D5">
                              <w:rPr>
                                <w:b/>
                                <w:bCs/>
                                <w:sz w:val="22"/>
                                <w:szCs w:val="24"/>
                              </w:rPr>
                              <w:t>of this criterion showing up for you in visible ways</w:t>
                            </w:r>
                            <w:r w:rsidRPr="003B29D5">
                              <w:rPr>
                                <w:b/>
                                <w:bCs/>
                                <w:sz w:val="22"/>
                                <w:szCs w:val="24"/>
                              </w:rPr>
                              <w:t xml:space="preserve"> from </w:t>
                            </w:r>
                            <w:r w:rsidR="003B29D5">
                              <w:rPr>
                                <w:b/>
                                <w:bCs/>
                                <w:sz w:val="22"/>
                                <w:szCs w:val="24"/>
                              </w:rPr>
                              <w:t>early life through adolescence</w:t>
                            </w:r>
                            <w:r w:rsidR="008A00EC" w:rsidRPr="003B29D5">
                              <w:rPr>
                                <w:b/>
                                <w:bCs/>
                                <w:sz w:val="22"/>
                                <w:szCs w:val="24"/>
                              </w:rPr>
                              <w:t>.</w:t>
                            </w:r>
                            <w:r w:rsidR="008A00EC" w:rsidRPr="003B29D5">
                              <w:rPr>
                                <w:sz w:val="22"/>
                                <w:szCs w:val="24"/>
                              </w:rPr>
                              <w:t xml:space="preserve"> There is no such thing as too many.</w:t>
                            </w:r>
                          </w:p>
                          <w:p w14:paraId="68681EE0" w14:textId="77777777" w:rsidR="003B29D5" w:rsidRDefault="003B29D5" w:rsidP="002A2E26">
                            <w:pPr>
                              <w:rPr>
                                <w:sz w:val="22"/>
                                <w:szCs w:val="24"/>
                              </w:rPr>
                            </w:pPr>
                          </w:p>
                          <w:p w14:paraId="1A93C751" w14:textId="77777777" w:rsidR="003B29D5" w:rsidRPr="003B29D5" w:rsidRDefault="003B29D5" w:rsidP="002A2E26">
                            <w:pPr>
                              <w:rPr>
                                <w:sz w:val="22"/>
                                <w:szCs w:val="24"/>
                              </w:rPr>
                            </w:pPr>
                          </w:p>
                          <w:p w14:paraId="47D93057" w14:textId="77777777" w:rsidR="003B29D5" w:rsidRDefault="003B29D5" w:rsidP="002A2E26">
                            <w:pPr>
                              <w:rPr>
                                <w:sz w:val="22"/>
                                <w:szCs w:val="24"/>
                              </w:rPr>
                            </w:pPr>
                          </w:p>
                          <w:p w14:paraId="682EED2C" w14:textId="77777777" w:rsidR="00B04C6F" w:rsidRPr="003B29D5" w:rsidRDefault="00B04C6F" w:rsidP="002A2E26">
                            <w:pPr>
                              <w:rPr>
                                <w:sz w:val="22"/>
                                <w:szCs w:val="24"/>
                              </w:rPr>
                            </w:pPr>
                          </w:p>
                          <w:p w14:paraId="5D5C0C04" w14:textId="77777777" w:rsidR="003B29D5" w:rsidRPr="003B29D5" w:rsidRDefault="003B29D5" w:rsidP="002A2E26">
                            <w:pPr>
                              <w:rPr>
                                <w:sz w:val="22"/>
                                <w:szCs w:val="24"/>
                              </w:rPr>
                            </w:pPr>
                          </w:p>
                          <w:p w14:paraId="25C0AFD0" w14:textId="6CA08723" w:rsidR="003B29D5" w:rsidRPr="003B29D5" w:rsidRDefault="003B29D5" w:rsidP="002A2E26">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41D77FAC" w14:textId="77777777" w:rsidR="003B29D5" w:rsidRPr="003B29D5" w:rsidRDefault="003B29D5" w:rsidP="002A2E26">
                            <w:pPr>
                              <w:rPr>
                                <w:sz w:val="22"/>
                                <w:szCs w:val="24"/>
                              </w:rPr>
                            </w:pPr>
                          </w:p>
                          <w:p w14:paraId="29699432" w14:textId="77777777" w:rsidR="003B29D5" w:rsidRDefault="003B29D5" w:rsidP="002A2E26">
                            <w:pPr>
                              <w:rPr>
                                <w:sz w:val="22"/>
                                <w:szCs w:val="24"/>
                              </w:rPr>
                            </w:pPr>
                          </w:p>
                          <w:p w14:paraId="56CFD95F" w14:textId="77777777" w:rsidR="003B29D5" w:rsidRDefault="003B29D5" w:rsidP="002A2E26">
                            <w:pPr>
                              <w:rPr>
                                <w:sz w:val="22"/>
                                <w:szCs w:val="24"/>
                              </w:rPr>
                            </w:pPr>
                          </w:p>
                          <w:p w14:paraId="00B4DE2B" w14:textId="77777777" w:rsidR="003B29D5" w:rsidRPr="003B29D5" w:rsidRDefault="003B29D5" w:rsidP="002A2E26">
                            <w:pPr>
                              <w:rPr>
                                <w:sz w:val="22"/>
                                <w:szCs w:val="24"/>
                              </w:rPr>
                            </w:pPr>
                          </w:p>
                          <w:p w14:paraId="4A7C2A28" w14:textId="77777777" w:rsidR="003B29D5" w:rsidRPr="003B29D5" w:rsidRDefault="003B29D5" w:rsidP="002A2E26">
                            <w:pPr>
                              <w:rPr>
                                <w:sz w:val="22"/>
                                <w:szCs w:val="24"/>
                              </w:rPr>
                            </w:pPr>
                          </w:p>
                          <w:p w14:paraId="374959CA" w14:textId="1ED6F5AA" w:rsidR="003B29D5" w:rsidRPr="003B29D5" w:rsidRDefault="003B29D5" w:rsidP="002A2E26">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sidR="00A7113C">
                              <w:rPr>
                                <w:sz w:val="22"/>
                                <w:szCs w:val="24"/>
                              </w:rPr>
                              <w:t>s</w:t>
                            </w:r>
                            <w:r w:rsidRPr="003B29D5">
                              <w:rPr>
                                <w:sz w:val="22"/>
                                <w:szCs w:val="24"/>
                              </w:rPr>
                              <w:t xml:space="preserve"> </w:t>
                            </w:r>
                            <w:r w:rsidR="00A7113C">
                              <w:rPr>
                                <w:sz w:val="22"/>
                                <w:szCs w:val="24"/>
                              </w:rPr>
                              <w:t>were</w:t>
                            </w:r>
                            <w:proofErr w:type="gramEnd"/>
                            <w:r w:rsidRPr="003B29D5">
                              <w:rPr>
                                <w:sz w:val="22"/>
                                <w:szCs w:val="24"/>
                              </w:rPr>
                              <w:t xml:space="preserve"> inaccessible whenever possible. </w:t>
                            </w:r>
                          </w:p>
                          <w:p w14:paraId="42F6A5C2" w14:textId="77777777" w:rsidR="003B29D5" w:rsidRDefault="003B29D5" w:rsidP="002A2E26">
                            <w:pPr>
                              <w:rPr>
                                <w:sz w:val="22"/>
                                <w:szCs w:val="24"/>
                              </w:rPr>
                            </w:pPr>
                          </w:p>
                          <w:p w14:paraId="7F295E3C" w14:textId="77777777" w:rsidR="003B29D5" w:rsidRDefault="003B29D5" w:rsidP="002A2E26">
                            <w:pPr>
                              <w:rPr>
                                <w:sz w:val="22"/>
                                <w:szCs w:val="24"/>
                              </w:rPr>
                            </w:pPr>
                          </w:p>
                          <w:p w14:paraId="3B7370BE" w14:textId="77777777" w:rsidR="003B29D5" w:rsidRDefault="003B29D5" w:rsidP="002A2E26">
                            <w:pPr>
                              <w:rPr>
                                <w:sz w:val="22"/>
                                <w:szCs w:val="24"/>
                              </w:rPr>
                            </w:pPr>
                          </w:p>
                          <w:p w14:paraId="11C9B44E" w14:textId="77777777" w:rsidR="003B29D5" w:rsidRDefault="003B29D5" w:rsidP="002A2E26">
                            <w:pPr>
                              <w:rPr>
                                <w:sz w:val="22"/>
                                <w:szCs w:val="24"/>
                              </w:rPr>
                            </w:pPr>
                          </w:p>
                          <w:p w14:paraId="4254E1B2" w14:textId="77777777" w:rsidR="003B29D5" w:rsidRPr="003B29D5" w:rsidRDefault="003B29D5" w:rsidP="002A2E26">
                            <w:pPr>
                              <w:rPr>
                                <w:sz w:val="22"/>
                                <w:szCs w:val="24"/>
                              </w:rPr>
                            </w:pPr>
                          </w:p>
                          <w:p w14:paraId="795E4EE4" w14:textId="77777777" w:rsidR="003B29D5" w:rsidRPr="003B29D5" w:rsidRDefault="003B29D5" w:rsidP="002A2E26">
                            <w:pPr>
                              <w:rPr>
                                <w:sz w:val="22"/>
                                <w:szCs w:val="24"/>
                              </w:rPr>
                            </w:pPr>
                          </w:p>
                          <w:p w14:paraId="15E0DC5A" w14:textId="7F9EE4DC" w:rsidR="003B29D5" w:rsidRPr="003B29D5" w:rsidRDefault="003B29D5" w:rsidP="002A2E26">
                            <w:pPr>
                              <w:rPr>
                                <w:b/>
                                <w:bCs/>
                                <w:sz w:val="22"/>
                                <w:szCs w:val="24"/>
                              </w:rPr>
                            </w:pPr>
                            <w:r w:rsidRPr="003B29D5">
                              <w:rPr>
                                <w:b/>
                                <w:bCs/>
                                <w:sz w:val="22"/>
                                <w:szCs w:val="24"/>
                              </w:rPr>
                              <w:t xml:space="preserve">List examples of how this criterion meaningfully impacted you or caused impairment in your daily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8A43CD5" id="_x0000_s1032" type="#_x0000_t202" style="width:499.2pt;height:59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" fillcolor="#f0f7fa" stroked="f" strokeweight=".5pt">
                <v:textbox>
                  <w:txbxContent>
                    <w:p w14:paraId="09D3C29A" w14:textId="0C83493A" w:rsidR="002A2E26" w:rsidRPr="003B29D5" w:rsidRDefault="00ED6540" w:rsidP="002A2E26">
                      <w:pPr>
                        <w:rPr>
                          <w:sz w:val="22"/>
                          <w:szCs w:val="24"/>
                        </w:rPr>
                      </w:pPr>
                      <w:r w:rsidRPr="003B29D5">
                        <w:rPr>
                          <w:b/>
                          <w:bCs/>
                          <w:sz w:val="22"/>
                          <w:szCs w:val="24"/>
                        </w:rPr>
                        <w:t xml:space="preserve">List </w:t>
                      </w:r>
                      <w:r w:rsidR="008A00EC" w:rsidRPr="003B29D5">
                        <w:rPr>
                          <w:b/>
                          <w:bCs/>
                          <w:sz w:val="22"/>
                          <w:szCs w:val="24"/>
                        </w:rPr>
                        <w:t xml:space="preserve">stories and </w:t>
                      </w:r>
                      <w:r w:rsidRPr="003B29D5">
                        <w:rPr>
                          <w:b/>
                          <w:bCs/>
                          <w:sz w:val="22"/>
                          <w:szCs w:val="24"/>
                        </w:rPr>
                        <w:t xml:space="preserve">examples </w:t>
                      </w:r>
                      <w:r w:rsidR="003B29D5" w:rsidRPr="003B29D5">
                        <w:rPr>
                          <w:b/>
                          <w:bCs/>
                          <w:sz w:val="22"/>
                          <w:szCs w:val="24"/>
                        </w:rPr>
                        <w:t>of this criterion showing up for you in visible ways</w:t>
                      </w:r>
                      <w:r w:rsidRPr="003B29D5">
                        <w:rPr>
                          <w:b/>
                          <w:bCs/>
                          <w:sz w:val="22"/>
                          <w:szCs w:val="24"/>
                        </w:rPr>
                        <w:t xml:space="preserve"> from </w:t>
                      </w:r>
                      <w:r w:rsidR="003B29D5">
                        <w:rPr>
                          <w:b/>
                          <w:bCs/>
                          <w:sz w:val="22"/>
                          <w:szCs w:val="24"/>
                        </w:rPr>
                        <w:t>early life through adolescence</w:t>
                      </w:r>
                      <w:r w:rsidR="008A00EC" w:rsidRPr="003B29D5">
                        <w:rPr>
                          <w:b/>
                          <w:bCs/>
                          <w:sz w:val="22"/>
                          <w:szCs w:val="24"/>
                        </w:rPr>
                        <w:t>.</w:t>
                      </w:r>
                      <w:r w:rsidR="008A00EC" w:rsidRPr="003B29D5">
                        <w:rPr>
                          <w:sz w:val="22"/>
                          <w:szCs w:val="24"/>
                        </w:rPr>
                        <w:t xml:space="preserve"> There is no such thing as too many.</w:t>
                      </w:r>
                    </w:p>
                    <w:p w14:paraId="68681EE0" w14:textId="77777777" w:rsidR="003B29D5" w:rsidRDefault="003B29D5" w:rsidP="002A2E26">
                      <w:pPr>
                        <w:rPr>
                          <w:sz w:val="22"/>
                          <w:szCs w:val="24"/>
                        </w:rPr>
                      </w:pPr>
                    </w:p>
                    <w:p w14:paraId="1A93C751" w14:textId="77777777" w:rsidR="003B29D5" w:rsidRPr="003B29D5" w:rsidRDefault="003B29D5" w:rsidP="002A2E26">
                      <w:pPr>
                        <w:rPr>
                          <w:sz w:val="22"/>
                          <w:szCs w:val="24"/>
                        </w:rPr>
                      </w:pPr>
                    </w:p>
                    <w:p w14:paraId="47D93057" w14:textId="77777777" w:rsidR="003B29D5" w:rsidRDefault="003B29D5" w:rsidP="002A2E26">
                      <w:pPr>
                        <w:rPr>
                          <w:sz w:val="22"/>
                          <w:szCs w:val="24"/>
                        </w:rPr>
                      </w:pPr>
                    </w:p>
                    <w:p w14:paraId="682EED2C" w14:textId="77777777" w:rsidR="00B04C6F" w:rsidRPr="003B29D5" w:rsidRDefault="00B04C6F" w:rsidP="002A2E26">
                      <w:pPr>
                        <w:rPr>
                          <w:sz w:val="22"/>
                          <w:szCs w:val="24"/>
                        </w:rPr>
                      </w:pPr>
                    </w:p>
                    <w:p w14:paraId="5D5C0C04" w14:textId="77777777" w:rsidR="003B29D5" w:rsidRPr="003B29D5" w:rsidRDefault="003B29D5" w:rsidP="002A2E26">
                      <w:pPr>
                        <w:rPr>
                          <w:sz w:val="22"/>
                          <w:szCs w:val="24"/>
                        </w:rPr>
                      </w:pPr>
                    </w:p>
                    <w:p w14:paraId="25C0AFD0" w14:textId="6CA08723" w:rsidR="003B29D5" w:rsidRPr="003B29D5" w:rsidRDefault="003B29D5" w:rsidP="002A2E26">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41D77FAC" w14:textId="77777777" w:rsidR="003B29D5" w:rsidRPr="003B29D5" w:rsidRDefault="003B29D5" w:rsidP="002A2E26">
                      <w:pPr>
                        <w:rPr>
                          <w:sz w:val="22"/>
                          <w:szCs w:val="24"/>
                        </w:rPr>
                      </w:pPr>
                    </w:p>
                    <w:p w14:paraId="29699432" w14:textId="77777777" w:rsidR="003B29D5" w:rsidRDefault="003B29D5" w:rsidP="002A2E26">
                      <w:pPr>
                        <w:rPr>
                          <w:sz w:val="22"/>
                          <w:szCs w:val="24"/>
                        </w:rPr>
                      </w:pPr>
                    </w:p>
                    <w:p w14:paraId="56CFD95F" w14:textId="77777777" w:rsidR="003B29D5" w:rsidRDefault="003B29D5" w:rsidP="002A2E26">
                      <w:pPr>
                        <w:rPr>
                          <w:sz w:val="22"/>
                          <w:szCs w:val="24"/>
                        </w:rPr>
                      </w:pPr>
                    </w:p>
                    <w:p w14:paraId="00B4DE2B" w14:textId="77777777" w:rsidR="003B29D5" w:rsidRPr="003B29D5" w:rsidRDefault="003B29D5" w:rsidP="002A2E26">
                      <w:pPr>
                        <w:rPr>
                          <w:sz w:val="22"/>
                          <w:szCs w:val="24"/>
                        </w:rPr>
                      </w:pPr>
                    </w:p>
                    <w:p w14:paraId="4A7C2A28" w14:textId="77777777" w:rsidR="003B29D5" w:rsidRPr="003B29D5" w:rsidRDefault="003B29D5" w:rsidP="002A2E26">
                      <w:pPr>
                        <w:rPr>
                          <w:sz w:val="22"/>
                          <w:szCs w:val="24"/>
                        </w:rPr>
                      </w:pPr>
                    </w:p>
                    <w:p w14:paraId="374959CA" w14:textId="1ED6F5AA" w:rsidR="003B29D5" w:rsidRPr="003B29D5" w:rsidRDefault="003B29D5" w:rsidP="002A2E26">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sidR="00A7113C">
                        <w:rPr>
                          <w:sz w:val="22"/>
                          <w:szCs w:val="24"/>
                        </w:rPr>
                        <w:t>s</w:t>
                      </w:r>
                      <w:r w:rsidRPr="003B29D5">
                        <w:rPr>
                          <w:sz w:val="22"/>
                          <w:szCs w:val="24"/>
                        </w:rPr>
                        <w:t xml:space="preserve"> </w:t>
                      </w:r>
                      <w:r w:rsidR="00A7113C">
                        <w:rPr>
                          <w:sz w:val="22"/>
                          <w:szCs w:val="24"/>
                        </w:rPr>
                        <w:t>were</w:t>
                      </w:r>
                      <w:proofErr w:type="gramEnd"/>
                      <w:r w:rsidRPr="003B29D5">
                        <w:rPr>
                          <w:sz w:val="22"/>
                          <w:szCs w:val="24"/>
                        </w:rPr>
                        <w:t xml:space="preserve"> inaccessible whenever possible. </w:t>
                      </w:r>
                    </w:p>
                    <w:p w14:paraId="42F6A5C2" w14:textId="77777777" w:rsidR="003B29D5" w:rsidRDefault="003B29D5" w:rsidP="002A2E26">
                      <w:pPr>
                        <w:rPr>
                          <w:sz w:val="22"/>
                          <w:szCs w:val="24"/>
                        </w:rPr>
                      </w:pPr>
                    </w:p>
                    <w:p w14:paraId="7F295E3C" w14:textId="77777777" w:rsidR="003B29D5" w:rsidRDefault="003B29D5" w:rsidP="002A2E26">
                      <w:pPr>
                        <w:rPr>
                          <w:sz w:val="22"/>
                          <w:szCs w:val="24"/>
                        </w:rPr>
                      </w:pPr>
                    </w:p>
                    <w:p w14:paraId="3B7370BE" w14:textId="77777777" w:rsidR="003B29D5" w:rsidRDefault="003B29D5" w:rsidP="002A2E26">
                      <w:pPr>
                        <w:rPr>
                          <w:sz w:val="22"/>
                          <w:szCs w:val="24"/>
                        </w:rPr>
                      </w:pPr>
                    </w:p>
                    <w:p w14:paraId="11C9B44E" w14:textId="77777777" w:rsidR="003B29D5" w:rsidRDefault="003B29D5" w:rsidP="002A2E26">
                      <w:pPr>
                        <w:rPr>
                          <w:sz w:val="22"/>
                          <w:szCs w:val="24"/>
                        </w:rPr>
                      </w:pPr>
                    </w:p>
                    <w:p w14:paraId="4254E1B2" w14:textId="77777777" w:rsidR="003B29D5" w:rsidRPr="003B29D5" w:rsidRDefault="003B29D5" w:rsidP="002A2E26">
                      <w:pPr>
                        <w:rPr>
                          <w:sz w:val="22"/>
                          <w:szCs w:val="24"/>
                        </w:rPr>
                      </w:pPr>
                    </w:p>
                    <w:p w14:paraId="795E4EE4" w14:textId="77777777" w:rsidR="003B29D5" w:rsidRPr="003B29D5" w:rsidRDefault="003B29D5" w:rsidP="002A2E26">
                      <w:pPr>
                        <w:rPr>
                          <w:sz w:val="22"/>
                          <w:szCs w:val="24"/>
                        </w:rPr>
                      </w:pPr>
                    </w:p>
                    <w:p w14:paraId="15E0DC5A" w14:textId="7F9EE4DC" w:rsidR="003B29D5" w:rsidRPr="003B29D5" w:rsidRDefault="003B29D5" w:rsidP="002A2E26">
                      <w:pPr>
                        <w:rPr>
                          <w:b/>
                          <w:bCs/>
                          <w:sz w:val="22"/>
                          <w:szCs w:val="24"/>
                        </w:rPr>
                      </w:pPr>
                      <w:r w:rsidRPr="003B29D5">
                        <w:rPr>
                          <w:b/>
                          <w:bCs/>
                          <w:sz w:val="22"/>
                          <w:szCs w:val="24"/>
                        </w:rPr>
                        <w:t xml:space="preserve">List examples of how this criterion meaningfully impacted you or caused impairment in your daily life. </w:t>
                      </w:r>
                    </w:p>
                  </w:txbxContent>
                </v:textbox>
                <w10:anchorlock/>
              </v:shape>
            </w:pict>
          </mc:Fallback>
        </mc:AlternateContent>
      </w:r>
    </w:p>
    <w:p w14:paraId="2061F543" w14:textId="77777777" w:rsidR="00110C1C" w:rsidRPr="00110C1C" w:rsidRDefault="00110C1C" w:rsidP="00110C1C">
      <w:pPr>
        <w:spacing w:after="240" w:line="240" w:lineRule="auto"/>
        <w:rPr>
          <w:rFonts w:ascii="Arial" w:hAnsi="Arial" w:cs="Arial"/>
          <w:i/>
          <w:iCs/>
          <w:color w:val="1F497D" w:themeColor="text2"/>
          <w:sz w:val="24"/>
          <w:szCs w:val="24"/>
        </w:rPr>
      </w:pPr>
      <w:r w:rsidRPr="00110C1C">
        <w:rPr>
          <w:rFonts w:ascii="Arial" w:hAnsi="Arial" w:cs="Arial"/>
          <w:i/>
          <w:iCs/>
          <w:color w:val="1F497D" w:themeColor="text2"/>
          <w:sz w:val="24"/>
          <w:szCs w:val="24"/>
        </w:rPr>
        <w:t xml:space="preserve">You can </w:t>
      </w:r>
      <w:r w:rsidRPr="00110C1C">
        <w:rPr>
          <w:rFonts w:ascii="Arial" w:hAnsi="Arial" w:cs="Arial"/>
          <w:b/>
          <w:bCs/>
          <w:i/>
          <w:iCs/>
          <w:color w:val="1F497D" w:themeColor="text2"/>
          <w:sz w:val="24"/>
          <w:szCs w:val="24"/>
        </w:rPr>
        <w:t>type directly into the file on a computer</w:t>
      </w:r>
      <w:r w:rsidRPr="00110C1C">
        <w:rPr>
          <w:rFonts w:ascii="Arial" w:hAnsi="Arial" w:cs="Arial"/>
          <w:i/>
          <w:iCs/>
          <w:color w:val="1F497D" w:themeColor="text2"/>
          <w:sz w:val="24"/>
          <w:szCs w:val="24"/>
        </w:rPr>
        <w:t xml:space="preserve"> or print it and write with pen/pencil if that works better for you. Use the backsides of the pages for extra writing room if you need it.</w:t>
      </w:r>
    </w:p>
    <w:p w14:paraId="45A4E390" w14:textId="77777777" w:rsidR="00B04C6F" w:rsidRPr="00BA4AEC" w:rsidRDefault="00B04C6F" w:rsidP="00B04C6F">
      <w:pPr>
        <w:pStyle w:val="Heading5"/>
        <w:spacing w:after="240"/>
        <w:rPr>
          <w:rFonts w:ascii="Arial" w:hAnsi="Arial" w:cs="Arial"/>
          <w:b/>
          <w:bCs/>
          <w:color w:val="8064A2" w:themeColor="accent4"/>
          <w:sz w:val="22"/>
          <w:szCs w:val="24"/>
        </w:rPr>
      </w:pPr>
      <w:bookmarkStart w:id="0" w:name="_Hlk120525695"/>
      <w:r>
        <w:rPr>
          <w:rFonts w:ascii="Arial" w:hAnsi="Arial" w:cs="Arial"/>
          <w:b/>
          <w:bCs/>
          <w:color w:val="8064A2" w:themeColor="accent4"/>
          <w:sz w:val="22"/>
          <w:szCs w:val="24"/>
        </w:rPr>
        <w:lastRenderedPageBreak/>
        <w:t>Your Examples: E</w:t>
      </w:r>
      <w:r w:rsidRPr="00BA4AEC">
        <w:rPr>
          <w:rFonts w:ascii="Arial" w:hAnsi="Arial" w:cs="Arial"/>
          <w:b/>
          <w:bCs/>
          <w:color w:val="8064A2" w:themeColor="accent4"/>
          <w:sz w:val="22"/>
          <w:szCs w:val="24"/>
        </w:rPr>
        <w:t xml:space="preserve">arly adulthood through present </w:t>
      </w:r>
    </w:p>
    <w:p w14:paraId="61BADC15" w14:textId="77777777" w:rsidR="00B04C6F" w:rsidRDefault="00B04C6F" w:rsidP="00B04C6F">
      <w:pPr>
        <w:spacing w:after="200"/>
        <w:rPr>
          <w:rFonts w:ascii="Arial" w:eastAsiaTheme="majorEastAsia" w:hAnsi="Arial" w:cs="Arial"/>
          <w:b/>
          <w:bCs/>
          <w:color w:val="0070C0"/>
          <w:sz w:val="24"/>
          <w:szCs w:val="28"/>
        </w:rPr>
      </w:pPr>
      <w:r>
        <w:rPr>
          <w:rFonts w:ascii="Arial" w:hAnsi="Arial" w:cs="Arial"/>
          <w:b/>
          <w:noProof/>
          <w:sz w:val="24"/>
          <w:szCs w:val="24"/>
        </w:rPr>
        <mc:AlternateContent>
          <mc:Choice Requires="wps">
            <w:drawing>
              <wp:inline distT="0" distB="0" distL="0" distR="0" wp14:anchorId="289136BA" wp14:editId="67FC7CC0">
                <wp:extent cx="6339840" cy="7705725"/>
                <wp:effectExtent l="0" t="0" r="3810" b="9525"/>
                <wp:docPr id="119433079" name="Text Box 2"/>
                <wp:cNvGraphicFramePr/>
                <a:graphic xmlns:a="http://schemas.openxmlformats.org/drawingml/2006/main">
                  <a:graphicData uri="http://schemas.microsoft.com/office/word/2010/wordprocessingShape">
                    <wps:wsp>
                      <wps:cNvSpPr txBox="1"/>
                      <wps:spPr>
                        <a:xfrm>
                          <a:off x="0" y="0"/>
                          <a:ext cx="6339840" cy="7705725"/>
                        </a:xfrm>
                        <a:prstGeom prst="rect">
                          <a:avLst/>
                        </a:prstGeom>
                        <a:solidFill>
                          <a:srgbClr val="F0F7FA"/>
                        </a:solidFill>
                        <a:ln w="6350">
                          <a:noFill/>
                        </a:ln>
                      </wps:spPr>
                      <wps:txbx>
                        <w:txbxContent>
                          <w:p w14:paraId="0DB66C5B" w14:textId="77777777" w:rsidR="00B04C6F" w:rsidRPr="003B29D5" w:rsidRDefault="00B04C6F" w:rsidP="00B04C6F">
                            <w:pPr>
                              <w:rPr>
                                <w:sz w:val="22"/>
                                <w:szCs w:val="24"/>
                              </w:rPr>
                            </w:pPr>
                            <w:r w:rsidRPr="003B29D5">
                              <w:rPr>
                                <w:b/>
                                <w:bCs/>
                                <w:sz w:val="22"/>
                                <w:szCs w:val="24"/>
                              </w:rPr>
                              <w:t xml:space="preserve">List stories and examples of this criterion showing up for you in visible ways from </w:t>
                            </w:r>
                            <w:r>
                              <w:rPr>
                                <w:b/>
                                <w:bCs/>
                                <w:sz w:val="22"/>
                                <w:szCs w:val="24"/>
                              </w:rPr>
                              <w:t>early adulthood through the present</w:t>
                            </w:r>
                            <w:r w:rsidRPr="003B29D5">
                              <w:rPr>
                                <w:b/>
                                <w:bCs/>
                                <w:sz w:val="22"/>
                                <w:szCs w:val="24"/>
                              </w:rPr>
                              <w:t>.</w:t>
                            </w:r>
                            <w:r w:rsidRPr="003B29D5">
                              <w:rPr>
                                <w:sz w:val="22"/>
                                <w:szCs w:val="24"/>
                              </w:rPr>
                              <w:t xml:space="preserve"> There is no such thing as too many.</w:t>
                            </w:r>
                          </w:p>
                          <w:p w14:paraId="2A679DB3" w14:textId="77777777" w:rsidR="00B04C6F" w:rsidRDefault="00B04C6F" w:rsidP="00B04C6F">
                            <w:pPr>
                              <w:rPr>
                                <w:sz w:val="22"/>
                                <w:szCs w:val="24"/>
                              </w:rPr>
                            </w:pPr>
                          </w:p>
                          <w:p w14:paraId="6419B02C" w14:textId="77777777" w:rsidR="00B04C6F" w:rsidRDefault="00B04C6F" w:rsidP="00B04C6F">
                            <w:pPr>
                              <w:rPr>
                                <w:sz w:val="22"/>
                                <w:szCs w:val="24"/>
                              </w:rPr>
                            </w:pPr>
                          </w:p>
                          <w:p w14:paraId="48886126" w14:textId="77777777" w:rsidR="00B04C6F" w:rsidRPr="003B29D5" w:rsidRDefault="00B04C6F" w:rsidP="00B04C6F">
                            <w:pPr>
                              <w:rPr>
                                <w:sz w:val="22"/>
                                <w:szCs w:val="24"/>
                              </w:rPr>
                            </w:pPr>
                          </w:p>
                          <w:p w14:paraId="1ACA9BB2" w14:textId="77777777" w:rsidR="00B04C6F" w:rsidRPr="003B29D5" w:rsidRDefault="00B04C6F" w:rsidP="00B04C6F">
                            <w:pPr>
                              <w:rPr>
                                <w:sz w:val="22"/>
                                <w:szCs w:val="24"/>
                              </w:rPr>
                            </w:pPr>
                          </w:p>
                          <w:p w14:paraId="34156987" w14:textId="77777777" w:rsidR="00B04C6F" w:rsidRPr="003B29D5" w:rsidRDefault="00B04C6F" w:rsidP="00B04C6F">
                            <w:pPr>
                              <w:rPr>
                                <w:sz w:val="22"/>
                                <w:szCs w:val="24"/>
                              </w:rPr>
                            </w:pPr>
                          </w:p>
                          <w:p w14:paraId="347E2AE6" w14:textId="77777777" w:rsidR="00B04C6F" w:rsidRPr="003B29D5" w:rsidRDefault="00B04C6F" w:rsidP="00B04C6F">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67407EA3" w14:textId="77777777" w:rsidR="00B04C6F" w:rsidRPr="003B29D5" w:rsidRDefault="00B04C6F" w:rsidP="00B04C6F">
                            <w:pPr>
                              <w:rPr>
                                <w:sz w:val="22"/>
                                <w:szCs w:val="24"/>
                              </w:rPr>
                            </w:pPr>
                          </w:p>
                          <w:p w14:paraId="30471F30" w14:textId="77777777" w:rsidR="00B04C6F" w:rsidRDefault="00B04C6F" w:rsidP="00B04C6F">
                            <w:pPr>
                              <w:rPr>
                                <w:sz w:val="22"/>
                                <w:szCs w:val="24"/>
                              </w:rPr>
                            </w:pPr>
                          </w:p>
                          <w:p w14:paraId="33844476" w14:textId="77777777" w:rsidR="00B04C6F" w:rsidRDefault="00B04C6F" w:rsidP="00B04C6F">
                            <w:pPr>
                              <w:rPr>
                                <w:sz w:val="22"/>
                                <w:szCs w:val="24"/>
                              </w:rPr>
                            </w:pPr>
                          </w:p>
                          <w:p w14:paraId="74433C67" w14:textId="77777777" w:rsidR="00B04C6F" w:rsidRDefault="00B04C6F" w:rsidP="00B04C6F">
                            <w:pPr>
                              <w:rPr>
                                <w:sz w:val="22"/>
                                <w:szCs w:val="24"/>
                              </w:rPr>
                            </w:pPr>
                          </w:p>
                          <w:p w14:paraId="52713DF1" w14:textId="77777777" w:rsidR="00B04C6F" w:rsidRPr="003B29D5" w:rsidRDefault="00B04C6F" w:rsidP="00B04C6F">
                            <w:pPr>
                              <w:rPr>
                                <w:sz w:val="22"/>
                                <w:szCs w:val="24"/>
                              </w:rPr>
                            </w:pPr>
                          </w:p>
                          <w:p w14:paraId="5D623093" w14:textId="77777777" w:rsidR="00B04C6F" w:rsidRPr="003B29D5" w:rsidRDefault="00B04C6F" w:rsidP="00B04C6F">
                            <w:pPr>
                              <w:rPr>
                                <w:sz w:val="22"/>
                                <w:szCs w:val="24"/>
                              </w:rPr>
                            </w:pPr>
                          </w:p>
                          <w:p w14:paraId="1AEE5211" w14:textId="77777777" w:rsidR="00B04C6F" w:rsidRPr="003B29D5" w:rsidRDefault="00B04C6F" w:rsidP="00B04C6F">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inaccessible whenever possible. </w:t>
                            </w:r>
                          </w:p>
                          <w:p w14:paraId="43CF27C6" w14:textId="77777777" w:rsidR="00B04C6F" w:rsidRDefault="00B04C6F" w:rsidP="00B04C6F">
                            <w:pPr>
                              <w:rPr>
                                <w:sz w:val="22"/>
                                <w:szCs w:val="24"/>
                              </w:rPr>
                            </w:pPr>
                          </w:p>
                          <w:p w14:paraId="7D35A959" w14:textId="77777777" w:rsidR="00B04C6F" w:rsidRDefault="00B04C6F" w:rsidP="00B04C6F">
                            <w:pPr>
                              <w:rPr>
                                <w:sz w:val="22"/>
                                <w:szCs w:val="24"/>
                              </w:rPr>
                            </w:pPr>
                          </w:p>
                          <w:p w14:paraId="0EAEB40B" w14:textId="77777777" w:rsidR="00B04C6F" w:rsidRDefault="00B04C6F" w:rsidP="00B04C6F">
                            <w:pPr>
                              <w:rPr>
                                <w:sz w:val="22"/>
                                <w:szCs w:val="24"/>
                              </w:rPr>
                            </w:pPr>
                          </w:p>
                          <w:p w14:paraId="5F3DD573" w14:textId="77777777" w:rsidR="00B04C6F" w:rsidRDefault="00B04C6F" w:rsidP="00B04C6F">
                            <w:pPr>
                              <w:rPr>
                                <w:sz w:val="22"/>
                                <w:szCs w:val="24"/>
                              </w:rPr>
                            </w:pPr>
                          </w:p>
                          <w:p w14:paraId="6232733E" w14:textId="77777777" w:rsidR="00B04C6F" w:rsidRPr="003B29D5" w:rsidRDefault="00B04C6F" w:rsidP="00B04C6F">
                            <w:pPr>
                              <w:rPr>
                                <w:sz w:val="22"/>
                                <w:szCs w:val="24"/>
                              </w:rPr>
                            </w:pPr>
                          </w:p>
                          <w:p w14:paraId="447C02E4" w14:textId="77777777" w:rsidR="00B04C6F" w:rsidRPr="003B29D5" w:rsidRDefault="00B04C6F" w:rsidP="00B04C6F">
                            <w:pPr>
                              <w:rPr>
                                <w:sz w:val="22"/>
                                <w:szCs w:val="24"/>
                              </w:rPr>
                            </w:pPr>
                          </w:p>
                          <w:p w14:paraId="6487B7D9" w14:textId="77777777" w:rsidR="00B04C6F" w:rsidRPr="003B29D5" w:rsidRDefault="00B04C6F" w:rsidP="00B04C6F">
                            <w:pPr>
                              <w:rPr>
                                <w:b/>
                                <w:bCs/>
                                <w:sz w:val="22"/>
                                <w:szCs w:val="24"/>
                              </w:rPr>
                            </w:pPr>
                            <w:r w:rsidRPr="003B29D5">
                              <w:rPr>
                                <w:b/>
                                <w:bCs/>
                                <w:sz w:val="22"/>
                                <w:szCs w:val="24"/>
                              </w:rPr>
                              <w:t xml:space="preserve">List examples of how this criterion meaningfully impacted you or caused impairment in your daily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89136BA" id="_x0000_s1033" type="#_x0000_t202" style="width:499.2pt;height:60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" fillcolor="#f0f7fa" stroked="f" strokeweight=".5pt">
                <v:textbox>
                  <w:txbxContent>
                    <w:p w14:paraId="0DB66C5B" w14:textId="77777777" w:rsidR="00B04C6F" w:rsidRPr="003B29D5" w:rsidRDefault="00B04C6F" w:rsidP="00B04C6F">
                      <w:pPr>
                        <w:rPr>
                          <w:sz w:val="22"/>
                          <w:szCs w:val="24"/>
                        </w:rPr>
                      </w:pPr>
                      <w:r w:rsidRPr="003B29D5">
                        <w:rPr>
                          <w:b/>
                          <w:bCs/>
                          <w:sz w:val="22"/>
                          <w:szCs w:val="24"/>
                        </w:rPr>
                        <w:t xml:space="preserve">List stories and examples of this criterion showing up for you in visible ways from </w:t>
                      </w:r>
                      <w:r>
                        <w:rPr>
                          <w:b/>
                          <w:bCs/>
                          <w:sz w:val="22"/>
                          <w:szCs w:val="24"/>
                        </w:rPr>
                        <w:t>early adulthood through the present</w:t>
                      </w:r>
                      <w:r w:rsidRPr="003B29D5">
                        <w:rPr>
                          <w:b/>
                          <w:bCs/>
                          <w:sz w:val="22"/>
                          <w:szCs w:val="24"/>
                        </w:rPr>
                        <w:t>.</w:t>
                      </w:r>
                      <w:r w:rsidRPr="003B29D5">
                        <w:rPr>
                          <w:sz w:val="22"/>
                          <w:szCs w:val="24"/>
                        </w:rPr>
                        <w:t xml:space="preserve"> There is no such thing as too many.</w:t>
                      </w:r>
                    </w:p>
                    <w:p w14:paraId="2A679DB3" w14:textId="77777777" w:rsidR="00B04C6F" w:rsidRDefault="00B04C6F" w:rsidP="00B04C6F">
                      <w:pPr>
                        <w:rPr>
                          <w:sz w:val="22"/>
                          <w:szCs w:val="24"/>
                        </w:rPr>
                      </w:pPr>
                    </w:p>
                    <w:p w14:paraId="6419B02C" w14:textId="77777777" w:rsidR="00B04C6F" w:rsidRDefault="00B04C6F" w:rsidP="00B04C6F">
                      <w:pPr>
                        <w:rPr>
                          <w:sz w:val="22"/>
                          <w:szCs w:val="24"/>
                        </w:rPr>
                      </w:pPr>
                    </w:p>
                    <w:p w14:paraId="48886126" w14:textId="77777777" w:rsidR="00B04C6F" w:rsidRPr="003B29D5" w:rsidRDefault="00B04C6F" w:rsidP="00B04C6F">
                      <w:pPr>
                        <w:rPr>
                          <w:sz w:val="22"/>
                          <w:szCs w:val="24"/>
                        </w:rPr>
                      </w:pPr>
                    </w:p>
                    <w:p w14:paraId="1ACA9BB2" w14:textId="77777777" w:rsidR="00B04C6F" w:rsidRPr="003B29D5" w:rsidRDefault="00B04C6F" w:rsidP="00B04C6F">
                      <w:pPr>
                        <w:rPr>
                          <w:sz w:val="22"/>
                          <w:szCs w:val="24"/>
                        </w:rPr>
                      </w:pPr>
                    </w:p>
                    <w:p w14:paraId="34156987" w14:textId="77777777" w:rsidR="00B04C6F" w:rsidRPr="003B29D5" w:rsidRDefault="00B04C6F" w:rsidP="00B04C6F">
                      <w:pPr>
                        <w:rPr>
                          <w:sz w:val="22"/>
                          <w:szCs w:val="24"/>
                        </w:rPr>
                      </w:pPr>
                    </w:p>
                    <w:p w14:paraId="347E2AE6" w14:textId="77777777" w:rsidR="00B04C6F" w:rsidRPr="003B29D5" w:rsidRDefault="00B04C6F" w:rsidP="00B04C6F">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67407EA3" w14:textId="77777777" w:rsidR="00B04C6F" w:rsidRPr="003B29D5" w:rsidRDefault="00B04C6F" w:rsidP="00B04C6F">
                      <w:pPr>
                        <w:rPr>
                          <w:sz w:val="22"/>
                          <w:szCs w:val="24"/>
                        </w:rPr>
                      </w:pPr>
                    </w:p>
                    <w:p w14:paraId="30471F30" w14:textId="77777777" w:rsidR="00B04C6F" w:rsidRDefault="00B04C6F" w:rsidP="00B04C6F">
                      <w:pPr>
                        <w:rPr>
                          <w:sz w:val="22"/>
                          <w:szCs w:val="24"/>
                        </w:rPr>
                      </w:pPr>
                    </w:p>
                    <w:p w14:paraId="33844476" w14:textId="77777777" w:rsidR="00B04C6F" w:rsidRDefault="00B04C6F" w:rsidP="00B04C6F">
                      <w:pPr>
                        <w:rPr>
                          <w:sz w:val="22"/>
                          <w:szCs w:val="24"/>
                        </w:rPr>
                      </w:pPr>
                    </w:p>
                    <w:p w14:paraId="74433C67" w14:textId="77777777" w:rsidR="00B04C6F" w:rsidRDefault="00B04C6F" w:rsidP="00B04C6F">
                      <w:pPr>
                        <w:rPr>
                          <w:sz w:val="22"/>
                          <w:szCs w:val="24"/>
                        </w:rPr>
                      </w:pPr>
                    </w:p>
                    <w:p w14:paraId="52713DF1" w14:textId="77777777" w:rsidR="00B04C6F" w:rsidRPr="003B29D5" w:rsidRDefault="00B04C6F" w:rsidP="00B04C6F">
                      <w:pPr>
                        <w:rPr>
                          <w:sz w:val="22"/>
                          <w:szCs w:val="24"/>
                        </w:rPr>
                      </w:pPr>
                    </w:p>
                    <w:p w14:paraId="5D623093" w14:textId="77777777" w:rsidR="00B04C6F" w:rsidRPr="003B29D5" w:rsidRDefault="00B04C6F" w:rsidP="00B04C6F">
                      <w:pPr>
                        <w:rPr>
                          <w:sz w:val="22"/>
                          <w:szCs w:val="24"/>
                        </w:rPr>
                      </w:pPr>
                    </w:p>
                    <w:p w14:paraId="1AEE5211" w14:textId="77777777" w:rsidR="00B04C6F" w:rsidRPr="003B29D5" w:rsidRDefault="00B04C6F" w:rsidP="00B04C6F">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inaccessible whenever possible. </w:t>
                      </w:r>
                    </w:p>
                    <w:p w14:paraId="43CF27C6" w14:textId="77777777" w:rsidR="00B04C6F" w:rsidRDefault="00B04C6F" w:rsidP="00B04C6F">
                      <w:pPr>
                        <w:rPr>
                          <w:sz w:val="22"/>
                          <w:szCs w:val="24"/>
                        </w:rPr>
                      </w:pPr>
                    </w:p>
                    <w:p w14:paraId="7D35A959" w14:textId="77777777" w:rsidR="00B04C6F" w:rsidRDefault="00B04C6F" w:rsidP="00B04C6F">
                      <w:pPr>
                        <w:rPr>
                          <w:sz w:val="22"/>
                          <w:szCs w:val="24"/>
                        </w:rPr>
                      </w:pPr>
                    </w:p>
                    <w:p w14:paraId="0EAEB40B" w14:textId="77777777" w:rsidR="00B04C6F" w:rsidRDefault="00B04C6F" w:rsidP="00B04C6F">
                      <w:pPr>
                        <w:rPr>
                          <w:sz w:val="22"/>
                          <w:szCs w:val="24"/>
                        </w:rPr>
                      </w:pPr>
                    </w:p>
                    <w:p w14:paraId="5F3DD573" w14:textId="77777777" w:rsidR="00B04C6F" w:rsidRDefault="00B04C6F" w:rsidP="00B04C6F">
                      <w:pPr>
                        <w:rPr>
                          <w:sz w:val="22"/>
                          <w:szCs w:val="24"/>
                        </w:rPr>
                      </w:pPr>
                    </w:p>
                    <w:p w14:paraId="6232733E" w14:textId="77777777" w:rsidR="00B04C6F" w:rsidRPr="003B29D5" w:rsidRDefault="00B04C6F" w:rsidP="00B04C6F">
                      <w:pPr>
                        <w:rPr>
                          <w:sz w:val="22"/>
                          <w:szCs w:val="24"/>
                        </w:rPr>
                      </w:pPr>
                    </w:p>
                    <w:p w14:paraId="447C02E4" w14:textId="77777777" w:rsidR="00B04C6F" w:rsidRPr="003B29D5" w:rsidRDefault="00B04C6F" w:rsidP="00B04C6F">
                      <w:pPr>
                        <w:rPr>
                          <w:sz w:val="22"/>
                          <w:szCs w:val="24"/>
                        </w:rPr>
                      </w:pPr>
                    </w:p>
                    <w:p w14:paraId="6487B7D9" w14:textId="77777777" w:rsidR="00B04C6F" w:rsidRPr="003B29D5" w:rsidRDefault="00B04C6F" w:rsidP="00B04C6F">
                      <w:pPr>
                        <w:rPr>
                          <w:b/>
                          <w:bCs/>
                          <w:sz w:val="22"/>
                          <w:szCs w:val="24"/>
                        </w:rPr>
                      </w:pPr>
                      <w:r w:rsidRPr="003B29D5">
                        <w:rPr>
                          <w:b/>
                          <w:bCs/>
                          <w:sz w:val="22"/>
                          <w:szCs w:val="24"/>
                        </w:rPr>
                        <w:t xml:space="preserve">List examples of how this criterion meaningfully impacted you or caused impairment in your daily life. </w:t>
                      </w:r>
                    </w:p>
                  </w:txbxContent>
                </v:textbox>
                <w10:anchorlock/>
              </v:shape>
            </w:pict>
          </mc:Fallback>
        </mc:AlternateContent>
      </w:r>
    </w:p>
    <w:p w14:paraId="32BD8B42" w14:textId="77777777" w:rsidR="00D408DC" w:rsidRDefault="00D408DC" w:rsidP="00110C1C">
      <w:pPr>
        <w:spacing w:after="240" w:line="240" w:lineRule="auto"/>
        <w:rPr>
          <w:rFonts w:ascii="Arial" w:hAnsi="Arial" w:cs="Arial"/>
          <w:i/>
          <w:iCs/>
          <w:color w:val="1F497D" w:themeColor="text2"/>
          <w:sz w:val="24"/>
          <w:szCs w:val="24"/>
        </w:rPr>
      </w:pPr>
    </w:p>
    <w:p w14:paraId="4C13A4F0" w14:textId="53F78CDC" w:rsidR="00D408DC" w:rsidRPr="00D408DC" w:rsidRDefault="00D408DC" w:rsidP="00D408DC">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Instructions for typing responses into this document</w:t>
      </w:r>
    </w:p>
    <w:p w14:paraId="7BDA580C" w14:textId="4F524AD6" w:rsidR="00D408DC" w:rsidRPr="00201F69" w:rsidRDefault="00D408DC" w:rsidP="00BE47E4">
      <w:pPr>
        <w:spacing w:after="180" w:line="312" w:lineRule="auto"/>
        <w:rPr>
          <w:rFonts w:ascii="Arial" w:hAnsi="Arial" w:cs="Arial"/>
          <w:noProof/>
          <w:sz w:val="22"/>
        </w:rPr>
      </w:pPr>
      <w:r w:rsidRPr="00201F69">
        <w:rPr>
          <w:rFonts w:ascii="Arial" w:hAnsi="Arial" w:cs="Arial"/>
          <w:noProof/>
          <w:sz w:val="22"/>
        </w:rPr>
        <w:t xml:space="preserve">These instructions will apply to all sections where you will be typing or writing into preset areas in the document. </w:t>
      </w:r>
    </w:p>
    <w:p w14:paraId="653E0BA9" w14:textId="0C4D43E9" w:rsidR="00D408DC" w:rsidRPr="00201F69" w:rsidRDefault="00D408DC" w:rsidP="00BE47E4">
      <w:pPr>
        <w:shd w:val="clear" w:color="auto" w:fill="E8F4F8"/>
        <w:spacing w:after="180" w:line="312" w:lineRule="auto"/>
        <w:rPr>
          <w:rFonts w:ascii="Arial" w:hAnsi="Arial" w:cs="Arial"/>
          <w:b/>
          <w:bCs/>
          <w:noProof/>
          <w:color w:val="0070C0"/>
          <w:sz w:val="22"/>
        </w:rPr>
      </w:pPr>
      <w:r w:rsidRPr="00201F69">
        <w:rPr>
          <w:rFonts w:ascii="Arial" w:hAnsi="Arial" w:cs="Arial"/>
          <w:b/>
          <w:bCs/>
          <w:noProof/>
          <w:color w:val="0070C0"/>
          <w:sz w:val="22"/>
        </w:rPr>
        <w:t>For typing:</w:t>
      </w:r>
    </w:p>
    <w:p w14:paraId="17ADA2E5" w14:textId="0D193BD2" w:rsidR="00201F69" w:rsidRDefault="00201F69" w:rsidP="00BE47E4">
      <w:pPr>
        <w:spacing w:after="180" w:line="312" w:lineRule="auto"/>
        <w:rPr>
          <w:rFonts w:ascii="Arial" w:hAnsi="Arial" w:cs="Arial"/>
          <w:noProof/>
          <w:sz w:val="22"/>
        </w:rPr>
      </w:pPr>
      <w:r>
        <w:rPr>
          <w:rFonts w:ascii="Arial" w:hAnsi="Arial" w:cs="Arial"/>
          <w:noProof/>
          <w:sz w:val="22"/>
        </w:rPr>
        <w:t>If you are typing into the preset areas and run out of space:</w:t>
      </w:r>
    </w:p>
    <w:p w14:paraId="1B695591" w14:textId="39BF3B43" w:rsidR="00201F69" w:rsidRDefault="00BE47E4" w:rsidP="00BE47E4">
      <w:pPr>
        <w:pStyle w:val="ListParagraph"/>
        <w:numPr>
          <w:ilvl w:val="0"/>
          <w:numId w:val="36"/>
        </w:numPr>
        <w:spacing w:after="180" w:line="312" w:lineRule="auto"/>
        <w:contextualSpacing w:val="0"/>
        <w:rPr>
          <w:rFonts w:ascii="Arial" w:hAnsi="Arial" w:cs="Arial"/>
          <w:noProof/>
          <w:sz w:val="22"/>
        </w:rPr>
      </w:pPr>
      <w:r>
        <w:rPr>
          <w:rFonts w:ascii="Arial" w:hAnsi="Arial" w:cs="Arial"/>
          <w:noProof/>
          <w:sz w:val="22"/>
        </w:rPr>
        <w:t xml:space="preserve">From the navigation pane (view tab, checkmark the navigation pane box), scroll to the very bottom, find the “Additional Notes” pages section, and drag/drop them in your navigation outline to the correct location in your guide. </w:t>
      </w:r>
    </w:p>
    <w:p w14:paraId="3F201ED8" w14:textId="75FA37B2" w:rsidR="00D408DC" w:rsidRPr="00201F69" w:rsidRDefault="00D408DC" w:rsidP="00BE47E4">
      <w:pPr>
        <w:shd w:val="clear" w:color="auto" w:fill="E8F4F8"/>
        <w:spacing w:after="180" w:line="312" w:lineRule="auto"/>
        <w:rPr>
          <w:rFonts w:ascii="Arial" w:hAnsi="Arial" w:cs="Arial"/>
          <w:b/>
          <w:bCs/>
          <w:noProof/>
          <w:color w:val="0070C0"/>
          <w:sz w:val="22"/>
        </w:rPr>
      </w:pPr>
      <w:r w:rsidRPr="00201F69">
        <w:rPr>
          <w:rFonts w:ascii="Arial" w:hAnsi="Arial" w:cs="Arial"/>
          <w:b/>
          <w:bCs/>
          <w:noProof/>
          <w:color w:val="0070C0"/>
          <w:sz w:val="22"/>
        </w:rPr>
        <w:t>For writing (if you have printed the document)</w:t>
      </w:r>
    </w:p>
    <w:p w14:paraId="6F825FA2" w14:textId="77777777" w:rsidR="00201F69" w:rsidRPr="00201F69" w:rsidRDefault="00201F69" w:rsidP="00BE47E4">
      <w:pPr>
        <w:spacing w:after="180" w:line="312" w:lineRule="auto"/>
        <w:rPr>
          <w:rFonts w:ascii="Arial" w:hAnsi="Arial" w:cs="Arial"/>
          <w:noProof/>
          <w:sz w:val="22"/>
        </w:rPr>
      </w:pPr>
      <w:r w:rsidRPr="00201F69">
        <w:rPr>
          <w:rFonts w:ascii="Arial" w:hAnsi="Arial" w:cs="Arial"/>
          <w:noProof/>
          <w:sz w:val="22"/>
        </w:rPr>
        <w:t>If you are writing in the preset areas</w:t>
      </w:r>
      <w:r w:rsidR="00D408DC" w:rsidRPr="00201F69">
        <w:rPr>
          <w:rFonts w:ascii="Arial" w:hAnsi="Arial" w:cs="Arial"/>
          <w:noProof/>
          <w:sz w:val="22"/>
        </w:rPr>
        <w:t xml:space="preserve"> </w:t>
      </w:r>
      <w:r w:rsidRPr="00201F69">
        <w:rPr>
          <w:rFonts w:ascii="Arial" w:hAnsi="Arial" w:cs="Arial"/>
          <w:noProof/>
          <w:sz w:val="22"/>
        </w:rPr>
        <w:t>and have run out of space, you can:</w:t>
      </w:r>
    </w:p>
    <w:p w14:paraId="7808B6A5" w14:textId="4507CC86" w:rsidR="00D408DC" w:rsidRPr="00201F69" w:rsidRDefault="00D408DC" w:rsidP="00BE47E4">
      <w:pPr>
        <w:pStyle w:val="ListParagraph"/>
        <w:numPr>
          <w:ilvl w:val="0"/>
          <w:numId w:val="36"/>
        </w:numPr>
        <w:spacing w:after="180" w:line="312" w:lineRule="auto"/>
        <w:contextualSpacing w:val="0"/>
        <w:rPr>
          <w:rFonts w:ascii="Arial" w:hAnsi="Arial" w:cs="Arial"/>
          <w:noProof/>
          <w:sz w:val="22"/>
        </w:rPr>
      </w:pPr>
      <w:r w:rsidRPr="00201F69">
        <w:rPr>
          <w:rFonts w:ascii="Arial" w:hAnsi="Arial" w:cs="Arial"/>
          <w:noProof/>
          <w:sz w:val="22"/>
        </w:rPr>
        <w:t>Use the backsides of the pages for extra writing room</w:t>
      </w:r>
      <w:r w:rsidR="00201F69" w:rsidRPr="00201F69">
        <w:rPr>
          <w:rFonts w:ascii="Arial" w:hAnsi="Arial" w:cs="Arial"/>
          <w:noProof/>
          <w:sz w:val="22"/>
        </w:rPr>
        <w:t>.</w:t>
      </w:r>
    </w:p>
    <w:p w14:paraId="7F6DBEB1" w14:textId="1FCCE10B" w:rsidR="00201F69" w:rsidRPr="00201F69" w:rsidRDefault="00201F69" w:rsidP="00BE47E4">
      <w:pPr>
        <w:pStyle w:val="ListParagraph"/>
        <w:numPr>
          <w:ilvl w:val="0"/>
          <w:numId w:val="36"/>
        </w:numPr>
        <w:spacing w:after="180" w:line="312" w:lineRule="auto"/>
        <w:contextualSpacing w:val="0"/>
        <w:rPr>
          <w:rFonts w:ascii="Arial" w:hAnsi="Arial" w:cs="Arial"/>
          <w:noProof/>
          <w:sz w:val="22"/>
        </w:rPr>
      </w:pPr>
      <w:r w:rsidRPr="00201F69">
        <w:rPr>
          <w:rFonts w:ascii="Arial" w:hAnsi="Arial" w:cs="Arial"/>
          <w:noProof/>
          <w:sz w:val="22"/>
        </w:rPr>
        <w:t xml:space="preserve">Print the </w:t>
      </w:r>
      <w:r w:rsidR="00BE47E4">
        <w:rPr>
          <w:rFonts w:ascii="Arial" w:hAnsi="Arial" w:cs="Arial"/>
          <w:noProof/>
          <w:sz w:val="22"/>
        </w:rPr>
        <w:t xml:space="preserve">“Additional Notes” </w:t>
      </w:r>
      <w:r w:rsidRPr="00201F69">
        <w:rPr>
          <w:rFonts w:ascii="Arial" w:hAnsi="Arial" w:cs="Arial"/>
          <w:noProof/>
          <w:sz w:val="22"/>
        </w:rPr>
        <w:t>page (</w:t>
      </w:r>
      <w:r w:rsidR="00BE47E4">
        <w:rPr>
          <w:rFonts w:ascii="Arial" w:hAnsi="Arial" w:cs="Arial"/>
          <w:noProof/>
          <w:sz w:val="22"/>
        </w:rPr>
        <w:t xml:space="preserve">or </w:t>
      </w:r>
      <w:r w:rsidRPr="00201F69">
        <w:rPr>
          <w:rFonts w:ascii="Arial" w:hAnsi="Arial" w:cs="Arial"/>
          <w:noProof/>
          <w:sz w:val="22"/>
        </w:rPr>
        <w:t xml:space="preserve">however many you need) and place </w:t>
      </w:r>
      <w:r w:rsidR="00BE47E4">
        <w:rPr>
          <w:rFonts w:ascii="Arial" w:hAnsi="Arial" w:cs="Arial"/>
          <w:noProof/>
          <w:sz w:val="22"/>
        </w:rPr>
        <w:t>it</w:t>
      </w:r>
      <w:r w:rsidRPr="00201F69">
        <w:rPr>
          <w:rFonts w:ascii="Arial" w:hAnsi="Arial" w:cs="Arial"/>
          <w:noProof/>
          <w:sz w:val="22"/>
        </w:rPr>
        <w:t xml:space="preserve"> in</w:t>
      </w:r>
      <w:r w:rsidR="00BE47E4">
        <w:rPr>
          <w:rFonts w:ascii="Arial" w:hAnsi="Arial" w:cs="Arial"/>
          <w:noProof/>
          <w:sz w:val="22"/>
        </w:rPr>
        <w:t xml:space="preserve"> the correct location in</w:t>
      </w:r>
      <w:r w:rsidRPr="00201F69">
        <w:rPr>
          <w:rFonts w:ascii="Arial" w:hAnsi="Arial" w:cs="Arial"/>
          <w:noProof/>
          <w:sz w:val="22"/>
        </w:rPr>
        <w:t xml:space="preserve"> your printed packet</w:t>
      </w:r>
      <w:r w:rsidR="00BE47E4">
        <w:rPr>
          <w:rFonts w:ascii="Arial" w:hAnsi="Arial" w:cs="Arial"/>
          <w:noProof/>
          <w:sz w:val="22"/>
        </w:rPr>
        <w:t>.</w:t>
      </w:r>
    </w:p>
    <w:p w14:paraId="1B79CC76" w14:textId="18D13832" w:rsidR="00201F69" w:rsidRDefault="00201F69" w:rsidP="00BE47E4">
      <w:pPr>
        <w:pStyle w:val="ListParagraph"/>
        <w:numPr>
          <w:ilvl w:val="0"/>
          <w:numId w:val="36"/>
        </w:numPr>
        <w:spacing w:after="180" w:line="312" w:lineRule="auto"/>
        <w:contextualSpacing w:val="0"/>
        <w:rPr>
          <w:rFonts w:ascii="Arial" w:hAnsi="Arial" w:cs="Arial"/>
          <w:noProof/>
          <w:sz w:val="22"/>
        </w:rPr>
      </w:pPr>
      <w:r w:rsidRPr="00201F69">
        <w:rPr>
          <w:rFonts w:ascii="Arial" w:hAnsi="Arial" w:cs="Arial"/>
          <w:noProof/>
          <w:sz w:val="22"/>
        </w:rPr>
        <w:t>Use blank paper and place them into your packet where they belong.</w:t>
      </w:r>
    </w:p>
    <w:p w14:paraId="2D6597BA" w14:textId="77777777" w:rsidR="00201F69" w:rsidRDefault="00201F69">
      <w:pPr>
        <w:spacing w:after="200"/>
        <w:rPr>
          <w:rFonts w:ascii="Arial" w:hAnsi="Arial" w:cs="Arial"/>
          <w:noProof/>
          <w:sz w:val="22"/>
        </w:rPr>
      </w:pPr>
      <w:r>
        <w:rPr>
          <w:rFonts w:ascii="Arial" w:hAnsi="Arial" w:cs="Arial"/>
          <w:noProof/>
          <w:sz w:val="22"/>
        </w:rPr>
        <w:br w:type="page"/>
      </w:r>
    </w:p>
    <w:p w14:paraId="03F73A29" w14:textId="5A8913E8" w:rsidR="005A5326" w:rsidRDefault="005A5326" w:rsidP="009C476A">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Assessing your collected information</w:t>
      </w:r>
    </w:p>
    <w:p w14:paraId="3E7EF071" w14:textId="77777777" w:rsidR="005A5326" w:rsidRPr="001A36B5" w:rsidRDefault="005A5326" w:rsidP="005A5326">
      <w:pPr>
        <w:rPr>
          <w:rFonts w:ascii="Arial" w:eastAsiaTheme="majorEastAsia" w:hAnsi="Arial" w:cs="Arial"/>
          <w:b/>
          <w:bCs/>
          <w:color w:val="8064A2" w:themeColor="accent4"/>
          <w:sz w:val="22"/>
          <w:szCs w:val="24"/>
        </w:rPr>
      </w:pPr>
      <w:r w:rsidRPr="001A36B5">
        <w:rPr>
          <w:b/>
          <w:bCs/>
          <w:noProof/>
        </w:rPr>
        <mc:AlternateContent>
          <mc:Choice Requires="wps">
            <w:drawing>
              <wp:inline distT="0" distB="0" distL="0" distR="0" wp14:anchorId="36AB359C" wp14:editId="32D8EE55">
                <wp:extent cx="6254750" cy="8010525"/>
                <wp:effectExtent l="0" t="0" r="0" b="9525"/>
                <wp:docPr id="1808055606" name="Text Box 2"/>
                <wp:cNvGraphicFramePr/>
                <a:graphic xmlns:a="http://schemas.openxmlformats.org/drawingml/2006/main">
                  <a:graphicData uri="http://schemas.microsoft.com/office/word/2010/wordprocessingShape">
                    <wps:wsp>
                      <wps:cNvSpPr txBox="1"/>
                      <wps:spPr>
                        <a:xfrm>
                          <a:off x="0" y="0"/>
                          <a:ext cx="6254750" cy="8010525"/>
                        </a:xfrm>
                        <a:prstGeom prst="rect">
                          <a:avLst/>
                        </a:prstGeom>
                        <a:solidFill>
                          <a:srgbClr val="F7F5F9"/>
                        </a:solidFill>
                        <a:ln w="6350">
                          <a:noFill/>
                        </a:ln>
                      </wps:spPr>
                      <wps:txbx>
                        <w:txbxContent>
                          <w:p w14:paraId="578D6A56" w14:textId="1F4BBD49" w:rsidR="005A5326" w:rsidRPr="00FC49DD" w:rsidRDefault="005A5326" w:rsidP="009C476A">
                            <w:pPr>
                              <w:spacing w:after="180"/>
                              <w:ind w:left="180" w:right="190"/>
                              <w:rPr>
                                <w:rFonts w:ascii="Arial" w:hAnsi="Arial" w:cs="Arial"/>
                                <w:sz w:val="22"/>
                                <w:szCs w:val="24"/>
                              </w:rPr>
                            </w:pPr>
                            <w:r w:rsidRPr="00FC49DD">
                              <w:rPr>
                                <w:rFonts w:ascii="Arial" w:hAnsi="Arial" w:cs="Arial"/>
                                <w:sz w:val="22"/>
                                <w:szCs w:val="24"/>
                              </w:rPr>
                              <w:t xml:space="preserve">Complete </w:t>
                            </w:r>
                            <w:r w:rsidR="008C35FE">
                              <w:rPr>
                                <w:rFonts w:ascii="Arial" w:hAnsi="Arial" w:cs="Arial"/>
                                <w:sz w:val="22"/>
                                <w:szCs w:val="24"/>
                              </w:rPr>
                              <w:t xml:space="preserve">this section </w:t>
                            </w:r>
                            <w:r w:rsidRPr="00FC49DD">
                              <w:rPr>
                                <w:rFonts w:ascii="Arial" w:hAnsi="Arial" w:cs="Arial"/>
                                <w:sz w:val="22"/>
                                <w:szCs w:val="24"/>
                              </w:rPr>
                              <w:t>after documenting your childhood and adult experiences</w:t>
                            </w:r>
                            <w:r w:rsidR="008C35FE">
                              <w:rPr>
                                <w:rFonts w:ascii="Arial" w:hAnsi="Arial" w:cs="Arial"/>
                                <w:sz w:val="22"/>
                                <w:szCs w:val="24"/>
                              </w:rPr>
                              <w:t xml:space="preserve"> as exhaustively as possible</w:t>
                            </w:r>
                            <w:r w:rsidRPr="00FC49DD">
                              <w:rPr>
                                <w:rFonts w:ascii="Arial" w:hAnsi="Arial" w:cs="Arial"/>
                                <w:sz w:val="22"/>
                                <w:szCs w:val="24"/>
                              </w:rPr>
                              <w:t>.</w:t>
                            </w:r>
                            <w:r w:rsidR="008C35FE">
                              <w:rPr>
                                <w:rFonts w:ascii="Arial" w:hAnsi="Arial" w:cs="Arial"/>
                                <w:sz w:val="22"/>
                                <w:szCs w:val="24"/>
                              </w:rPr>
                              <w:t xml:space="preserve"> </w:t>
                            </w:r>
                          </w:p>
                          <w:p w14:paraId="5B1CBBAA" w14:textId="7E5F9BD4" w:rsidR="005A5326" w:rsidRPr="001A36B5" w:rsidRDefault="005A5326" w:rsidP="009C476A">
                            <w:pPr>
                              <w:pStyle w:val="ListParagraph"/>
                              <w:numPr>
                                <w:ilvl w:val="0"/>
                                <w:numId w:val="19"/>
                              </w:numPr>
                              <w:spacing w:after="180"/>
                              <w:ind w:right="190"/>
                              <w:rPr>
                                <w:rFonts w:ascii="Arial" w:hAnsi="Arial" w:cs="Arial"/>
                                <w:b/>
                                <w:bCs/>
                                <w:sz w:val="22"/>
                                <w:szCs w:val="24"/>
                              </w:rPr>
                            </w:pPr>
                            <w:r w:rsidRPr="001A36B5">
                              <w:rPr>
                                <w:rFonts w:ascii="Arial" w:hAnsi="Arial" w:cs="Arial"/>
                                <w:b/>
                                <w:bCs/>
                                <w:sz w:val="22"/>
                                <w:szCs w:val="24"/>
                              </w:rPr>
                              <w:t xml:space="preserve">Were you able to remember a substantial number of examples of </w:t>
                            </w:r>
                            <w:r w:rsidR="008C35FE" w:rsidRPr="001A36B5">
                              <w:rPr>
                                <w:rFonts w:ascii="Arial" w:hAnsi="Arial" w:cs="Arial"/>
                                <w:b/>
                                <w:bCs/>
                                <w:sz w:val="22"/>
                                <w:szCs w:val="24"/>
                              </w:rPr>
                              <w:t>this criterion</w:t>
                            </w:r>
                            <w:r w:rsidRPr="001A36B5">
                              <w:rPr>
                                <w:rFonts w:ascii="Arial" w:hAnsi="Arial" w:cs="Arial"/>
                                <w:b/>
                                <w:bCs/>
                                <w:sz w:val="22"/>
                                <w:szCs w:val="24"/>
                              </w:rPr>
                              <w:t xml:space="preserve"> showing up during your childhood?</w:t>
                            </w:r>
                            <w:r w:rsidR="008C35FE">
                              <w:rPr>
                                <w:rFonts w:ascii="Arial" w:hAnsi="Arial" w:cs="Arial"/>
                                <w:b/>
                                <w:bCs/>
                                <w:sz w:val="22"/>
                                <w:szCs w:val="24"/>
                              </w:rPr>
                              <w:t xml:space="preserve"> </w:t>
                            </w:r>
                            <w:r w:rsidR="008C35FE" w:rsidRPr="001A36B5">
                              <w:rPr>
                                <w:rFonts w:ascii="Arial" w:hAnsi="Arial" w:cs="Arial"/>
                                <w:sz w:val="22"/>
                                <w:szCs w:val="24"/>
                              </w:rPr>
                              <w:t>This includes observable, masked</w:t>
                            </w:r>
                            <w:r w:rsidR="008C35FE">
                              <w:rPr>
                                <w:rFonts w:ascii="Arial" w:hAnsi="Arial" w:cs="Arial"/>
                                <w:sz w:val="22"/>
                                <w:szCs w:val="24"/>
                              </w:rPr>
                              <w:t xml:space="preserve"> </w:t>
                            </w:r>
                            <w:r w:rsidR="008C35FE" w:rsidRPr="001A36B5">
                              <w:rPr>
                                <w:rFonts w:ascii="Arial" w:hAnsi="Arial" w:cs="Arial"/>
                                <w:sz w:val="22"/>
                                <w:szCs w:val="24"/>
                              </w:rPr>
                              <w:t>/</w:t>
                            </w:r>
                            <w:r w:rsidR="008C35FE">
                              <w:rPr>
                                <w:rFonts w:ascii="Arial" w:hAnsi="Arial" w:cs="Arial"/>
                                <w:sz w:val="22"/>
                                <w:szCs w:val="24"/>
                              </w:rPr>
                              <w:t xml:space="preserve"> </w:t>
                            </w:r>
                            <w:r w:rsidR="008C35FE" w:rsidRPr="001A36B5">
                              <w:rPr>
                                <w:rFonts w:ascii="Arial" w:hAnsi="Arial" w:cs="Arial"/>
                                <w:sz w:val="22"/>
                                <w:szCs w:val="24"/>
                              </w:rPr>
                              <w:t xml:space="preserve">internalized, and accommodated examples. For </w:t>
                            </w:r>
                            <w:proofErr w:type="gramStart"/>
                            <w:r w:rsidR="008C35FE" w:rsidRPr="001A36B5">
                              <w:rPr>
                                <w:rFonts w:ascii="Arial" w:hAnsi="Arial" w:cs="Arial"/>
                                <w:sz w:val="22"/>
                                <w:szCs w:val="24"/>
                              </w:rPr>
                              <w:t>accommodated</w:t>
                            </w:r>
                            <w:proofErr w:type="gramEnd"/>
                            <w:r w:rsidR="008C35FE" w:rsidRPr="001A36B5">
                              <w:rPr>
                                <w:rFonts w:ascii="Arial" w:hAnsi="Arial" w:cs="Arial"/>
                                <w:sz w:val="22"/>
                                <w:szCs w:val="24"/>
                              </w:rPr>
                              <w:t>, think about what your experiences in those circumstances would have been like if those accommodations were removed.</w:t>
                            </w:r>
                          </w:p>
                          <w:p w14:paraId="2971703F" w14:textId="204345CF" w:rsidR="005A5326" w:rsidRPr="005A5326" w:rsidRDefault="005A5326"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00FC49DD" w:rsidRPr="005A5326">
                              <w:rPr>
                                <w:rFonts w:ascii="Arial" w:hAnsi="Arial" w:cs="Arial"/>
                                <w:sz w:val="22"/>
                                <w:szCs w:val="24"/>
                              </w:rPr>
                              <w:t xml:space="preserve"> </w:t>
                            </w:r>
                            <w:r w:rsidRPr="005A5326">
                              <w:rPr>
                                <w:rFonts w:ascii="Segoe UI Symbol" w:hAnsi="Segoe UI Symbol" w:cs="Segoe UI Symbol"/>
                                <w:sz w:val="22"/>
                                <w:szCs w:val="24"/>
                              </w:rPr>
                              <w:t>☐</w:t>
                            </w:r>
                            <w:r w:rsidRPr="005A5326">
                              <w:rPr>
                                <w:rFonts w:ascii="Arial" w:hAnsi="Arial" w:cs="Arial"/>
                                <w:sz w:val="22"/>
                                <w:szCs w:val="24"/>
                              </w:rPr>
                              <w:t xml:space="preserve"> NO</w:t>
                            </w:r>
                            <w:r w:rsidR="00FC49DD">
                              <w:rPr>
                                <w:rFonts w:ascii="Arial" w:hAnsi="Arial" w:cs="Arial"/>
                                <w:sz w:val="22"/>
                                <w:szCs w:val="24"/>
                              </w:rPr>
                              <w:t xml:space="preserve">     </w:t>
                            </w:r>
                            <w:r w:rsidR="00FC49DD" w:rsidRPr="005A5326">
                              <w:rPr>
                                <w:rFonts w:ascii="Segoe UI Symbol" w:hAnsi="Segoe UI Symbol" w:cs="Segoe UI Symbol"/>
                                <w:sz w:val="22"/>
                                <w:szCs w:val="24"/>
                              </w:rPr>
                              <w:t>☐</w:t>
                            </w:r>
                            <w:r w:rsidR="00FC49DD">
                              <w:rPr>
                                <w:rFonts w:ascii="Segoe UI Symbol" w:hAnsi="Segoe UI Symbol" w:cs="Segoe UI Symbol"/>
                                <w:sz w:val="22"/>
                                <w:szCs w:val="24"/>
                              </w:rPr>
                              <w:t xml:space="preserve"> </w:t>
                            </w:r>
                            <w:r w:rsidR="00FC49DD">
                              <w:rPr>
                                <w:rFonts w:ascii="Arial" w:hAnsi="Arial" w:cs="Arial"/>
                                <w:sz w:val="22"/>
                                <w:szCs w:val="24"/>
                              </w:rPr>
                              <w:t>UNSURE</w:t>
                            </w:r>
                            <w:r w:rsidR="00FC49DD" w:rsidRPr="005A5326">
                              <w:rPr>
                                <w:rFonts w:ascii="Arial" w:hAnsi="Arial" w:cs="Arial"/>
                                <w:sz w:val="22"/>
                                <w:szCs w:val="24"/>
                              </w:rPr>
                              <w:t xml:space="preserve">   </w:t>
                            </w:r>
                          </w:p>
                          <w:p w14:paraId="33A66174" w14:textId="63C3C7EB" w:rsidR="005A5326" w:rsidRPr="001A36B5" w:rsidRDefault="005A5326" w:rsidP="009C476A">
                            <w:pPr>
                              <w:pStyle w:val="ListParagraph"/>
                              <w:numPr>
                                <w:ilvl w:val="0"/>
                                <w:numId w:val="19"/>
                              </w:numPr>
                              <w:spacing w:after="180"/>
                              <w:ind w:right="190"/>
                              <w:rPr>
                                <w:rFonts w:ascii="Arial" w:hAnsi="Arial" w:cs="Arial"/>
                                <w:b/>
                                <w:bCs/>
                                <w:sz w:val="22"/>
                                <w:szCs w:val="24"/>
                              </w:rPr>
                            </w:pPr>
                            <w:r w:rsidRPr="001A36B5">
                              <w:rPr>
                                <w:rFonts w:ascii="Arial" w:hAnsi="Arial" w:cs="Arial"/>
                                <w:b/>
                                <w:bCs/>
                                <w:sz w:val="22"/>
                                <w:szCs w:val="24"/>
                              </w:rPr>
                              <w:t xml:space="preserve">Were you able to think of a substantial number of examples of </w:t>
                            </w:r>
                            <w:r w:rsidR="008C35FE" w:rsidRPr="001A36B5">
                              <w:rPr>
                                <w:rFonts w:ascii="Arial" w:hAnsi="Arial" w:cs="Arial"/>
                                <w:b/>
                                <w:bCs/>
                                <w:sz w:val="22"/>
                                <w:szCs w:val="24"/>
                              </w:rPr>
                              <w:t>this criterion</w:t>
                            </w:r>
                            <w:r w:rsidRPr="001A36B5">
                              <w:rPr>
                                <w:rFonts w:ascii="Arial" w:hAnsi="Arial" w:cs="Arial"/>
                                <w:b/>
                                <w:bCs/>
                                <w:sz w:val="22"/>
                                <w:szCs w:val="24"/>
                              </w:rPr>
                              <w:t xml:space="preserve"> showing up for you throughout your life?</w:t>
                            </w:r>
                            <w:r w:rsidR="001A36B5" w:rsidRPr="001A36B5">
                              <w:rPr>
                                <w:rFonts w:ascii="Arial" w:hAnsi="Arial" w:cs="Arial"/>
                                <w:b/>
                                <w:bCs/>
                                <w:sz w:val="22"/>
                                <w:szCs w:val="24"/>
                              </w:rPr>
                              <w:t xml:space="preserve"> </w:t>
                            </w:r>
                            <w:r w:rsidR="008C35FE">
                              <w:rPr>
                                <w:rFonts w:ascii="Arial" w:hAnsi="Arial" w:cs="Arial"/>
                                <w:sz w:val="22"/>
                                <w:szCs w:val="24"/>
                              </w:rPr>
                              <w:t xml:space="preserve">Including </w:t>
                            </w:r>
                            <w:r w:rsidR="001A36B5" w:rsidRPr="001A36B5">
                              <w:rPr>
                                <w:rFonts w:ascii="Arial" w:hAnsi="Arial" w:cs="Arial"/>
                                <w:sz w:val="22"/>
                                <w:szCs w:val="24"/>
                              </w:rPr>
                              <w:t>observable, masked/internalized, and accommodated</w:t>
                            </w:r>
                            <w:r w:rsidR="008C35FE">
                              <w:rPr>
                                <w:rFonts w:ascii="Arial" w:hAnsi="Arial" w:cs="Arial"/>
                                <w:sz w:val="22"/>
                                <w:szCs w:val="24"/>
                              </w:rPr>
                              <w:t>.</w:t>
                            </w:r>
                          </w:p>
                          <w:p w14:paraId="2E9EE232" w14:textId="77777777" w:rsidR="001A36B5" w:rsidRPr="005A5326" w:rsidRDefault="001A36B5"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37D8892D" w14:textId="4C189EEB" w:rsidR="005A5326" w:rsidRPr="001A36B5" w:rsidRDefault="005A5326" w:rsidP="009C476A">
                            <w:pPr>
                              <w:pStyle w:val="ListParagraph"/>
                              <w:numPr>
                                <w:ilvl w:val="0"/>
                                <w:numId w:val="19"/>
                              </w:numPr>
                              <w:spacing w:after="180"/>
                              <w:ind w:right="190"/>
                              <w:rPr>
                                <w:rFonts w:ascii="Arial" w:hAnsi="Arial" w:cs="Arial"/>
                                <w:b/>
                                <w:bCs/>
                                <w:sz w:val="22"/>
                                <w:szCs w:val="24"/>
                              </w:rPr>
                            </w:pPr>
                            <w:r w:rsidRPr="001A36B5">
                              <w:rPr>
                                <w:rFonts w:ascii="Arial" w:hAnsi="Arial" w:cs="Arial"/>
                                <w:b/>
                                <w:bCs/>
                                <w:sz w:val="22"/>
                                <w:szCs w:val="24"/>
                              </w:rPr>
                              <w:t xml:space="preserve">Would you say that </w:t>
                            </w:r>
                            <w:r w:rsidR="008C35FE" w:rsidRPr="001A36B5">
                              <w:rPr>
                                <w:rFonts w:ascii="Arial" w:hAnsi="Arial" w:cs="Arial"/>
                                <w:b/>
                                <w:bCs/>
                                <w:sz w:val="22"/>
                                <w:szCs w:val="24"/>
                              </w:rPr>
                              <w:t>this criterion</w:t>
                            </w:r>
                            <w:r w:rsidRPr="001A36B5">
                              <w:rPr>
                                <w:rFonts w:ascii="Arial" w:hAnsi="Arial" w:cs="Arial"/>
                                <w:b/>
                                <w:bCs/>
                                <w:sz w:val="22"/>
                                <w:szCs w:val="24"/>
                              </w:rPr>
                              <w:t xml:space="preserve"> shows up for you in ways that meaningfully interfere with your life and important life activities?</w:t>
                            </w:r>
                          </w:p>
                          <w:p w14:paraId="20586531" w14:textId="77777777" w:rsidR="001A36B5" w:rsidRPr="005A5326" w:rsidRDefault="001A36B5"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41AD7331" w14:textId="11961B04" w:rsidR="005A5326" w:rsidRPr="001A36B5" w:rsidRDefault="005A5326" w:rsidP="009C476A">
                            <w:pPr>
                              <w:pStyle w:val="ListParagraph"/>
                              <w:numPr>
                                <w:ilvl w:val="0"/>
                                <w:numId w:val="19"/>
                              </w:numPr>
                              <w:spacing w:after="180"/>
                              <w:ind w:right="190"/>
                              <w:rPr>
                                <w:rFonts w:ascii="Arial" w:hAnsi="Arial" w:cs="Arial"/>
                                <w:b/>
                                <w:bCs/>
                                <w:sz w:val="22"/>
                                <w:szCs w:val="24"/>
                              </w:rPr>
                            </w:pPr>
                            <w:r w:rsidRPr="001A36B5">
                              <w:rPr>
                                <w:rFonts w:ascii="Arial" w:hAnsi="Arial" w:cs="Arial"/>
                                <w:b/>
                                <w:bCs/>
                                <w:sz w:val="22"/>
                                <w:szCs w:val="24"/>
                              </w:rPr>
                              <w:t>After reviewing the Intellectual Disability and Global Development Delay criteria in the DSM 5-TR, do you believe the examples you provided are most likely explained by autism and not either of the other conditions?</w:t>
                            </w:r>
                          </w:p>
                          <w:p w14:paraId="7A2ED826" w14:textId="77777777" w:rsidR="001A36B5" w:rsidRPr="005A5326" w:rsidRDefault="001A36B5"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468918F0" w14:textId="159CA8CD" w:rsidR="001A36B5" w:rsidRPr="00FC49DD" w:rsidRDefault="001A36B5" w:rsidP="009C476A">
                            <w:pPr>
                              <w:spacing w:after="0"/>
                              <w:ind w:left="187" w:right="187"/>
                              <w:rPr>
                                <w:rFonts w:ascii="Arial" w:hAnsi="Arial" w:cs="Arial"/>
                                <w:i/>
                                <w:iCs/>
                                <w:sz w:val="22"/>
                                <w:szCs w:val="24"/>
                              </w:rPr>
                            </w:pPr>
                            <w:r w:rsidRPr="00FC49DD">
                              <w:rPr>
                                <w:rFonts w:ascii="Arial" w:hAnsi="Arial" w:cs="Arial"/>
                                <w:i/>
                                <w:iCs/>
                                <w:sz w:val="22"/>
                                <w:szCs w:val="24"/>
                              </w:rPr>
                              <w:t xml:space="preserve">Note: You will transfer these answers to the Assessment Rubric after you complete your full </w:t>
                            </w:r>
                            <w:r>
                              <w:rPr>
                                <w:rFonts w:ascii="Arial" w:hAnsi="Arial" w:cs="Arial"/>
                                <w:i/>
                                <w:iCs/>
                                <w:sz w:val="22"/>
                                <w:szCs w:val="24"/>
                              </w:rPr>
                              <w:br/>
                            </w:r>
                            <w:r w:rsidRPr="00FC49DD">
                              <w:rPr>
                                <w:rFonts w:ascii="Arial" w:hAnsi="Arial" w:cs="Arial"/>
                                <w:i/>
                                <w:iCs/>
                                <w:sz w:val="22"/>
                                <w:szCs w:val="24"/>
                              </w:rPr>
                              <w:t xml:space="preserve">self-assessment activity. </w:t>
                            </w:r>
                          </w:p>
                          <w:p w14:paraId="58D7D17D" w14:textId="77777777" w:rsidR="001A36B5" w:rsidRDefault="001A36B5" w:rsidP="009C476A">
                            <w:pPr>
                              <w:pBdr>
                                <w:bottom w:val="single" w:sz="6" w:space="1" w:color="auto"/>
                              </w:pBdr>
                              <w:spacing w:after="180"/>
                              <w:ind w:right="190"/>
                              <w:rPr>
                                <w:rFonts w:ascii="Arial" w:hAnsi="Arial" w:cs="Arial"/>
                                <w:b/>
                                <w:bCs/>
                                <w:sz w:val="22"/>
                                <w:szCs w:val="24"/>
                              </w:rPr>
                            </w:pPr>
                          </w:p>
                          <w:p w14:paraId="42DC8FD7" w14:textId="04B8B6F8" w:rsidR="001A36B5" w:rsidRDefault="008C35FE" w:rsidP="009C476A">
                            <w:pPr>
                              <w:spacing w:before="240" w:after="180"/>
                              <w:ind w:left="180" w:right="190"/>
                              <w:rPr>
                                <w:rFonts w:ascii="Arial" w:hAnsi="Arial" w:cs="Arial"/>
                                <w:sz w:val="22"/>
                                <w:szCs w:val="24"/>
                              </w:rPr>
                            </w:pPr>
                            <w:r>
                              <w:rPr>
                                <w:rFonts w:ascii="Arial" w:hAnsi="Arial" w:cs="Arial"/>
                                <w:sz w:val="22"/>
                                <w:szCs w:val="24"/>
                              </w:rPr>
                              <w:t>REMINDER</w:t>
                            </w:r>
                          </w:p>
                          <w:p w14:paraId="53461B0B" w14:textId="77777777" w:rsidR="001A36B5" w:rsidRPr="008C35FE" w:rsidRDefault="001A36B5" w:rsidP="009C476A">
                            <w:pPr>
                              <w:spacing w:after="180"/>
                              <w:ind w:left="180" w:right="190"/>
                              <w:rPr>
                                <w:rFonts w:ascii="Arial" w:hAnsi="Arial" w:cs="Arial"/>
                                <w:b/>
                                <w:bCs/>
                                <w:sz w:val="20"/>
                              </w:rPr>
                            </w:pPr>
                            <w:r w:rsidRPr="008C35FE">
                              <w:rPr>
                                <w:rFonts w:ascii="Arial" w:hAnsi="Arial" w:cs="Arial"/>
                                <w:b/>
                                <w:bCs/>
                                <w:sz w:val="20"/>
                              </w:rPr>
                              <w:t>If you answered “unsure” to any of the above questions</w:t>
                            </w:r>
                          </w:p>
                          <w:p w14:paraId="43886786" w14:textId="77777777" w:rsidR="001A36B5" w:rsidRPr="008C35FE" w:rsidRDefault="001A36B5" w:rsidP="009C476A">
                            <w:pPr>
                              <w:spacing w:after="180"/>
                              <w:ind w:left="180" w:right="190"/>
                              <w:rPr>
                                <w:rFonts w:ascii="Arial" w:hAnsi="Arial" w:cs="Arial"/>
                                <w:sz w:val="20"/>
                              </w:rPr>
                            </w:pPr>
                            <w:r w:rsidRPr="008C35FE">
                              <w:rPr>
                                <w:rFonts w:ascii="Arial" w:hAnsi="Arial" w:cs="Arial"/>
                                <w:sz w:val="20"/>
                              </w:rPr>
                              <w:t>You may want to come back and continue brainstorming after you’ve completed the remaining sections. Completing later sections may help you remember examples pertaining to this one.</w:t>
                            </w:r>
                          </w:p>
                          <w:p w14:paraId="6F68A52C" w14:textId="6D5B2BCE" w:rsidR="00FC49DD" w:rsidRPr="008C35FE" w:rsidRDefault="00FC49DD" w:rsidP="009C476A">
                            <w:pPr>
                              <w:spacing w:after="180"/>
                              <w:ind w:left="180" w:right="190"/>
                              <w:rPr>
                                <w:rFonts w:ascii="Arial" w:hAnsi="Arial" w:cs="Arial"/>
                                <w:b/>
                                <w:bCs/>
                                <w:sz w:val="20"/>
                              </w:rPr>
                            </w:pPr>
                            <w:r w:rsidRPr="008C35FE">
                              <w:rPr>
                                <w:rFonts w:ascii="Arial" w:hAnsi="Arial" w:cs="Arial"/>
                                <w:b/>
                                <w:bCs/>
                                <w:sz w:val="20"/>
                              </w:rPr>
                              <w:t>This process is not meant to be linear</w:t>
                            </w:r>
                          </w:p>
                          <w:p w14:paraId="51BA46F2" w14:textId="7271762A" w:rsidR="00FC49DD" w:rsidRPr="008C35FE" w:rsidRDefault="00FC49DD" w:rsidP="009C476A">
                            <w:pPr>
                              <w:spacing w:after="180"/>
                              <w:ind w:left="180" w:right="190"/>
                              <w:rPr>
                                <w:rFonts w:ascii="Arial" w:hAnsi="Arial" w:cs="Arial"/>
                                <w:sz w:val="20"/>
                              </w:rPr>
                            </w:pPr>
                            <w:r w:rsidRPr="008C35FE">
                              <w:rPr>
                                <w:rFonts w:ascii="Arial" w:hAnsi="Arial" w:cs="Arial"/>
                                <w:sz w:val="20"/>
                              </w:rPr>
                              <w:t xml:space="preserve">You can move freely between criteria and document different aspects of your experiences as you think of them. Many life experiences will span multiple criteria and will pertain to more than one section of this </w:t>
                            </w:r>
                            <w:r w:rsidR="002E5F9C" w:rsidRPr="002E5F9C">
                              <w:rPr>
                                <w:rFonts w:ascii="Arial" w:hAnsi="Arial" w:cs="Arial"/>
                                <w:sz w:val="20"/>
                              </w:rPr>
                              <w:t>guide</w:t>
                            </w:r>
                            <w:r w:rsidRPr="008C35FE">
                              <w:rPr>
                                <w:rFonts w:ascii="Arial" w:hAnsi="Arial" w:cs="Arial"/>
                                <w:sz w:val="20"/>
                              </w:rPr>
                              <w:t xml:space="preserve">. </w:t>
                            </w:r>
                          </w:p>
                          <w:p w14:paraId="74F9C9A2" w14:textId="39C02198" w:rsidR="00FC49DD" w:rsidRPr="008C35FE" w:rsidRDefault="00FC49DD" w:rsidP="009C476A">
                            <w:pPr>
                              <w:spacing w:after="180"/>
                              <w:ind w:left="180" w:right="190"/>
                              <w:rPr>
                                <w:rFonts w:ascii="Arial" w:hAnsi="Arial" w:cs="Arial"/>
                                <w:b/>
                                <w:bCs/>
                                <w:sz w:val="20"/>
                              </w:rPr>
                            </w:pPr>
                            <w:r w:rsidRPr="008C35FE">
                              <w:rPr>
                                <w:rFonts w:ascii="Arial" w:hAnsi="Arial" w:cs="Arial"/>
                                <w:b/>
                                <w:bCs/>
                                <w:sz w:val="20"/>
                              </w:rPr>
                              <w:t>This process is also not meant to be completed in one sitting</w:t>
                            </w:r>
                          </w:p>
                          <w:p w14:paraId="57421B2A" w14:textId="00C525BB" w:rsidR="00FC49DD" w:rsidRPr="008C35FE" w:rsidRDefault="00FC49DD" w:rsidP="009C476A">
                            <w:pPr>
                              <w:spacing w:after="180"/>
                              <w:ind w:left="180" w:right="190"/>
                              <w:rPr>
                                <w:rFonts w:ascii="Arial" w:hAnsi="Arial" w:cs="Arial"/>
                                <w:sz w:val="20"/>
                              </w:rPr>
                            </w:pPr>
                            <w:r w:rsidRPr="008C35FE">
                              <w:rPr>
                                <w:rFonts w:ascii="Arial" w:hAnsi="Arial" w:cs="Arial"/>
                                <w:sz w:val="20"/>
                              </w:rPr>
                              <w:t xml:space="preserve">Thinking about and remembering decades of your life is not an easy task. It also takes time. </w:t>
                            </w:r>
                            <w:r w:rsidR="001A36B5" w:rsidRPr="008C35FE">
                              <w:rPr>
                                <w:rFonts w:ascii="Arial" w:hAnsi="Arial" w:cs="Arial"/>
                                <w:sz w:val="20"/>
                              </w:rPr>
                              <w:t xml:space="preserve">Take as many breaks as you need. Even if those breaks span days or even weeks. </w:t>
                            </w:r>
                          </w:p>
                          <w:p w14:paraId="40C5EBE3" w14:textId="77777777" w:rsidR="005A5326" w:rsidRPr="008C35FE" w:rsidRDefault="005A5326" w:rsidP="001A36B5">
                            <w:pPr>
                              <w:spacing w:after="18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6AB359C" id="_x0000_s1034" type="#_x0000_t202" style="width:492.5pt;height:6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" fillcolor="#f7f5f9" stroked="f" strokeweight=".5pt">
                <v:textbox>
                  <w:txbxContent>
                    <w:p w14:paraId="578D6A56" w14:textId="1F4BBD49" w:rsidR="005A5326" w:rsidRPr="00FC49DD" w:rsidRDefault="005A5326" w:rsidP="009C476A">
                      <w:pPr>
                        <w:spacing w:after="180"/>
                        <w:ind w:left="180" w:right="190"/>
                        <w:rPr>
                          <w:rFonts w:ascii="Arial" w:hAnsi="Arial" w:cs="Arial"/>
                          <w:sz w:val="22"/>
                          <w:szCs w:val="24"/>
                        </w:rPr>
                      </w:pPr>
                      <w:r w:rsidRPr="00FC49DD">
                        <w:rPr>
                          <w:rFonts w:ascii="Arial" w:hAnsi="Arial" w:cs="Arial"/>
                          <w:sz w:val="22"/>
                          <w:szCs w:val="24"/>
                        </w:rPr>
                        <w:t xml:space="preserve">Complete </w:t>
                      </w:r>
                      <w:r w:rsidR="008C35FE">
                        <w:rPr>
                          <w:rFonts w:ascii="Arial" w:hAnsi="Arial" w:cs="Arial"/>
                          <w:sz w:val="22"/>
                          <w:szCs w:val="24"/>
                        </w:rPr>
                        <w:t xml:space="preserve">this section </w:t>
                      </w:r>
                      <w:r w:rsidRPr="00FC49DD">
                        <w:rPr>
                          <w:rFonts w:ascii="Arial" w:hAnsi="Arial" w:cs="Arial"/>
                          <w:sz w:val="22"/>
                          <w:szCs w:val="24"/>
                        </w:rPr>
                        <w:t>after documenting your childhood and adult experiences</w:t>
                      </w:r>
                      <w:r w:rsidR="008C35FE">
                        <w:rPr>
                          <w:rFonts w:ascii="Arial" w:hAnsi="Arial" w:cs="Arial"/>
                          <w:sz w:val="22"/>
                          <w:szCs w:val="24"/>
                        </w:rPr>
                        <w:t xml:space="preserve"> as exhaustively as possible</w:t>
                      </w:r>
                      <w:r w:rsidRPr="00FC49DD">
                        <w:rPr>
                          <w:rFonts w:ascii="Arial" w:hAnsi="Arial" w:cs="Arial"/>
                          <w:sz w:val="22"/>
                          <w:szCs w:val="24"/>
                        </w:rPr>
                        <w:t>.</w:t>
                      </w:r>
                      <w:r w:rsidR="008C35FE">
                        <w:rPr>
                          <w:rFonts w:ascii="Arial" w:hAnsi="Arial" w:cs="Arial"/>
                          <w:sz w:val="22"/>
                          <w:szCs w:val="24"/>
                        </w:rPr>
                        <w:t xml:space="preserve"> </w:t>
                      </w:r>
                    </w:p>
                    <w:p w14:paraId="5B1CBBAA" w14:textId="7E5F9BD4" w:rsidR="005A5326" w:rsidRPr="001A36B5" w:rsidRDefault="005A5326" w:rsidP="009C476A">
                      <w:pPr>
                        <w:pStyle w:val="ListParagraph"/>
                        <w:numPr>
                          <w:ilvl w:val="0"/>
                          <w:numId w:val="19"/>
                        </w:numPr>
                        <w:spacing w:after="180"/>
                        <w:ind w:right="190"/>
                        <w:rPr>
                          <w:rFonts w:ascii="Arial" w:hAnsi="Arial" w:cs="Arial"/>
                          <w:b/>
                          <w:bCs/>
                          <w:sz w:val="22"/>
                          <w:szCs w:val="24"/>
                        </w:rPr>
                      </w:pPr>
                      <w:r w:rsidRPr="001A36B5">
                        <w:rPr>
                          <w:rFonts w:ascii="Arial" w:hAnsi="Arial" w:cs="Arial"/>
                          <w:b/>
                          <w:bCs/>
                          <w:sz w:val="22"/>
                          <w:szCs w:val="24"/>
                        </w:rPr>
                        <w:t xml:space="preserve">Were you able to remember a substantial number of examples of </w:t>
                      </w:r>
                      <w:r w:rsidR="008C35FE" w:rsidRPr="001A36B5">
                        <w:rPr>
                          <w:rFonts w:ascii="Arial" w:hAnsi="Arial" w:cs="Arial"/>
                          <w:b/>
                          <w:bCs/>
                          <w:sz w:val="22"/>
                          <w:szCs w:val="24"/>
                        </w:rPr>
                        <w:t>this criterion</w:t>
                      </w:r>
                      <w:r w:rsidRPr="001A36B5">
                        <w:rPr>
                          <w:rFonts w:ascii="Arial" w:hAnsi="Arial" w:cs="Arial"/>
                          <w:b/>
                          <w:bCs/>
                          <w:sz w:val="22"/>
                          <w:szCs w:val="24"/>
                        </w:rPr>
                        <w:t xml:space="preserve"> showing up during your childhood?</w:t>
                      </w:r>
                      <w:r w:rsidR="008C35FE">
                        <w:rPr>
                          <w:rFonts w:ascii="Arial" w:hAnsi="Arial" w:cs="Arial"/>
                          <w:b/>
                          <w:bCs/>
                          <w:sz w:val="22"/>
                          <w:szCs w:val="24"/>
                        </w:rPr>
                        <w:t xml:space="preserve"> </w:t>
                      </w:r>
                      <w:r w:rsidR="008C35FE" w:rsidRPr="001A36B5">
                        <w:rPr>
                          <w:rFonts w:ascii="Arial" w:hAnsi="Arial" w:cs="Arial"/>
                          <w:sz w:val="22"/>
                          <w:szCs w:val="24"/>
                        </w:rPr>
                        <w:t>This includes observable, masked</w:t>
                      </w:r>
                      <w:r w:rsidR="008C35FE">
                        <w:rPr>
                          <w:rFonts w:ascii="Arial" w:hAnsi="Arial" w:cs="Arial"/>
                          <w:sz w:val="22"/>
                          <w:szCs w:val="24"/>
                        </w:rPr>
                        <w:t xml:space="preserve"> </w:t>
                      </w:r>
                      <w:r w:rsidR="008C35FE" w:rsidRPr="001A36B5">
                        <w:rPr>
                          <w:rFonts w:ascii="Arial" w:hAnsi="Arial" w:cs="Arial"/>
                          <w:sz w:val="22"/>
                          <w:szCs w:val="24"/>
                        </w:rPr>
                        <w:t>/</w:t>
                      </w:r>
                      <w:r w:rsidR="008C35FE">
                        <w:rPr>
                          <w:rFonts w:ascii="Arial" w:hAnsi="Arial" w:cs="Arial"/>
                          <w:sz w:val="22"/>
                          <w:szCs w:val="24"/>
                        </w:rPr>
                        <w:t xml:space="preserve"> </w:t>
                      </w:r>
                      <w:r w:rsidR="008C35FE" w:rsidRPr="001A36B5">
                        <w:rPr>
                          <w:rFonts w:ascii="Arial" w:hAnsi="Arial" w:cs="Arial"/>
                          <w:sz w:val="22"/>
                          <w:szCs w:val="24"/>
                        </w:rPr>
                        <w:t xml:space="preserve">internalized, and accommodated examples. For </w:t>
                      </w:r>
                      <w:proofErr w:type="gramStart"/>
                      <w:r w:rsidR="008C35FE" w:rsidRPr="001A36B5">
                        <w:rPr>
                          <w:rFonts w:ascii="Arial" w:hAnsi="Arial" w:cs="Arial"/>
                          <w:sz w:val="22"/>
                          <w:szCs w:val="24"/>
                        </w:rPr>
                        <w:t>accommodated</w:t>
                      </w:r>
                      <w:proofErr w:type="gramEnd"/>
                      <w:r w:rsidR="008C35FE" w:rsidRPr="001A36B5">
                        <w:rPr>
                          <w:rFonts w:ascii="Arial" w:hAnsi="Arial" w:cs="Arial"/>
                          <w:sz w:val="22"/>
                          <w:szCs w:val="24"/>
                        </w:rPr>
                        <w:t>, think about what your experiences in those circumstances would have been like if those accommodations were removed.</w:t>
                      </w:r>
                    </w:p>
                    <w:p w14:paraId="2971703F" w14:textId="204345CF" w:rsidR="005A5326" w:rsidRPr="005A5326" w:rsidRDefault="005A5326"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00FC49DD" w:rsidRPr="005A5326">
                        <w:rPr>
                          <w:rFonts w:ascii="Arial" w:hAnsi="Arial" w:cs="Arial"/>
                          <w:sz w:val="22"/>
                          <w:szCs w:val="24"/>
                        </w:rPr>
                        <w:t xml:space="preserve"> </w:t>
                      </w:r>
                      <w:r w:rsidRPr="005A5326">
                        <w:rPr>
                          <w:rFonts w:ascii="Segoe UI Symbol" w:hAnsi="Segoe UI Symbol" w:cs="Segoe UI Symbol"/>
                          <w:sz w:val="22"/>
                          <w:szCs w:val="24"/>
                        </w:rPr>
                        <w:t>☐</w:t>
                      </w:r>
                      <w:r w:rsidRPr="005A5326">
                        <w:rPr>
                          <w:rFonts w:ascii="Arial" w:hAnsi="Arial" w:cs="Arial"/>
                          <w:sz w:val="22"/>
                          <w:szCs w:val="24"/>
                        </w:rPr>
                        <w:t xml:space="preserve"> NO</w:t>
                      </w:r>
                      <w:r w:rsidR="00FC49DD">
                        <w:rPr>
                          <w:rFonts w:ascii="Arial" w:hAnsi="Arial" w:cs="Arial"/>
                          <w:sz w:val="22"/>
                          <w:szCs w:val="24"/>
                        </w:rPr>
                        <w:t xml:space="preserve">     </w:t>
                      </w:r>
                      <w:r w:rsidR="00FC49DD" w:rsidRPr="005A5326">
                        <w:rPr>
                          <w:rFonts w:ascii="Segoe UI Symbol" w:hAnsi="Segoe UI Symbol" w:cs="Segoe UI Symbol"/>
                          <w:sz w:val="22"/>
                          <w:szCs w:val="24"/>
                        </w:rPr>
                        <w:t>☐</w:t>
                      </w:r>
                      <w:r w:rsidR="00FC49DD">
                        <w:rPr>
                          <w:rFonts w:ascii="Segoe UI Symbol" w:hAnsi="Segoe UI Symbol" w:cs="Segoe UI Symbol"/>
                          <w:sz w:val="22"/>
                          <w:szCs w:val="24"/>
                        </w:rPr>
                        <w:t xml:space="preserve"> </w:t>
                      </w:r>
                      <w:r w:rsidR="00FC49DD">
                        <w:rPr>
                          <w:rFonts w:ascii="Arial" w:hAnsi="Arial" w:cs="Arial"/>
                          <w:sz w:val="22"/>
                          <w:szCs w:val="24"/>
                        </w:rPr>
                        <w:t>UNSURE</w:t>
                      </w:r>
                      <w:r w:rsidR="00FC49DD" w:rsidRPr="005A5326">
                        <w:rPr>
                          <w:rFonts w:ascii="Arial" w:hAnsi="Arial" w:cs="Arial"/>
                          <w:sz w:val="22"/>
                          <w:szCs w:val="24"/>
                        </w:rPr>
                        <w:t xml:space="preserve">   </w:t>
                      </w:r>
                    </w:p>
                    <w:p w14:paraId="33A66174" w14:textId="63C3C7EB" w:rsidR="005A5326" w:rsidRPr="001A36B5" w:rsidRDefault="005A5326" w:rsidP="009C476A">
                      <w:pPr>
                        <w:pStyle w:val="ListParagraph"/>
                        <w:numPr>
                          <w:ilvl w:val="0"/>
                          <w:numId w:val="19"/>
                        </w:numPr>
                        <w:spacing w:after="180"/>
                        <w:ind w:right="190"/>
                        <w:rPr>
                          <w:rFonts w:ascii="Arial" w:hAnsi="Arial" w:cs="Arial"/>
                          <w:b/>
                          <w:bCs/>
                          <w:sz w:val="22"/>
                          <w:szCs w:val="24"/>
                        </w:rPr>
                      </w:pPr>
                      <w:r w:rsidRPr="001A36B5">
                        <w:rPr>
                          <w:rFonts w:ascii="Arial" w:hAnsi="Arial" w:cs="Arial"/>
                          <w:b/>
                          <w:bCs/>
                          <w:sz w:val="22"/>
                          <w:szCs w:val="24"/>
                        </w:rPr>
                        <w:t xml:space="preserve">Were you able to think of a substantial number of examples of </w:t>
                      </w:r>
                      <w:r w:rsidR="008C35FE" w:rsidRPr="001A36B5">
                        <w:rPr>
                          <w:rFonts w:ascii="Arial" w:hAnsi="Arial" w:cs="Arial"/>
                          <w:b/>
                          <w:bCs/>
                          <w:sz w:val="22"/>
                          <w:szCs w:val="24"/>
                        </w:rPr>
                        <w:t>this criterion</w:t>
                      </w:r>
                      <w:r w:rsidRPr="001A36B5">
                        <w:rPr>
                          <w:rFonts w:ascii="Arial" w:hAnsi="Arial" w:cs="Arial"/>
                          <w:b/>
                          <w:bCs/>
                          <w:sz w:val="22"/>
                          <w:szCs w:val="24"/>
                        </w:rPr>
                        <w:t xml:space="preserve"> showing up for you throughout your life?</w:t>
                      </w:r>
                      <w:r w:rsidR="001A36B5" w:rsidRPr="001A36B5">
                        <w:rPr>
                          <w:rFonts w:ascii="Arial" w:hAnsi="Arial" w:cs="Arial"/>
                          <w:b/>
                          <w:bCs/>
                          <w:sz w:val="22"/>
                          <w:szCs w:val="24"/>
                        </w:rPr>
                        <w:t xml:space="preserve"> </w:t>
                      </w:r>
                      <w:r w:rsidR="008C35FE">
                        <w:rPr>
                          <w:rFonts w:ascii="Arial" w:hAnsi="Arial" w:cs="Arial"/>
                          <w:sz w:val="22"/>
                          <w:szCs w:val="24"/>
                        </w:rPr>
                        <w:t xml:space="preserve">Including </w:t>
                      </w:r>
                      <w:r w:rsidR="001A36B5" w:rsidRPr="001A36B5">
                        <w:rPr>
                          <w:rFonts w:ascii="Arial" w:hAnsi="Arial" w:cs="Arial"/>
                          <w:sz w:val="22"/>
                          <w:szCs w:val="24"/>
                        </w:rPr>
                        <w:t>observable, masked/internalized, and accommodated</w:t>
                      </w:r>
                      <w:r w:rsidR="008C35FE">
                        <w:rPr>
                          <w:rFonts w:ascii="Arial" w:hAnsi="Arial" w:cs="Arial"/>
                          <w:sz w:val="22"/>
                          <w:szCs w:val="24"/>
                        </w:rPr>
                        <w:t>.</w:t>
                      </w:r>
                    </w:p>
                    <w:p w14:paraId="2E9EE232" w14:textId="77777777" w:rsidR="001A36B5" w:rsidRPr="005A5326" w:rsidRDefault="001A36B5"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37D8892D" w14:textId="4C189EEB" w:rsidR="005A5326" w:rsidRPr="001A36B5" w:rsidRDefault="005A5326" w:rsidP="009C476A">
                      <w:pPr>
                        <w:pStyle w:val="ListParagraph"/>
                        <w:numPr>
                          <w:ilvl w:val="0"/>
                          <w:numId w:val="19"/>
                        </w:numPr>
                        <w:spacing w:after="180"/>
                        <w:ind w:right="190"/>
                        <w:rPr>
                          <w:rFonts w:ascii="Arial" w:hAnsi="Arial" w:cs="Arial"/>
                          <w:b/>
                          <w:bCs/>
                          <w:sz w:val="22"/>
                          <w:szCs w:val="24"/>
                        </w:rPr>
                      </w:pPr>
                      <w:r w:rsidRPr="001A36B5">
                        <w:rPr>
                          <w:rFonts w:ascii="Arial" w:hAnsi="Arial" w:cs="Arial"/>
                          <w:b/>
                          <w:bCs/>
                          <w:sz w:val="22"/>
                          <w:szCs w:val="24"/>
                        </w:rPr>
                        <w:t xml:space="preserve">Would you say that </w:t>
                      </w:r>
                      <w:r w:rsidR="008C35FE" w:rsidRPr="001A36B5">
                        <w:rPr>
                          <w:rFonts w:ascii="Arial" w:hAnsi="Arial" w:cs="Arial"/>
                          <w:b/>
                          <w:bCs/>
                          <w:sz w:val="22"/>
                          <w:szCs w:val="24"/>
                        </w:rPr>
                        <w:t>this criterion</w:t>
                      </w:r>
                      <w:r w:rsidRPr="001A36B5">
                        <w:rPr>
                          <w:rFonts w:ascii="Arial" w:hAnsi="Arial" w:cs="Arial"/>
                          <w:b/>
                          <w:bCs/>
                          <w:sz w:val="22"/>
                          <w:szCs w:val="24"/>
                        </w:rPr>
                        <w:t xml:space="preserve"> shows up for you in ways that meaningfully interfere with your life and important life activities?</w:t>
                      </w:r>
                    </w:p>
                    <w:p w14:paraId="20586531" w14:textId="77777777" w:rsidR="001A36B5" w:rsidRPr="005A5326" w:rsidRDefault="001A36B5"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41AD7331" w14:textId="11961B04" w:rsidR="005A5326" w:rsidRPr="001A36B5" w:rsidRDefault="005A5326" w:rsidP="009C476A">
                      <w:pPr>
                        <w:pStyle w:val="ListParagraph"/>
                        <w:numPr>
                          <w:ilvl w:val="0"/>
                          <w:numId w:val="19"/>
                        </w:numPr>
                        <w:spacing w:after="180"/>
                        <w:ind w:right="190"/>
                        <w:rPr>
                          <w:rFonts w:ascii="Arial" w:hAnsi="Arial" w:cs="Arial"/>
                          <w:b/>
                          <w:bCs/>
                          <w:sz w:val="22"/>
                          <w:szCs w:val="24"/>
                        </w:rPr>
                      </w:pPr>
                      <w:r w:rsidRPr="001A36B5">
                        <w:rPr>
                          <w:rFonts w:ascii="Arial" w:hAnsi="Arial" w:cs="Arial"/>
                          <w:b/>
                          <w:bCs/>
                          <w:sz w:val="22"/>
                          <w:szCs w:val="24"/>
                        </w:rPr>
                        <w:t>After reviewing the Intellectual Disability and Global Development Delay criteria in the DSM 5-TR, do you believe the examples you provided are most likely explained by autism and not either of the other conditions?</w:t>
                      </w:r>
                    </w:p>
                    <w:p w14:paraId="7A2ED826" w14:textId="77777777" w:rsidR="001A36B5" w:rsidRPr="005A5326" w:rsidRDefault="001A36B5"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468918F0" w14:textId="159CA8CD" w:rsidR="001A36B5" w:rsidRPr="00FC49DD" w:rsidRDefault="001A36B5" w:rsidP="009C476A">
                      <w:pPr>
                        <w:spacing w:after="0"/>
                        <w:ind w:left="187" w:right="187"/>
                        <w:rPr>
                          <w:rFonts w:ascii="Arial" w:hAnsi="Arial" w:cs="Arial"/>
                          <w:i/>
                          <w:iCs/>
                          <w:sz w:val="22"/>
                          <w:szCs w:val="24"/>
                        </w:rPr>
                      </w:pPr>
                      <w:r w:rsidRPr="00FC49DD">
                        <w:rPr>
                          <w:rFonts w:ascii="Arial" w:hAnsi="Arial" w:cs="Arial"/>
                          <w:i/>
                          <w:iCs/>
                          <w:sz w:val="22"/>
                          <w:szCs w:val="24"/>
                        </w:rPr>
                        <w:t xml:space="preserve">Note: You will transfer these answers to the Assessment Rubric after you complete your full </w:t>
                      </w:r>
                      <w:r>
                        <w:rPr>
                          <w:rFonts w:ascii="Arial" w:hAnsi="Arial" w:cs="Arial"/>
                          <w:i/>
                          <w:iCs/>
                          <w:sz w:val="22"/>
                          <w:szCs w:val="24"/>
                        </w:rPr>
                        <w:br/>
                      </w:r>
                      <w:r w:rsidRPr="00FC49DD">
                        <w:rPr>
                          <w:rFonts w:ascii="Arial" w:hAnsi="Arial" w:cs="Arial"/>
                          <w:i/>
                          <w:iCs/>
                          <w:sz w:val="22"/>
                          <w:szCs w:val="24"/>
                        </w:rPr>
                        <w:t xml:space="preserve">self-assessment activity. </w:t>
                      </w:r>
                    </w:p>
                    <w:p w14:paraId="58D7D17D" w14:textId="77777777" w:rsidR="001A36B5" w:rsidRDefault="001A36B5" w:rsidP="009C476A">
                      <w:pPr>
                        <w:pBdr>
                          <w:bottom w:val="single" w:sz="6" w:space="1" w:color="auto"/>
                        </w:pBdr>
                        <w:spacing w:after="180"/>
                        <w:ind w:right="190"/>
                        <w:rPr>
                          <w:rFonts w:ascii="Arial" w:hAnsi="Arial" w:cs="Arial"/>
                          <w:b/>
                          <w:bCs/>
                          <w:sz w:val="22"/>
                          <w:szCs w:val="24"/>
                        </w:rPr>
                      </w:pPr>
                    </w:p>
                    <w:p w14:paraId="42DC8FD7" w14:textId="04B8B6F8" w:rsidR="001A36B5" w:rsidRDefault="008C35FE" w:rsidP="009C476A">
                      <w:pPr>
                        <w:spacing w:before="240" w:after="180"/>
                        <w:ind w:left="180" w:right="190"/>
                        <w:rPr>
                          <w:rFonts w:ascii="Arial" w:hAnsi="Arial" w:cs="Arial"/>
                          <w:sz w:val="22"/>
                          <w:szCs w:val="24"/>
                        </w:rPr>
                      </w:pPr>
                      <w:r>
                        <w:rPr>
                          <w:rFonts w:ascii="Arial" w:hAnsi="Arial" w:cs="Arial"/>
                          <w:sz w:val="22"/>
                          <w:szCs w:val="24"/>
                        </w:rPr>
                        <w:t>REMINDER</w:t>
                      </w:r>
                    </w:p>
                    <w:p w14:paraId="53461B0B" w14:textId="77777777" w:rsidR="001A36B5" w:rsidRPr="008C35FE" w:rsidRDefault="001A36B5" w:rsidP="009C476A">
                      <w:pPr>
                        <w:spacing w:after="180"/>
                        <w:ind w:left="180" w:right="190"/>
                        <w:rPr>
                          <w:rFonts w:ascii="Arial" w:hAnsi="Arial" w:cs="Arial"/>
                          <w:b/>
                          <w:bCs/>
                          <w:sz w:val="20"/>
                        </w:rPr>
                      </w:pPr>
                      <w:r w:rsidRPr="008C35FE">
                        <w:rPr>
                          <w:rFonts w:ascii="Arial" w:hAnsi="Arial" w:cs="Arial"/>
                          <w:b/>
                          <w:bCs/>
                          <w:sz w:val="20"/>
                        </w:rPr>
                        <w:t>If you answered “unsure” to any of the above questions</w:t>
                      </w:r>
                    </w:p>
                    <w:p w14:paraId="43886786" w14:textId="77777777" w:rsidR="001A36B5" w:rsidRPr="008C35FE" w:rsidRDefault="001A36B5" w:rsidP="009C476A">
                      <w:pPr>
                        <w:spacing w:after="180"/>
                        <w:ind w:left="180" w:right="190"/>
                        <w:rPr>
                          <w:rFonts w:ascii="Arial" w:hAnsi="Arial" w:cs="Arial"/>
                          <w:sz w:val="20"/>
                        </w:rPr>
                      </w:pPr>
                      <w:r w:rsidRPr="008C35FE">
                        <w:rPr>
                          <w:rFonts w:ascii="Arial" w:hAnsi="Arial" w:cs="Arial"/>
                          <w:sz w:val="20"/>
                        </w:rPr>
                        <w:t>You may want to come back and continue brainstorming after you’ve completed the remaining sections. Completing later sections may help you remember examples pertaining to this one.</w:t>
                      </w:r>
                    </w:p>
                    <w:p w14:paraId="6F68A52C" w14:textId="6D5B2BCE" w:rsidR="00FC49DD" w:rsidRPr="008C35FE" w:rsidRDefault="00FC49DD" w:rsidP="009C476A">
                      <w:pPr>
                        <w:spacing w:after="180"/>
                        <w:ind w:left="180" w:right="190"/>
                        <w:rPr>
                          <w:rFonts w:ascii="Arial" w:hAnsi="Arial" w:cs="Arial"/>
                          <w:b/>
                          <w:bCs/>
                          <w:sz w:val="20"/>
                        </w:rPr>
                      </w:pPr>
                      <w:r w:rsidRPr="008C35FE">
                        <w:rPr>
                          <w:rFonts w:ascii="Arial" w:hAnsi="Arial" w:cs="Arial"/>
                          <w:b/>
                          <w:bCs/>
                          <w:sz w:val="20"/>
                        </w:rPr>
                        <w:t>This process is not meant to be linear</w:t>
                      </w:r>
                    </w:p>
                    <w:p w14:paraId="51BA46F2" w14:textId="7271762A" w:rsidR="00FC49DD" w:rsidRPr="008C35FE" w:rsidRDefault="00FC49DD" w:rsidP="009C476A">
                      <w:pPr>
                        <w:spacing w:after="180"/>
                        <w:ind w:left="180" w:right="190"/>
                        <w:rPr>
                          <w:rFonts w:ascii="Arial" w:hAnsi="Arial" w:cs="Arial"/>
                          <w:sz w:val="20"/>
                        </w:rPr>
                      </w:pPr>
                      <w:r w:rsidRPr="008C35FE">
                        <w:rPr>
                          <w:rFonts w:ascii="Arial" w:hAnsi="Arial" w:cs="Arial"/>
                          <w:sz w:val="20"/>
                        </w:rPr>
                        <w:t xml:space="preserve">You can move freely between criteria and document different aspects of your experiences as you think of them. Many life experiences will span multiple criteria and will pertain to more than one section of this </w:t>
                      </w:r>
                      <w:r w:rsidR="002E5F9C" w:rsidRPr="002E5F9C">
                        <w:rPr>
                          <w:rFonts w:ascii="Arial" w:hAnsi="Arial" w:cs="Arial"/>
                          <w:sz w:val="20"/>
                        </w:rPr>
                        <w:t>guide</w:t>
                      </w:r>
                      <w:r w:rsidRPr="008C35FE">
                        <w:rPr>
                          <w:rFonts w:ascii="Arial" w:hAnsi="Arial" w:cs="Arial"/>
                          <w:sz w:val="20"/>
                        </w:rPr>
                        <w:t xml:space="preserve">. </w:t>
                      </w:r>
                    </w:p>
                    <w:p w14:paraId="74F9C9A2" w14:textId="39C02198" w:rsidR="00FC49DD" w:rsidRPr="008C35FE" w:rsidRDefault="00FC49DD" w:rsidP="009C476A">
                      <w:pPr>
                        <w:spacing w:after="180"/>
                        <w:ind w:left="180" w:right="190"/>
                        <w:rPr>
                          <w:rFonts w:ascii="Arial" w:hAnsi="Arial" w:cs="Arial"/>
                          <w:b/>
                          <w:bCs/>
                          <w:sz w:val="20"/>
                        </w:rPr>
                      </w:pPr>
                      <w:r w:rsidRPr="008C35FE">
                        <w:rPr>
                          <w:rFonts w:ascii="Arial" w:hAnsi="Arial" w:cs="Arial"/>
                          <w:b/>
                          <w:bCs/>
                          <w:sz w:val="20"/>
                        </w:rPr>
                        <w:t>This process is also not meant to be completed in one sitting</w:t>
                      </w:r>
                    </w:p>
                    <w:p w14:paraId="57421B2A" w14:textId="00C525BB" w:rsidR="00FC49DD" w:rsidRPr="008C35FE" w:rsidRDefault="00FC49DD" w:rsidP="009C476A">
                      <w:pPr>
                        <w:spacing w:after="180"/>
                        <w:ind w:left="180" w:right="190"/>
                        <w:rPr>
                          <w:rFonts w:ascii="Arial" w:hAnsi="Arial" w:cs="Arial"/>
                          <w:sz w:val="20"/>
                        </w:rPr>
                      </w:pPr>
                      <w:r w:rsidRPr="008C35FE">
                        <w:rPr>
                          <w:rFonts w:ascii="Arial" w:hAnsi="Arial" w:cs="Arial"/>
                          <w:sz w:val="20"/>
                        </w:rPr>
                        <w:t xml:space="preserve">Thinking about and remembering decades of your life is not an easy task. It also takes time. </w:t>
                      </w:r>
                      <w:r w:rsidR="001A36B5" w:rsidRPr="008C35FE">
                        <w:rPr>
                          <w:rFonts w:ascii="Arial" w:hAnsi="Arial" w:cs="Arial"/>
                          <w:sz w:val="20"/>
                        </w:rPr>
                        <w:t xml:space="preserve">Take as many breaks as you need. Even if those breaks span days or even weeks. </w:t>
                      </w:r>
                    </w:p>
                    <w:p w14:paraId="40C5EBE3" w14:textId="77777777" w:rsidR="005A5326" w:rsidRPr="008C35FE" w:rsidRDefault="005A5326" w:rsidP="001A36B5">
                      <w:pPr>
                        <w:spacing w:after="180"/>
                        <w:rPr>
                          <w:sz w:val="20"/>
                          <w:szCs w:val="20"/>
                        </w:rPr>
                      </w:pPr>
                    </w:p>
                  </w:txbxContent>
                </v:textbox>
                <w10:anchorlock/>
              </v:shape>
            </w:pict>
          </mc:Fallback>
        </mc:AlternateContent>
      </w:r>
    </w:p>
    <w:p w14:paraId="26DAE5B6" w14:textId="77777777" w:rsidR="005A5326" w:rsidRDefault="005A5326" w:rsidP="005A5326">
      <w:pPr>
        <w:spacing w:after="200"/>
        <w:rPr>
          <w:rFonts w:ascii="Arial" w:eastAsiaTheme="majorEastAsia" w:hAnsi="Arial" w:cs="Arial"/>
          <w:b/>
          <w:bCs/>
          <w:color w:val="8064A2" w:themeColor="accent4"/>
          <w:sz w:val="22"/>
          <w:szCs w:val="24"/>
        </w:rPr>
      </w:pPr>
      <w:r>
        <w:rPr>
          <w:rFonts w:ascii="Arial" w:hAnsi="Arial" w:cs="Arial"/>
          <w:b/>
          <w:bCs/>
          <w:color w:val="8064A2" w:themeColor="accent4"/>
          <w:sz w:val="22"/>
          <w:szCs w:val="24"/>
        </w:rPr>
        <w:br w:type="page"/>
      </w:r>
    </w:p>
    <w:p w14:paraId="61121D5C" w14:textId="55EE1FEE" w:rsidR="00BA21D8" w:rsidRPr="00FD443D" w:rsidRDefault="008A00EC" w:rsidP="00FD443D">
      <w:pPr>
        <w:pStyle w:val="Heading4"/>
        <w:shd w:val="clear" w:color="auto" w:fill="E8F4F8"/>
        <w:spacing w:after="240"/>
        <w:rPr>
          <w:rFonts w:ascii="Arial" w:hAnsi="Arial" w:cs="Arial"/>
          <w:i w:val="0"/>
          <w:iCs w:val="0"/>
          <w:color w:val="0070C0"/>
          <w:sz w:val="24"/>
          <w:szCs w:val="28"/>
        </w:rPr>
      </w:pPr>
      <w:r w:rsidRPr="00480CF8">
        <w:rPr>
          <w:rFonts w:ascii="Arial" w:hAnsi="Arial" w:cs="Arial"/>
          <w:i w:val="0"/>
          <w:iCs w:val="0"/>
          <w:color w:val="0070C0"/>
          <w:sz w:val="24"/>
          <w:szCs w:val="28"/>
        </w:rPr>
        <w:lastRenderedPageBreak/>
        <w:t>Criterion A2</w:t>
      </w:r>
      <w:r w:rsidR="00DB6550">
        <w:rPr>
          <w:rFonts w:ascii="Arial" w:hAnsi="Arial" w:cs="Arial"/>
          <w:i w:val="0"/>
          <w:iCs w:val="0"/>
          <w:color w:val="0070C0"/>
          <w:sz w:val="24"/>
          <w:szCs w:val="28"/>
        </w:rPr>
        <w:t xml:space="preserve"> Guided Section</w:t>
      </w:r>
    </w:p>
    <w:p w14:paraId="2236F433" w14:textId="2A929697" w:rsidR="008A00EC" w:rsidRDefault="00B04C6F" w:rsidP="00BA21D8">
      <w:pPr>
        <w:spacing w:afterLines="120" w:after="288" w:line="288" w:lineRule="auto"/>
        <w:rPr>
          <w:rFonts w:ascii="Arial" w:hAnsi="Arial" w:cs="Arial"/>
          <w:noProof/>
          <w:sz w:val="22"/>
        </w:rPr>
      </w:pPr>
      <w:r>
        <w:rPr>
          <w:rFonts w:ascii="Arial" w:hAnsi="Arial" w:cs="Arial"/>
          <w:b/>
          <w:bCs/>
          <w:noProof/>
          <w:sz w:val="22"/>
        </w:rPr>
        <w:t>DSM Criterion:</w:t>
      </w:r>
      <w:r>
        <w:rPr>
          <w:rFonts w:ascii="Arial" w:hAnsi="Arial" w:cs="Arial"/>
          <w:noProof/>
          <w:sz w:val="22"/>
        </w:rPr>
        <w:t xml:space="preserve"> </w:t>
      </w:r>
      <w:r w:rsidR="008A00EC" w:rsidRPr="00BA21D8">
        <w:rPr>
          <w:rFonts w:ascii="Arial" w:hAnsi="Arial" w:cs="Arial"/>
          <w:noProof/>
          <w:sz w:val="22"/>
        </w:rPr>
        <w:t>Deficits in nonverbal communicative behaviors used for social interaction, ranging, for example, from poorly integrated verbal and nonverbal communication; to abnormalities in eye contact and body language or deficits in understanding and use of gestures; to a total lack of facial expressions and nonverbal communication.</w:t>
      </w:r>
    </w:p>
    <w:p w14:paraId="7B4AF4D4" w14:textId="77777777" w:rsidR="00B04C6F" w:rsidRPr="00DB6550" w:rsidRDefault="00B04C6F" w:rsidP="00B04C6F">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t>Provided</w:t>
      </w:r>
      <w:r w:rsidRPr="00DB6550">
        <w:rPr>
          <w:rFonts w:ascii="Arial" w:hAnsi="Arial" w:cs="Arial"/>
          <w:b/>
          <w:bCs/>
          <w:color w:val="8064A2" w:themeColor="accent4"/>
          <w:sz w:val="22"/>
          <w:szCs w:val="24"/>
        </w:rPr>
        <w:t xml:space="preserve"> Examples</w:t>
      </w:r>
    </w:p>
    <w:p w14:paraId="31431D46" w14:textId="6A797929" w:rsidR="008A00EC" w:rsidRDefault="008A00EC" w:rsidP="008A00EC">
      <w:pPr>
        <w:spacing w:afterLines="120" w:after="288" w:line="360" w:lineRule="auto"/>
        <w:rPr>
          <w:rFonts w:ascii="Arial" w:hAnsi="Arial" w:cs="Arial"/>
          <w:sz w:val="24"/>
          <w:szCs w:val="28"/>
        </w:rPr>
      </w:pPr>
      <w:r>
        <w:rPr>
          <w:rFonts w:ascii="Arial" w:hAnsi="Arial" w:cs="Arial"/>
          <w:b/>
          <w:noProof/>
          <w:sz w:val="24"/>
          <w:szCs w:val="24"/>
        </w:rPr>
        <mc:AlternateContent>
          <mc:Choice Requires="wps">
            <w:drawing>
              <wp:inline distT="0" distB="0" distL="0" distR="0" wp14:anchorId="6300DA38" wp14:editId="7405A39D">
                <wp:extent cx="6339840" cy="4142630"/>
                <wp:effectExtent l="0" t="0" r="3810" b="0"/>
                <wp:docPr id="1080322751" name="Text Box 2"/>
                <wp:cNvGraphicFramePr/>
                <a:graphic xmlns:a="http://schemas.openxmlformats.org/drawingml/2006/main">
                  <a:graphicData uri="http://schemas.microsoft.com/office/word/2010/wordprocessingShape">
                    <wps:wsp>
                      <wps:cNvSpPr txBox="1"/>
                      <wps:spPr>
                        <a:xfrm>
                          <a:off x="0" y="0"/>
                          <a:ext cx="6339840" cy="4142630"/>
                        </a:xfrm>
                        <a:prstGeom prst="rect">
                          <a:avLst/>
                        </a:prstGeom>
                        <a:solidFill>
                          <a:srgbClr val="F7F5F9"/>
                        </a:solidFill>
                        <a:ln w="6350">
                          <a:noFill/>
                        </a:ln>
                      </wps:spPr>
                      <wps:txbx>
                        <w:txbxContent>
                          <w:p w14:paraId="7AF627C5" w14:textId="77777777" w:rsidR="00D408DC" w:rsidRPr="00082A39" w:rsidRDefault="00D408DC" w:rsidP="00D408DC">
                            <w:pPr>
                              <w:spacing w:after="240"/>
                              <w:rPr>
                                <w:rFonts w:ascii="Arial" w:hAnsi="Arial" w:cs="Arial"/>
                                <w:b/>
                                <w:bCs/>
                                <w:sz w:val="22"/>
                                <w:szCs w:val="24"/>
                              </w:rPr>
                            </w:pPr>
                            <w:r>
                              <w:rPr>
                                <w:rFonts w:ascii="Arial" w:hAnsi="Arial" w:cs="Arial"/>
                                <w:b/>
                                <w:bCs/>
                                <w:sz w:val="22"/>
                                <w:szCs w:val="24"/>
                              </w:rPr>
                              <w:t>General</w:t>
                            </w:r>
                            <w:r w:rsidRPr="00082A39">
                              <w:rPr>
                                <w:rFonts w:ascii="Arial" w:hAnsi="Arial" w:cs="Arial"/>
                                <w:b/>
                                <w:bCs/>
                                <w:sz w:val="22"/>
                                <w:szCs w:val="24"/>
                              </w:rPr>
                              <w:t xml:space="preserve"> examples:</w:t>
                            </w:r>
                          </w:p>
                          <w:p w14:paraId="01950EFD" w14:textId="726492AC" w:rsidR="00FD443D" w:rsidRPr="00082A39" w:rsidRDefault="00FD443D" w:rsidP="00082A39">
                            <w:pPr>
                              <w:spacing w:after="240"/>
                              <w:rPr>
                                <w:rFonts w:ascii="Arial" w:hAnsi="Arial" w:cs="Arial"/>
                                <w:sz w:val="22"/>
                                <w:szCs w:val="24"/>
                              </w:rPr>
                            </w:pPr>
                            <w:r w:rsidRPr="00082A39">
                              <w:rPr>
                                <w:rFonts w:ascii="Arial" w:hAnsi="Arial" w:cs="Arial"/>
                                <w:sz w:val="22"/>
                                <w:szCs w:val="24"/>
                              </w:rPr>
                              <w:t>Exaggerated use of gestures when talking, especially when animated about a certain topic. “Unusual” posture, facial expressions, or gait when in conversation with others. Discomfort making eye contact. Uses strategies such as mirroring or scripting to match behaviors of others.</w:t>
                            </w:r>
                          </w:p>
                          <w:p w14:paraId="3D3C3610"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childhood</w:t>
                            </w:r>
                          </w:p>
                          <w:p w14:paraId="2AB32386" w14:textId="175BD184" w:rsidR="00FD443D" w:rsidRPr="00082A39" w:rsidRDefault="00FD443D" w:rsidP="00082A39">
                            <w:pPr>
                              <w:spacing w:after="240"/>
                              <w:rPr>
                                <w:rFonts w:ascii="Arial" w:hAnsi="Arial" w:cs="Arial"/>
                                <w:sz w:val="22"/>
                                <w:szCs w:val="24"/>
                              </w:rPr>
                            </w:pPr>
                            <w:r w:rsidRPr="00082A39">
                              <w:rPr>
                                <w:rFonts w:ascii="Arial" w:hAnsi="Arial" w:cs="Arial"/>
                                <w:sz w:val="22"/>
                                <w:szCs w:val="24"/>
                              </w:rPr>
                              <w:t xml:space="preserve">Penelope has some “differences” in the way she holds herself and moves in space. This can be evident in how she walks and runs, which has been mentioned by her friends and peers. She also has very animated facial expressions that can sometimes come across as unusual or different. (I think they’re adorable, personally, but they are </w:t>
                            </w:r>
                            <w:proofErr w:type="gramStart"/>
                            <w:r w:rsidRPr="00082A39">
                              <w:rPr>
                                <w:rFonts w:ascii="Arial" w:hAnsi="Arial" w:cs="Arial"/>
                                <w:sz w:val="22"/>
                                <w:szCs w:val="24"/>
                              </w:rPr>
                              <w:t>definitely unique</w:t>
                            </w:r>
                            <w:proofErr w:type="gramEnd"/>
                            <w:r w:rsidRPr="00082A39">
                              <w:rPr>
                                <w:rFonts w:ascii="Arial" w:hAnsi="Arial" w:cs="Arial"/>
                                <w:sz w:val="22"/>
                                <w:szCs w:val="24"/>
                              </w:rPr>
                              <w:t xml:space="preserve"> to her and seen by others as “weird” or “quirky”.)</w:t>
                            </w:r>
                          </w:p>
                          <w:p w14:paraId="35668B12"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adulthood</w:t>
                            </w:r>
                          </w:p>
                          <w:p w14:paraId="1398A431" w14:textId="420CDDA3" w:rsidR="008A00EC" w:rsidRPr="00082A39" w:rsidRDefault="003A1587" w:rsidP="00082A39">
                            <w:pPr>
                              <w:spacing w:after="240"/>
                              <w:rPr>
                                <w:rFonts w:ascii="Arial" w:hAnsi="Arial" w:cs="Arial"/>
                                <w:sz w:val="22"/>
                                <w:szCs w:val="24"/>
                              </w:rPr>
                            </w:pPr>
                            <w:r w:rsidRPr="00082A39">
                              <w:rPr>
                                <w:rFonts w:ascii="Arial" w:hAnsi="Arial" w:cs="Arial"/>
                                <w:sz w:val="22"/>
                                <w:szCs w:val="24"/>
                              </w:rPr>
                              <w:t>I don’t have too much trouble reading other people’s body language, facial expressions, etc. But I do have a really difficult time with eye contact. I have learned over the years to manage the discomfort to the point that I am able to go in and out of giving eye contact if I feel it is necessary… but it is never my preference and my strategy for the most part is to look at the other person’s forehead, mouth,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300DA38" id="_x0000_s1035" type="#_x0000_t202" style="width:499.2pt;height:32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" fillcolor="#f7f5f9" stroked="f" strokeweight=".5pt">
                <v:textbox>
                  <w:txbxContent>
                    <w:p w14:paraId="7AF627C5" w14:textId="77777777" w:rsidR="00D408DC" w:rsidRPr="00082A39" w:rsidRDefault="00D408DC" w:rsidP="00D408DC">
                      <w:pPr>
                        <w:spacing w:after="240"/>
                        <w:rPr>
                          <w:rFonts w:ascii="Arial" w:hAnsi="Arial" w:cs="Arial"/>
                          <w:b/>
                          <w:bCs/>
                          <w:sz w:val="22"/>
                          <w:szCs w:val="24"/>
                        </w:rPr>
                      </w:pPr>
                      <w:r>
                        <w:rPr>
                          <w:rFonts w:ascii="Arial" w:hAnsi="Arial" w:cs="Arial"/>
                          <w:b/>
                          <w:bCs/>
                          <w:sz w:val="22"/>
                          <w:szCs w:val="24"/>
                        </w:rPr>
                        <w:t>General</w:t>
                      </w:r>
                      <w:r w:rsidRPr="00082A39">
                        <w:rPr>
                          <w:rFonts w:ascii="Arial" w:hAnsi="Arial" w:cs="Arial"/>
                          <w:b/>
                          <w:bCs/>
                          <w:sz w:val="22"/>
                          <w:szCs w:val="24"/>
                        </w:rPr>
                        <w:t xml:space="preserve"> examples:</w:t>
                      </w:r>
                    </w:p>
                    <w:p w14:paraId="01950EFD" w14:textId="726492AC" w:rsidR="00FD443D" w:rsidRPr="00082A39" w:rsidRDefault="00FD443D" w:rsidP="00082A39">
                      <w:pPr>
                        <w:spacing w:after="240"/>
                        <w:rPr>
                          <w:rFonts w:ascii="Arial" w:hAnsi="Arial" w:cs="Arial"/>
                          <w:sz w:val="22"/>
                          <w:szCs w:val="24"/>
                        </w:rPr>
                      </w:pPr>
                      <w:r w:rsidRPr="00082A39">
                        <w:rPr>
                          <w:rFonts w:ascii="Arial" w:hAnsi="Arial" w:cs="Arial"/>
                          <w:sz w:val="22"/>
                          <w:szCs w:val="24"/>
                        </w:rPr>
                        <w:t>Exaggerated use of gestures when talking, especially when animated about a certain topic. “Unusual” posture, facial expressions, or gait when in conversation with others. Discomfort making eye contact. Uses strategies such as mirroring or scripting to match behaviors of others.</w:t>
                      </w:r>
                    </w:p>
                    <w:p w14:paraId="3D3C3610"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childhood</w:t>
                      </w:r>
                    </w:p>
                    <w:p w14:paraId="2AB32386" w14:textId="175BD184" w:rsidR="00FD443D" w:rsidRPr="00082A39" w:rsidRDefault="00FD443D" w:rsidP="00082A39">
                      <w:pPr>
                        <w:spacing w:after="240"/>
                        <w:rPr>
                          <w:rFonts w:ascii="Arial" w:hAnsi="Arial" w:cs="Arial"/>
                          <w:sz w:val="22"/>
                          <w:szCs w:val="24"/>
                        </w:rPr>
                      </w:pPr>
                      <w:r w:rsidRPr="00082A39">
                        <w:rPr>
                          <w:rFonts w:ascii="Arial" w:hAnsi="Arial" w:cs="Arial"/>
                          <w:sz w:val="22"/>
                          <w:szCs w:val="24"/>
                        </w:rPr>
                        <w:t xml:space="preserve">Penelope has some “differences” in the way she holds herself and moves in space. This can be evident in how she walks and runs, which has been mentioned by her friends and peers. She also has very animated facial expressions that can sometimes come across as unusual or different. (I think they’re adorable, personally, but they are </w:t>
                      </w:r>
                      <w:proofErr w:type="gramStart"/>
                      <w:r w:rsidRPr="00082A39">
                        <w:rPr>
                          <w:rFonts w:ascii="Arial" w:hAnsi="Arial" w:cs="Arial"/>
                          <w:sz w:val="22"/>
                          <w:szCs w:val="24"/>
                        </w:rPr>
                        <w:t>definitely unique</w:t>
                      </w:r>
                      <w:proofErr w:type="gramEnd"/>
                      <w:r w:rsidRPr="00082A39">
                        <w:rPr>
                          <w:rFonts w:ascii="Arial" w:hAnsi="Arial" w:cs="Arial"/>
                          <w:sz w:val="22"/>
                          <w:szCs w:val="24"/>
                        </w:rPr>
                        <w:t xml:space="preserve"> to her and seen by others as “weird” or “quirky”.)</w:t>
                      </w:r>
                    </w:p>
                    <w:p w14:paraId="35668B12"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adulthood</w:t>
                      </w:r>
                    </w:p>
                    <w:p w14:paraId="1398A431" w14:textId="420CDDA3" w:rsidR="008A00EC" w:rsidRPr="00082A39" w:rsidRDefault="003A1587" w:rsidP="00082A39">
                      <w:pPr>
                        <w:spacing w:after="240"/>
                        <w:rPr>
                          <w:rFonts w:ascii="Arial" w:hAnsi="Arial" w:cs="Arial"/>
                          <w:sz w:val="22"/>
                          <w:szCs w:val="24"/>
                        </w:rPr>
                      </w:pPr>
                      <w:r w:rsidRPr="00082A39">
                        <w:rPr>
                          <w:rFonts w:ascii="Arial" w:hAnsi="Arial" w:cs="Arial"/>
                          <w:sz w:val="22"/>
                          <w:szCs w:val="24"/>
                        </w:rPr>
                        <w:t>I don’t have too much trouble reading other people’s body language, facial expressions, etc. But I do have a really difficult time with eye contact. I have learned over the years to manage the discomfort to the point that I am able to go in and out of giving eye contact if I feel it is necessary… but it is never my preference and my strategy for the most part is to look at the other person’s forehead, mouth, etc.</w:t>
                      </w:r>
                    </w:p>
                  </w:txbxContent>
                </v:textbox>
                <w10:anchorlock/>
              </v:shape>
            </w:pict>
          </mc:Fallback>
        </mc:AlternateContent>
      </w:r>
    </w:p>
    <w:p w14:paraId="76C6CA9D" w14:textId="4316085A" w:rsidR="008A00EC" w:rsidRDefault="008A00EC" w:rsidP="008A00EC">
      <w:pPr>
        <w:spacing w:afterLines="120" w:after="288" w:line="360" w:lineRule="auto"/>
        <w:rPr>
          <w:rFonts w:ascii="Arial" w:hAnsi="Arial" w:cs="Arial"/>
          <w:sz w:val="24"/>
          <w:szCs w:val="28"/>
        </w:rPr>
      </w:pPr>
    </w:p>
    <w:p w14:paraId="1862D631" w14:textId="2EC9DF37" w:rsidR="00B04C6F" w:rsidRPr="00BA4AEC" w:rsidRDefault="00B04C6F" w:rsidP="00B04C6F">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Your Examples: E</w:t>
      </w:r>
      <w:r w:rsidRPr="00BA4AEC">
        <w:rPr>
          <w:rFonts w:ascii="Arial" w:hAnsi="Arial" w:cs="Arial"/>
          <w:b/>
          <w:bCs/>
          <w:color w:val="8064A2" w:themeColor="accent4"/>
          <w:sz w:val="22"/>
          <w:szCs w:val="24"/>
        </w:rPr>
        <w:t xml:space="preserve">arly life through adolescence </w:t>
      </w:r>
    </w:p>
    <w:p w14:paraId="654DD531" w14:textId="77777777" w:rsidR="00DB6550" w:rsidRDefault="00DB6550" w:rsidP="00DB6550">
      <w:pPr>
        <w:spacing w:after="360" w:line="360" w:lineRule="auto"/>
        <w:rPr>
          <w:rFonts w:ascii="Arial" w:hAnsi="Arial" w:cs="Arial"/>
          <w:sz w:val="24"/>
          <w:szCs w:val="28"/>
        </w:rPr>
      </w:pPr>
      <w:r>
        <w:rPr>
          <w:rFonts w:ascii="Arial" w:hAnsi="Arial" w:cs="Arial"/>
          <w:b/>
          <w:noProof/>
          <w:sz w:val="24"/>
          <w:szCs w:val="24"/>
        </w:rPr>
        <mc:AlternateContent>
          <mc:Choice Requires="wps">
            <w:drawing>
              <wp:inline distT="0" distB="0" distL="0" distR="0" wp14:anchorId="75F8B87A" wp14:editId="4365EE29">
                <wp:extent cx="6339840" cy="8096250"/>
                <wp:effectExtent l="0" t="0" r="3810" b="0"/>
                <wp:docPr id="381436100" name="Text Box 2"/>
                <wp:cNvGraphicFramePr/>
                <a:graphic xmlns:a="http://schemas.openxmlformats.org/drawingml/2006/main">
                  <a:graphicData uri="http://schemas.microsoft.com/office/word/2010/wordprocessingShape">
                    <wps:wsp>
                      <wps:cNvSpPr txBox="1"/>
                      <wps:spPr>
                        <a:xfrm>
                          <a:off x="0" y="0"/>
                          <a:ext cx="6339840" cy="8096250"/>
                        </a:xfrm>
                        <a:prstGeom prst="rect">
                          <a:avLst/>
                        </a:prstGeom>
                        <a:solidFill>
                          <a:srgbClr val="F0F7FA"/>
                        </a:solidFill>
                        <a:ln w="6350">
                          <a:noFill/>
                        </a:ln>
                      </wps:spPr>
                      <wps:txbx>
                        <w:txbxContent>
                          <w:p w14:paraId="518AFC48" w14:textId="77777777" w:rsidR="00DB6550" w:rsidRPr="003B29D5" w:rsidRDefault="00DB6550" w:rsidP="00DB6550">
                            <w:pPr>
                              <w:rPr>
                                <w:sz w:val="22"/>
                                <w:szCs w:val="24"/>
                              </w:rPr>
                            </w:pPr>
                            <w:r w:rsidRPr="003B29D5">
                              <w:rPr>
                                <w:b/>
                                <w:bCs/>
                                <w:sz w:val="22"/>
                                <w:szCs w:val="24"/>
                              </w:rPr>
                              <w:t xml:space="preserve">List stories and examples of this criterion showing up for you in visible ways from </w:t>
                            </w:r>
                            <w:r>
                              <w:rPr>
                                <w:b/>
                                <w:bCs/>
                                <w:sz w:val="22"/>
                                <w:szCs w:val="24"/>
                              </w:rPr>
                              <w:t>early life through adolescence</w:t>
                            </w:r>
                            <w:r w:rsidRPr="003B29D5">
                              <w:rPr>
                                <w:b/>
                                <w:bCs/>
                                <w:sz w:val="22"/>
                                <w:szCs w:val="24"/>
                              </w:rPr>
                              <w:t>.</w:t>
                            </w:r>
                            <w:r w:rsidRPr="003B29D5">
                              <w:rPr>
                                <w:sz w:val="22"/>
                                <w:szCs w:val="24"/>
                              </w:rPr>
                              <w:t xml:space="preserve"> There is no such thing as too many.</w:t>
                            </w:r>
                          </w:p>
                          <w:p w14:paraId="5BFD48CC" w14:textId="77777777" w:rsidR="00DB6550" w:rsidRDefault="00DB6550" w:rsidP="00DB6550">
                            <w:pPr>
                              <w:rPr>
                                <w:sz w:val="22"/>
                                <w:szCs w:val="24"/>
                              </w:rPr>
                            </w:pPr>
                          </w:p>
                          <w:p w14:paraId="1EDE9081" w14:textId="77777777" w:rsidR="00DB6550" w:rsidRDefault="00DB6550" w:rsidP="00DB6550">
                            <w:pPr>
                              <w:rPr>
                                <w:sz w:val="22"/>
                                <w:szCs w:val="24"/>
                              </w:rPr>
                            </w:pPr>
                          </w:p>
                          <w:p w14:paraId="5B5A68E6" w14:textId="77777777" w:rsidR="00DB6550" w:rsidRPr="003B29D5" w:rsidRDefault="00DB6550" w:rsidP="00DB6550">
                            <w:pPr>
                              <w:rPr>
                                <w:sz w:val="22"/>
                                <w:szCs w:val="24"/>
                              </w:rPr>
                            </w:pPr>
                          </w:p>
                          <w:p w14:paraId="367716B2" w14:textId="77777777" w:rsidR="00DB6550" w:rsidRPr="003B29D5" w:rsidRDefault="00DB6550" w:rsidP="00DB6550">
                            <w:pPr>
                              <w:rPr>
                                <w:sz w:val="22"/>
                                <w:szCs w:val="24"/>
                              </w:rPr>
                            </w:pPr>
                          </w:p>
                          <w:p w14:paraId="11AE8E06" w14:textId="77777777" w:rsidR="00DB6550" w:rsidRPr="003B29D5" w:rsidRDefault="00DB6550" w:rsidP="00DB6550">
                            <w:pPr>
                              <w:rPr>
                                <w:sz w:val="22"/>
                                <w:szCs w:val="24"/>
                              </w:rPr>
                            </w:pPr>
                          </w:p>
                          <w:p w14:paraId="708B2A1C" w14:textId="77777777" w:rsidR="00DB6550" w:rsidRPr="003B29D5" w:rsidRDefault="00DB6550" w:rsidP="00DB6550">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25DB5B46" w14:textId="77777777" w:rsidR="00DB6550" w:rsidRPr="003B29D5" w:rsidRDefault="00DB6550" w:rsidP="00DB6550">
                            <w:pPr>
                              <w:rPr>
                                <w:sz w:val="22"/>
                                <w:szCs w:val="24"/>
                              </w:rPr>
                            </w:pPr>
                          </w:p>
                          <w:p w14:paraId="6B4963DE" w14:textId="77777777" w:rsidR="00DB6550" w:rsidRDefault="00DB6550" w:rsidP="00DB6550">
                            <w:pPr>
                              <w:rPr>
                                <w:sz w:val="22"/>
                                <w:szCs w:val="24"/>
                              </w:rPr>
                            </w:pPr>
                          </w:p>
                          <w:p w14:paraId="79893AE0" w14:textId="77777777" w:rsidR="00DB6550" w:rsidRDefault="00DB6550" w:rsidP="00DB6550">
                            <w:pPr>
                              <w:rPr>
                                <w:sz w:val="22"/>
                                <w:szCs w:val="24"/>
                              </w:rPr>
                            </w:pPr>
                          </w:p>
                          <w:p w14:paraId="20A48DB3" w14:textId="77777777" w:rsidR="00DB6550" w:rsidRDefault="00DB6550" w:rsidP="00DB6550">
                            <w:pPr>
                              <w:rPr>
                                <w:sz w:val="22"/>
                                <w:szCs w:val="24"/>
                              </w:rPr>
                            </w:pPr>
                          </w:p>
                          <w:p w14:paraId="63DCDC46" w14:textId="77777777" w:rsidR="00DB6550" w:rsidRPr="003B29D5" w:rsidRDefault="00DB6550" w:rsidP="00DB6550">
                            <w:pPr>
                              <w:rPr>
                                <w:sz w:val="22"/>
                                <w:szCs w:val="24"/>
                              </w:rPr>
                            </w:pPr>
                          </w:p>
                          <w:p w14:paraId="2AFB57E0" w14:textId="77777777" w:rsidR="00DB6550" w:rsidRPr="003B29D5" w:rsidRDefault="00DB6550" w:rsidP="00DB6550">
                            <w:pPr>
                              <w:rPr>
                                <w:sz w:val="22"/>
                                <w:szCs w:val="24"/>
                              </w:rPr>
                            </w:pPr>
                          </w:p>
                          <w:p w14:paraId="0766FC2D" w14:textId="77777777" w:rsidR="00DB6550" w:rsidRPr="003B29D5" w:rsidRDefault="00DB6550" w:rsidP="00DB6550">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inaccessible whenever possible. </w:t>
                            </w:r>
                          </w:p>
                          <w:p w14:paraId="14E50EFC" w14:textId="77777777" w:rsidR="00DB6550" w:rsidRDefault="00DB6550" w:rsidP="00DB6550">
                            <w:pPr>
                              <w:rPr>
                                <w:sz w:val="22"/>
                                <w:szCs w:val="24"/>
                              </w:rPr>
                            </w:pPr>
                          </w:p>
                          <w:p w14:paraId="327C9BB6" w14:textId="77777777" w:rsidR="00DB6550" w:rsidRDefault="00DB6550" w:rsidP="00DB6550">
                            <w:pPr>
                              <w:rPr>
                                <w:sz w:val="22"/>
                                <w:szCs w:val="24"/>
                              </w:rPr>
                            </w:pPr>
                          </w:p>
                          <w:p w14:paraId="716E5780" w14:textId="77777777" w:rsidR="00DB6550" w:rsidRDefault="00DB6550" w:rsidP="00DB6550">
                            <w:pPr>
                              <w:rPr>
                                <w:sz w:val="22"/>
                                <w:szCs w:val="24"/>
                              </w:rPr>
                            </w:pPr>
                          </w:p>
                          <w:p w14:paraId="311FC728" w14:textId="77777777" w:rsidR="00DB6550" w:rsidRDefault="00DB6550" w:rsidP="00DB6550">
                            <w:pPr>
                              <w:rPr>
                                <w:sz w:val="22"/>
                                <w:szCs w:val="24"/>
                              </w:rPr>
                            </w:pPr>
                          </w:p>
                          <w:p w14:paraId="2B281489" w14:textId="77777777" w:rsidR="00DB6550" w:rsidRPr="003B29D5" w:rsidRDefault="00DB6550" w:rsidP="00DB6550">
                            <w:pPr>
                              <w:rPr>
                                <w:sz w:val="22"/>
                                <w:szCs w:val="24"/>
                              </w:rPr>
                            </w:pPr>
                          </w:p>
                          <w:p w14:paraId="3BA89ECA" w14:textId="77777777" w:rsidR="00DB6550" w:rsidRPr="003B29D5" w:rsidRDefault="00DB6550" w:rsidP="00DB6550">
                            <w:pPr>
                              <w:rPr>
                                <w:sz w:val="22"/>
                                <w:szCs w:val="24"/>
                              </w:rPr>
                            </w:pPr>
                          </w:p>
                          <w:p w14:paraId="4EE08F1D" w14:textId="77777777" w:rsidR="00DB6550" w:rsidRPr="003B29D5" w:rsidRDefault="00DB6550" w:rsidP="00DB6550">
                            <w:pPr>
                              <w:rPr>
                                <w:b/>
                                <w:bCs/>
                                <w:sz w:val="22"/>
                                <w:szCs w:val="24"/>
                              </w:rPr>
                            </w:pPr>
                            <w:r w:rsidRPr="003B29D5">
                              <w:rPr>
                                <w:b/>
                                <w:bCs/>
                                <w:sz w:val="22"/>
                                <w:szCs w:val="24"/>
                              </w:rPr>
                              <w:t xml:space="preserve">List examples of how this criterion meaningfully impacted you or caused impairment in your daily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5F8B87A" id="_x0000_s1036" type="#_x0000_t202" style="width:499.2pt;height:6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" fillcolor="#f0f7fa" stroked="f" strokeweight=".5pt">
                <v:textbox>
                  <w:txbxContent>
                    <w:p w14:paraId="518AFC48" w14:textId="77777777" w:rsidR="00DB6550" w:rsidRPr="003B29D5" w:rsidRDefault="00DB6550" w:rsidP="00DB6550">
                      <w:pPr>
                        <w:rPr>
                          <w:sz w:val="22"/>
                          <w:szCs w:val="24"/>
                        </w:rPr>
                      </w:pPr>
                      <w:r w:rsidRPr="003B29D5">
                        <w:rPr>
                          <w:b/>
                          <w:bCs/>
                          <w:sz w:val="22"/>
                          <w:szCs w:val="24"/>
                        </w:rPr>
                        <w:t xml:space="preserve">List stories and examples of this criterion showing up for you in visible ways from </w:t>
                      </w:r>
                      <w:r>
                        <w:rPr>
                          <w:b/>
                          <w:bCs/>
                          <w:sz w:val="22"/>
                          <w:szCs w:val="24"/>
                        </w:rPr>
                        <w:t>early life through adolescence</w:t>
                      </w:r>
                      <w:r w:rsidRPr="003B29D5">
                        <w:rPr>
                          <w:b/>
                          <w:bCs/>
                          <w:sz w:val="22"/>
                          <w:szCs w:val="24"/>
                        </w:rPr>
                        <w:t>.</w:t>
                      </w:r>
                      <w:r w:rsidRPr="003B29D5">
                        <w:rPr>
                          <w:sz w:val="22"/>
                          <w:szCs w:val="24"/>
                        </w:rPr>
                        <w:t xml:space="preserve"> There is no such thing as too many.</w:t>
                      </w:r>
                    </w:p>
                    <w:p w14:paraId="5BFD48CC" w14:textId="77777777" w:rsidR="00DB6550" w:rsidRDefault="00DB6550" w:rsidP="00DB6550">
                      <w:pPr>
                        <w:rPr>
                          <w:sz w:val="22"/>
                          <w:szCs w:val="24"/>
                        </w:rPr>
                      </w:pPr>
                    </w:p>
                    <w:p w14:paraId="1EDE9081" w14:textId="77777777" w:rsidR="00DB6550" w:rsidRDefault="00DB6550" w:rsidP="00DB6550">
                      <w:pPr>
                        <w:rPr>
                          <w:sz w:val="22"/>
                          <w:szCs w:val="24"/>
                        </w:rPr>
                      </w:pPr>
                    </w:p>
                    <w:p w14:paraId="5B5A68E6" w14:textId="77777777" w:rsidR="00DB6550" w:rsidRPr="003B29D5" w:rsidRDefault="00DB6550" w:rsidP="00DB6550">
                      <w:pPr>
                        <w:rPr>
                          <w:sz w:val="22"/>
                          <w:szCs w:val="24"/>
                        </w:rPr>
                      </w:pPr>
                    </w:p>
                    <w:p w14:paraId="367716B2" w14:textId="77777777" w:rsidR="00DB6550" w:rsidRPr="003B29D5" w:rsidRDefault="00DB6550" w:rsidP="00DB6550">
                      <w:pPr>
                        <w:rPr>
                          <w:sz w:val="22"/>
                          <w:szCs w:val="24"/>
                        </w:rPr>
                      </w:pPr>
                    </w:p>
                    <w:p w14:paraId="11AE8E06" w14:textId="77777777" w:rsidR="00DB6550" w:rsidRPr="003B29D5" w:rsidRDefault="00DB6550" w:rsidP="00DB6550">
                      <w:pPr>
                        <w:rPr>
                          <w:sz w:val="22"/>
                          <w:szCs w:val="24"/>
                        </w:rPr>
                      </w:pPr>
                    </w:p>
                    <w:p w14:paraId="708B2A1C" w14:textId="77777777" w:rsidR="00DB6550" w:rsidRPr="003B29D5" w:rsidRDefault="00DB6550" w:rsidP="00DB6550">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25DB5B46" w14:textId="77777777" w:rsidR="00DB6550" w:rsidRPr="003B29D5" w:rsidRDefault="00DB6550" w:rsidP="00DB6550">
                      <w:pPr>
                        <w:rPr>
                          <w:sz w:val="22"/>
                          <w:szCs w:val="24"/>
                        </w:rPr>
                      </w:pPr>
                    </w:p>
                    <w:p w14:paraId="6B4963DE" w14:textId="77777777" w:rsidR="00DB6550" w:rsidRDefault="00DB6550" w:rsidP="00DB6550">
                      <w:pPr>
                        <w:rPr>
                          <w:sz w:val="22"/>
                          <w:szCs w:val="24"/>
                        </w:rPr>
                      </w:pPr>
                    </w:p>
                    <w:p w14:paraId="79893AE0" w14:textId="77777777" w:rsidR="00DB6550" w:rsidRDefault="00DB6550" w:rsidP="00DB6550">
                      <w:pPr>
                        <w:rPr>
                          <w:sz w:val="22"/>
                          <w:szCs w:val="24"/>
                        </w:rPr>
                      </w:pPr>
                    </w:p>
                    <w:p w14:paraId="20A48DB3" w14:textId="77777777" w:rsidR="00DB6550" w:rsidRDefault="00DB6550" w:rsidP="00DB6550">
                      <w:pPr>
                        <w:rPr>
                          <w:sz w:val="22"/>
                          <w:szCs w:val="24"/>
                        </w:rPr>
                      </w:pPr>
                    </w:p>
                    <w:p w14:paraId="63DCDC46" w14:textId="77777777" w:rsidR="00DB6550" w:rsidRPr="003B29D5" w:rsidRDefault="00DB6550" w:rsidP="00DB6550">
                      <w:pPr>
                        <w:rPr>
                          <w:sz w:val="22"/>
                          <w:szCs w:val="24"/>
                        </w:rPr>
                      </w:pPr>
                    </w:p>
                    <w:p w14:paraId="2AFB57E0" w14:textId="77777777" w:rsidR="00DB6550" w:rsidRPr="003B29D5" w:rsidRDefault="00DB6550" w:rsidP="00DB6550">
                      <w:pPr>
                        <w:rPr>
                          <w:sz w:val="22"/>
                          <w:szCs w:val="24"/>
                        </w:rPr>
                      </w:pPr>
                    </w:p>
                    <w:p w14:paraId="0766FC2D" w14:textId="77777777" w:rsidR="00DB6550" w:rsidRPr="003B29D5" w:rsidRDefault="00DB6550" w:rsidP="00DB6550">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inaccessible whenever possible. </w:t>
                      </w:r>
                    </w:p>
                    <w:p w14:paraId="14E50EFC" w14:textId="77777777" w:rsidR="00DB6550" w:rsidRDefault="00DB6550" w:rsidP="00DB6550">
                      <w:pPr>
                        <w:rPr>
                          <w:sz w:val="22"/>
                          <w:szCs w:val="24"/>
                        </w:rPr>
                      </w:pPr>
                    </w:p>
                    <w:p w14:paraId="327C9BB6" w14:textId="77777777" w:rsidR="00DB6550" w:rsidRDefault="00DB6550" w:rsidP="00DB6550">
                      <w:pPr>
                        <w:rPr>
                          <w:sz w:val="22"/>
                          <w:szCs w:val="24"/>
                        </w:rPr>
                      </w:pPr>
                    </w:p>
                    <w:p w14:paraId="716E5780" w14:textId="77777777" w:rsidR="00DB6550" w:rsidRDefault="00DB6550" w:rsidP="00DB6550">
                      <w:pPr>
                        <w:rPr>
                          <w:sz w:val="22"/>
                          <w:szCs w:val="24"/>
                        </w:rPr>
                      </w:pPr>
                    </w:p>
                    <w:p w14:paraId="311FC728" w14:textId="77777777" w:rsidR="00DB6550" w:rsidRDefault="00DB6550" w:rsidP="00DB6550">
                      <w:pPr>
                        <w:rPr>
                          <w:sz w:val="22"/>
                          <w:szCs w:val="24"/>
                        </w:rPr>
                      </w:pPr>
                    </w:p>
                    <w:p w14:paraId="2B281489" w14:textId="77777777" w:rsidR="00DB6550" w:rsidRPr="003B29D5" w:rsidRDefault="00DB6550" w:rsidP="00DB6550">
                      <w:pPr>
                        <w:rPr>
                          <w:sz w:val="22"/>
                          <w:szCs w:val="24"/>
                        </w:rPr>
                      </w:pPr>
                    </w:p>
                    <w:p w14:paraId="3BA89ECA" w14:textId="77777777" w:rsidR="00DB6550" w:rsidRPr="003B29D5" w:rsidRDefault="00DB6550" w:rsidP="00DB6550">
                      <w:pPr>
                        <w:rPr>
                          <w:sz w:val="22"/>
                          <w:szCs w:val="24"/>
                        </w:rPr>
                      </w:pPr>
                    </w:p>
                    <w:p w14:paraId="4EE08F1D" w14:textId="77777777" w:rsidR="00DB6550" w:rsidRPr="003B29D5" w:rsidRDefault="00DB6550" w:rsidP="00DB6550">
                      <w:pPr>
                        <w:rPr>
                          <w:b/>
                          <w:bCs/>
                          <w:sz w:val="22"/>
                          <w:szCs w:val="24"/>
                        </w:rPr>
                      </w:pPr>
                      <w:r w:rsidRPr="003B29D5">
                        <w:rPr>
                          <w:b/>
                          <w:bCs/>
                          <w:sz w:val="22"/>
                          <w:szCs w:val="24"/>
                        </w:rPr>
                        <w:t xml:space="preserve">List examples of how this criterion meaningfully impacted you or caused impairment in your daily life. </w:t>
                      </w:r>
                    </w:p>
                  </w:txbxContent>
                </v:textbox>
                <w10:anchorlock/>
              </v:shape>
            </w:pict>
          </mc:Fallback>
        </mc:AlternateContent>
      </w:r>
    </w:p>
    <w:p w14:paraId="03960165" w14:textId="77777777" w:rsidR="00B04C6F" w:rsidRPr="00BA4AEC" w:rsidRDefault="00B04C6F" w:rsidP="00B04C6F">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Your Examples: E</w:t>
      </w:r>
      <w:r w:rsidRPr="00BA4AEC">
        <w:rPr>
          <w:rFonts w:ascii="Arial" w:hAnsi="Arial" w:cs="Arial"/>
          <w:b/>
          <w:bCs/>
          <w:color w:val="8064A2" w:themeColor="accent4"/>
          <w:sz w:val="22"/>
          <w:szCs w:val="24"/>
        </w:rPr>
        <w:t xml:space="preserve">arly adulthood through present </w:t>
      </w:r>
    </w:p>
    <w:p w14:paraId="446EAA3B" w14:textId="77777777" w:rsidR="00DB6550" w:rsidRPr="003B29D5" w:rsidRDefault="00DB6550" w:rsidP="00DB6550">
      <w:pPr>
        <w:spacing w:after="200"/>
        <w:rPr>
          <w:rFonts w:ascii="Arial" w:eastAsiaTheme="majorEastAsia" w:hAnsi="Arial" w:cs="Arial"/>
          <w:b/>
          <w:bCs/>
          <w:color w:val="0070C0"/>
          <w:sz w:val="24"/>
          <w:szCs w:val="28"/>
        </w:rPr>
      </w:pPr>
      <w:r>
        <w:rPr>
          <w:rFonts w:ascii="Arial" w:hAnsi="Arial" w:cs="Arial"/>
          <w:b/>
          <w:noProof/>
          <w:sz w:val="24"/>
          <w:szCs w:val="24"/>
        </w:rPr>
        <mc:AlternateContent>
          <mc:Choice Requires="wps">
            <w:drawing>
              <wp:inline distT="0" distB="0" distL="0" distR="0" wp14:anchorId="12887BB5" wp14:editId="3C0C1D32">
                <wp:extent cx="6339840" cy="8074324"/>
                <wp:effectExtent l="0" t="0" r="3810" b="3175"/>
                <wp:docPr id="881983459" name="Text Box 2"/>
                <wp:cNvGraphicFramePr/>
                <a:graphic xmlns:a="http://schemas.openxmlformats.org/drawingml/2006/main">
                  <a:graphicData uri="http://schemas.microsoft.com/office/word/2010/wordprocessingShape">
                    <wps:wsp>
                      <wps:cNvSpPr txBox="1"/>
                      <wps:spPr>
                        <a:xfrm>
                          <a:off x="0" y="0"/>
                          <a:ext cx="6339840" cy="8074324"/>
                        </a:xfrm>
                        <a:prstGeom prst="rect">
                          <a:avLst/>
                        </a:prstGeom>
                        <a:solidFill>
                          <a:srgbClr val="F0F7FA"/>
                        </a:solidFill>
                        <a:ln w="6350">
                          <a:noFill/>
                        </a:ln>
                      </wps:spPr>
                      <wps:txbx>
                        <w:txbxContent>
                          <w:p w14:paraId="063CBE79" w14:textId="77777777" w:rsidR="00DB6550" w:rsidRPr="003B29D5" w:rsidRDefault="00DB6550" w:rsidP="00DB6550">
                            <w:pPr>
                              <w:rPr>
                                <w:sz w:val="22"/>
                                <w:szCs w:val="24"/>
                              </w:rPr>
                            </w:pPr>
                            <w:r w:rsidRPr="003B29D5">
                              <w:rPr>
                                <w:b/>
                                <w:bCs/>
                                <w:sz w:val="22"/>
                                <w:szCs w:val="24"/>
                              </w:rPr>
                              <w:t xml:space="preserve">List stories and examples of this criterion showing up for you in visible ways from </w:t>
                            </w:r>
                            <w:r>
                              <w:rPr>
                                <w:b/>
                                <w:bCs/>
                                <w:sz w:val="22"/>
                                <w:szCs w:val="24"/>
                              </w:rPr>
                              <w:t>early adulthood through the present</w:t>
                            </w:r>
                            <w:r w:rsidRPr="003B29D5">
                              <w:rPr>
                                <w:b/>
                                <w:bCs/>
                                <w:sz w:val="22"/>
                                <w:szCs w:val="24"/>
                              </w:rPr>
                              <w:t>.</w:t>
                            </w:r>
                            <w:r w:rsidRPr="003B29D5">
                              <w:rPr>
                                <w:sz w:val="22"/>
                                <w:szCs w:val="24"/>
                              </w:rPr>
                              <w:t xml:space="preserve"> There is no such thing as too many.</w:t>
                            </w:r>
                          </w:p>
                          <w:p w14:paraId="6363E984" w14:textId="77777777" w:rsidR="00DB6550" w:rsidRDefault="00DB6550" w:rsidP="00DB6550">
                            <w:pPr>
                              <w:rPr>
                                <w:sz w:val="22"/>
                                <w:szCs w:val="24"/>
                              </w:rPr>
                            </w:pPr>
                          </w:p>
                          <w:p w14:paraId="0B026AB0" w14:textId="77777777" w:rsidR="00DB6550" w:rsidRDefault="00DB6550" w:rsidP="00DB6550">
                            <w:pPr>
                              <w:rPr>
                                <w:sz w:val="22"/>
                                <w:szCs w:val="24"/>
                              </w:rPr>
                            </w:pPr>
                          </w:p>
                          <w:p w14:paraId="76C38D78" w14:textId="77777777" w:rsidR="00DB6550" w:rsidRPr="003B29D5" w:rsidRDefault="00DB6550" w:rsidP="00DB6550">
                            <w:pPr>
                              <w:rPr>
                                <w:sz w:val="22"/>
                                <w:szCs w:val="24"/>
                              </w:rPr>
                            </w:pPr>
                          </w:p>
                          <w:p w14:paraId="471722E3" w14:textId="77777777" w:rsidR="00DB6550" w:rsidRPr="003B29D5" w:rsidRDefault="00DB6550" w:rsidP="00DB6550">
                            <w:pPr>
                              <w:rPr>
                                <w:sz w:val="22"/>
                                <w:szCs w:val="24"/>
                              </w:rPr>
                            </w:pPr>
                          </w:p>
                          <w:p w14:paraId="5DA246B0" w14:textId="77777777" w:rsidR="00DB6550" w:rsidRPr="003B29D5" w:rsidRDefault="00DB6550" w:rsidP="00DB6550">
                            <w:pPr>
                              <w:rPr>
                                <w:sz w:val="22"/>
                                <w:szCs w:val="24"/>
                              </w:rPr>
                            </w:pPr>
                          </w:p>
                          <w:p w14:paraId="357EC12E" w14:textId="77777777" w:rsidR="00DB6550" w:rsidRPr="003B29D5" w:rsidRDefault="00DB6550" w:rsidP="00DB6550">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5AC5C31F" w14:textId="77777777" w:rsidR="00DB6550" w:rsidRPr="003B29D5" w:rsidRDefault="00DB6550" w:rsidP="00DB6550">
                            <w:pPr>
                              <w:rPr>
                                <w:sz w:val="22"/>
                                <w:szCs w:val="24"/>
                              </w:rPr>
                            </w:pPr>
                          </w:p>
                          <w:p w14:paraId="6FDB6C0D" w14:textId="77777777" w:rsidR="00DB6550" w:rsidRDefault="00DB6550" w:rsidP="00DB6550">
                            <w:pPr>
                              <w:rPr>
                                <w:sz w:val="22"/>
                                <w:szCs w:val="24"/>
                              </w:rPr>
                            </w:pPr>
                          </w:p>
                          <w:p w14:paraId="4FCD2F39" w14:textId="77777777" w:rsidR="00DB6550" w:rsidRDefault="00DB6550" w:rsidP="00DB6550">
                            <w:pPr>
                              <w:rPr>
                                <w:sz w:val="22"/>
                                <w:szCs w:val="24"/>
                              </w:rPr>
                            </w:pPr>
                          </w:p>
                          <w:p w14:paraId="0D998B55" w14:textId="77777777" w:rsidR="00DB6550" w:rsidRDefault="00DB6550" w:rsidP="00DB6550">
                            <w:pPr>
                              <w:rPr>
                                <w:sz w:val="22"/>
                                <w:szCs w:val="24"/>
                              </w:rPr>
                            </w:pPr>
                          </w:p>
                          <w:p w14:paraId="5682E563" w14:textId="77777777" w:rsidR="00DB6550" w:rsidRPr="003B29D5" w:rsidRDefault="00DB6550" w:rsidP="00DB6550">
                            <w:pPr>
                              <w:rPr>
                                <w:sz w:val="22"/>
                                <w:szCs w:val="24"/>
                              </w:rPr>
                            </w:pPr>
                          </w:p>
                          <w:p w14:paraId="76A6F8EE" w14:textId="77777777" w:rsidR="00DB6550" w:rsidRPr="003B29D5" w:rsidRDefault="00DB6550" w:rsidP="00DB6550">
                            <w:pPr>
                              <w:rPr>
                                <w:sz w:val="22"/>
                                <w:szCs w:val="24"/>
                              </w:rPr>
                            </w:pPr>
                          </w:p>
                          <w:p w14:paraId="7EA8A6DD" w14:textId="77777777" w:rsidR="00DB6550" w:rsidRPr="003B29D5" w:rsidRDefault="00DB6550" w:rsidP="00DB6550">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w:t>
                            </w:r>
                            <w:r>
                              <w:rPr>
                                <w:sz w:val="22"/>
                                <w:szCs w:val="24"/>
                              </w:rPr>
                              <w:t>i</w:t>
                            </w:r>
                            <w:r w:rsidRPr="003B29D5">
                              <w:rPr>
                                <w:sz w:val="22"/>
                                <w:szCs w:val="24"/>
                              </w:rPr>
                              <w:t xml:space="preserve">naccessible whenever possible. </w:t>
                            </w:r>
                          </w:p>
                          <w:p w14:paraId="27165569" w14:textId="77777777" w:rsidR="00DB6550" w:rsidRDefault="00DB6550" w:rsidP="00DB6550">
                            <w:pPr>
                              <w:rPr>
                                <w:sz w:val="22"/>
                                <w:szCs w:val="24"/>
                              </w:rPr>
                            </w:pPr>
                          </w:p>
                          <w:p w14:paraId="1ED770FE" w14:textId="77777777" w:rsidR="00DB6550" w:rsidRDefault="00DB6550" w:rsidP="00DB6550">
                            <w:pPr>
                              <w:rPr>
                                <w:sz w:val="22"/>
                                <w:szCs w:val="24"/>
                              </w:rPr>
                            </w:pPr>
                          </w:p>
                          <w:p w14:paraId="4A167D91" w14:textId="77777777" w:rsidR="00DB6550" w:rsidRDefault="00DB6550" w:rsidP="00DB6550">
                            <w:pPr>
                              <w:rPr>
                                <w:sz w:val="22"/>
                                <w:szCs w:val="24"/>
                              </w:rPr>
                            </w:pPr>
                          </w:p>
                          <w:p w14:paraId="5BDBED7B" w14:textId="77777777" w:rsidR="00DB6550" w:rsidRDefault="00DB6550" w:rsidP="00DB6550">
                            <w:pPr>
                              <w:rPr>
                                <w:sz w:val="22"/>
                                <w:szCs w:val="24"/>
                              </w:rPr>
                            </w:pPr>
                          </w:p>
                          <w:p w14:paraId="1F325E4E" w14:textId="77777777" w:rsidR="00DB6550" w:rsidRPr="003B29D5" w:rsidRDefault="00DB6550" w:rsidP="00DB6550">
                            <w:pPr>
                              <w:rPr>
                                <w:sz w:val="22"/>
                                <w:szCs w:val="24"/>
                              </w:rPr>
                            </w:pPr>
                          </w:p>
                          <w:p w14:paraId="6A5888E9" w14:textId="77777777" w:rsidR="00DB6550" w:rsidRPr="003B29D5" w:rsidRDefault="00DB6550" w:rsidP="00DB6550">
                            <w:pPr>
                              <w:rPr>
                                <w:sz w:val="22"/>
                                <w:szCs w:val="24"/>
                              </w:rPr>
                            </w:pPr>
                          </w:p>
                          <w:p w14:paraId="618943C9" w14:textId="386E6FCA" w:rsidR="00DB6550" w:rsidRPr="003B29D5" w:rsidRDefault="00DB6550" w:rsidP="00DB6550">
                            <w:pPr>
                              <w:rPr>
                                <w:b/>
                                <w:bCs/>
                                <w:sz w:val="22"/>
                                <w:szCs w:val="24"/>
                              </w:rPr>
                            </w:pPr>
                            <w:r w:rsidRPr="003B29D5">
                              <w:rPr>
                                <w:b/>
                                <w:bCs/>
                                <w:sz w:val="22"/>
                                <w:szCs w:val="24"/>
                              </w:rPr>
                              <w:t xml:space="preserve">List examples of how this criterion meaningfully impacted you or caused impairment in your daily life. </w:t>
                            </w:r>
                            <w:r w:rsidR="009C476A">
                              <w:rPr>
                                <w:b/>
                                <w:bCs/>
                                <w:sz w:val="22"/>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2887BB5" id="_x0000_s1037" type="#_x0000_t202" style="width:499.2pt;height:63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" fillcolor="#f0f7fa" stroked="f" strokeweight=".5pt">
                <v:textbox>
                  <w:txbxContent>
                    <w:p w14:paraId="063CBE79" w14:textId="77777777" w:rsidR="00DB6550" w:rsidRPr="003B29D5" w:rsidRDefault="00DB6550" w:rsidP="00DB6550">
                      <w:pPr>
                        <w:rPr>
                          <w:sz w:val="22"/>
                          <w:szCs w:val="24"/>
                        </w:rPr>
                      </w:pPr>
                      <w:r w:rsidRPr="003B29D5">
                        <w:rPr>
                          <w:b/>
                          <w:bCs/>
                          <w:sz w:val="22"/>
                          <w:szCs w:val="24"/>
                        </w:rPr>
                        <w:t xml:space="preserve">List stories and examples of this criterion showing up for you in visible ways from </w:t>
                      </w:r>
                      <w:r>
                        <w:rPr>
                          <w:b/>
                          <w:bCs/>
                          <w:sz w:val="22"/>
                          <w:szCs w:val="24"/>
                        </w:rPr>
                        <w:t>early adulthood through the present</w:t>
                      </w:r>
                      <w:r w:rsidRPr="003B29D5">
                        <w:rPr>
                          <w:b/>
                          <w:bCs/>
                          <w:sz w:val="22"/>
                          <w:szCs w:val="24"/>
                        </w:rPr>
                        <w:t>.</w:t>
                      </w:r>
                      <w:r w:rsidRPr="003B29D5">
                        <w:rPr>
                          <w:sz w:val="22"/>
                          <w:szCs w:val="24"/>
                        </w:rPr>
                        <w:t xml:space="preserve"> There is no such thing as too many.</w:t>
                      </w:r>
                    </w:p>
                    <w:p w14:paraId="6363E984" w14:textId="77777777" w:rsidR="00DB6550" w:rsidRDefault="00DB6550" w:rsidP="00DB6550">
                      <w:pPr>
                        <w:rPr>
                          <w:sz w:val="22"/>
                          <w:szCs w:val="24"/>
                        </w:rPr>
                      </w:pPr>
                    </w:p>
                    <w:p w14:paraId="0B026AB0" w14:textId="77777777" w:rsidR="00DB6550" w:rsidRDefault="00DB6550" w:rsidP="00DB6550">
                      <w:pPr>
                        <w:rPr>
                          <w:sz w:val="22"/>
                          <w:szCs w:val="24"/>
                        </w:rPr>
                      </w:pPr>
                    </w:p>
                    <w:p w14:paraId="76C38D78" w14:textId="77777777" w:rsidR="00DB6550" w:rsidRPr="003B29D5" w:rsidRDefault="00DB6550" w:rsidP="00DB6550">
                      <w:pPr>
                        <w:rPr>
                          <w:sz w:val="22"/>
                          <w:szCs w:val="24"/>
                        </w:rPr>
                      </w:pPr>
                    </w:p>
                    <w:p w14:paraId="471722E3" w14:textId="77777777" w:rsidR="00DB6550" w:rsidRPr="003B29D5" w:rsidRDefault="00DB6550" w:rsidP="00DB6550">
                      <w:pPr>
                        <w:rPr>
                          <w:sz w:val="22"/>
                          <w:szCs w:val="24"/>
                        </w:rPr>
                      </w:pPr>
                    </w:p>
                    <w:p w14:paraId="5DA246B0" w14:textId="77777777" w:rsidR="00DB6550" w:rsidRPr="003B29D5" w:rsidRDefault="00DB6550" w:rsidP="00DB6550">
                      <w:pPr>
                        <w:rPr>
                          <w:sz w:val="22"/>
                          <w:szCs w:val="24"/>
                        </w:rPr>
                      </w:pPr>
                    </w:p>
                    <w:p w14:paraId="357EC12E" w14:textId="77777777" w:rsidR="00DB6550" w:rsidRPr="003B29D5" w:rsidRDefault="00DB6550" w:rsidP="00DB6550">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5AC5C31F" w14:textId="77777777" w:rsidR="00DB6550" w:rsidRPr="003B29D5" w:rsidRDefault="00DB6550" w:rsidP="00DB6550">
                      <w:pPr>
                        <w:rPr>
                          <w:sz w:val="22"/>
                          <w:szCs w:val="24"/>
                        </w:rPr>
                      </w:pPr>
                    </w:p>
                    <w:p w14:paraId="6FDB6C0D" w14:textId="77777777" w:rsidR="00DB6550" w:rsidRDefault="00DB6550" w:rsidP="00DB6550">
                      <w:pPr>
                        <w:rPr>
                          <w:sz w:val="22"/>
                          <w:szCs w:val="24"/>
                        </w:rPr>
                      </w:pPr>
                    </w:p>
                    <w:p w14:paraId="4FCD2F39" w14:textId="77777777" w:rsidR="00DB6550" w:rsidRDefault="00DB6550" w:rsidP="00DB6550">
                      <w:pPr>
                        <w:rPr>
                          <w:sz w:val="22"/>
                          <w:szCs w:val="24"/>
                        </w:rPr>
                      </w:pPr>
                    </w:p>
                    <w:p w14:paraId="0D998B55" w14:textId="77777777" w:rsidR="00DB6550" w:rsidRDefault="00DB6550" w:rsidP="00DB6550">
                      <w:pPr>
                        <w:rPr>
                          <w:sz w:val="22"/>
                          <w:szCs w:val="24"/>
                        </w:rPr>
                      </w:pPr>
                    </w:p>
                    <w:p w14:paraId="5682E563" w14:textId="77777777" w:rsidR="00DB6550" w:rsidRPr="003B29D5" w:rsidRDefault="00DB6550" w:rsidP="00DB6550">
                      <w:pPr>
                        <w:rPr>
                          <w:sz w:val="22"/>
                          <w:szCs w:val="24"/>
                        </w:rPr>
                      </w:pPr>
                    </w:p>
                    <w:p w14:paraId="76A6F8EE" w14:textId="77777777" w:rsidR="00DB6550" w:rsidRPr="003B29D5" w:rsidRDefault="00DB6550" w:rsidP="00DB6550">
                      <w:pPr>
                        <w:rPr>
                          <w:sz w:val="22"/>
                          <w:szCs w:val="24"/>
                        </w:rPr>
                      </w:pPr>
                    </w:p>
                    <w:p w14:paraId="7EA8A6DD" w14:textId="77777777" w:rsidR="00DB6550" w:rsidRPr="003B29D5" w:rsidRDefault="00DB6550" w:rsidP="00DB6550">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w:t>
                      </w:r>
                      <w:r>
                        <w:rPr>
                          <w:sz w:val="22"/>
                          <w:szCs w:val="24"/>
                        </w:rPr>
                        <w:t>i</w:t>
                      </w:r>
                      <w:r w:rsidRPr="003B29D5">
                        <w:rPr>
                          <w:sz w:val="22"/>
                          <w:szCs w:val="24"/>
                        </w:rPr>
                        <w:t xml:space="preserve">naccessible whenever possible. </w:t>
                      </w:r>
                    </w:p>
                    <w:p w14:paraId="27165569" w14:textId="77777777" w:rsidR="00DB6550" w:rsidRDefault="00DB6550" w:rsidP="00DB6550">
                      <w:pPr>
                        <w:rPr>
                          <w:sz w:val="22"/>
                          <w:szCs w:val="24"/>
                        </w:rPr>
                      </w:pPr>
                    </w:p>
                    <w:p w14:paraId="1ED770FE" w14:textId="77777777" w:rsidR="00DB6550" w:rsidRDefault="00DB6550" w:rsidP="00DB6550">
                      <w:pPr>
                        <w:rPr>
                          <w:sz w:val="22"/>
                          <w:szCs w:val="24"/>
                        </w:rPr>
                      </w:pPr>
                    </w:p>
                    <w:p w14:paraId="4A167D91" w14:textId="77777777" w:rsidR="00DB6550" w:rsidRDefault="00DB6550" w:rsidP="00DB6550">
                      <w:pPr>
                        <w:rPr>
                          <w:sz w:val="22"/>
                          <w:szCs w:val="24"/>
                        </w:rPr>
                      </w:pPr>
                    </w:p>
                    <w:p w14:paraId="5BDBED7B" w14:textId="77777777" w:rsidR="00DB6550" w:rsidRDefault="00DB6550" w:rsidP="00DB6550">
                      <w:pPr>
                        <w:rPr>
                          <w:sz w:val="22"/>
                          <w:szCs w:val="24"/>
                        </w:rPr>
                      </w:pPr>
                    </w:p>
                    <w:p w14:paraId="1F325E4E" w14:textId="77777777" w:rsidR="00DB6550" w:rsidRPr="003B29D5" w:rsidRDefault="00DB6550" w:rsidP="00DB6550">
                      <w:pPr>
                        <w:rPr>
                          <w:sz w:val="22"/>
                          <w:szCs w:val="24"/>
                        </w:rPr>
                      </w:pPr>
                    </w:p>
                    <w:p w14:paraId="6A5888E9" w14:textId="77777777" w:rsidR="00DB6550" w:rsidRPr="003B29D5" w:rsidRDefault="00DB6550" w:rsidP="00DB6550">
                      <w:pPr>
                        <w:rPr>
                          <w:sz w:val="22"/>
                          <w:szCs w:val="24"/>
                        </w:rPr>
                      </w:pPr>
                    </w:p>
                    <w:p w14:paraId="618943C9" w14:textId="386E6FCA" w:rsidR="00DB6550" w:rsidRPr="003B29D5" w:rsidRDefault="00DB6550" w:rsidP="00DB6550">
                      <w:pPr>
                        <w:rPr>
                          <w:b/>
                          <w:bCs/>
                          <w:sz w:val="22"/>
                          <w:szCs w:val="24"/>
                        </w:rPr>
                      </w:pPr>
                      <w:r w:rsidRPr="003B29D5">
                        <w:rPr>
                          <w:b/>
                          <w:bCs/>
                          <w:sz w:val="22"/>
                          <w:szCs w:val="24"/>
                        </w:rPr>
                        <w:t xml:space="preserve">List examples of how this criterion meaningfully impacted you or caused impairment in your daily life. </w:t>
                      </w:r>
                      <w:r w:rsidR="009C476A">
                        <w:rPr>
                          <w:b/>
                          <w:bCs/>
                          <w:sz w:val="22"/>
                          <w:szCs w:val="24"/>
                        </w:rPr>
                        <w:t xml:space="preserve"> </w:t>
                      </w:r>
                    </w:p>
                  </w:txbxContent>
                </v:textbox>
                <w10:anchorlock/>
              </v:shape>
            </w:pict>
          </mc:Fallback>
        </mc:AlternateContent>
      </w:r>
    </w:p>
    <w:p w14:paraId="6B590629" w14:textId="77777777" w:rsidR="009C476A" w:rsidRDefault="009C476A" w:rsidP="009C476A">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Assessing your collected information</w:t>
      </w:r>
    </w:p>
    <w:p w14:paraId="514E36A0" w14:textId="77777777" w:rsidR="009C476A" w:rsidRPr="001A36B5" w:rsidRDefault="009C476A" w:rsidP="009C476A">
      <w:pPr>
        <w:rPr>
          <w:rFonts w:ascii="Arial" w:eastAsiaTheme="majorEastAsia" w:hAnsi="Arial" w:cs="Arial"/>
          <w:b/>
          <w:bCs/>
          <w:color w:val="8064A2" w:themeColor="accent4"/>
          <w:sz w:val="22"/>
          <w:szCs w:val="24"/>
        </w:rPr>
      </w:pPr>
      <w:r w:rsidRPr="001A36B5">
        <w:rPr>
          <w:b/>
          <w:bCs/>
          <w:noProof/>
        </w:rPr>
        <mc:AlternateContent>
          <mc:Choice Requires="wps">
            <w:drawing>
              <wp:inline distT="0" distB="0" distL="0" distR="0" wp14:anchorId="4BD1F1EC" wp14:editId="503ABFED">
                <wp:extent cx="6254750" cy="8010525"/>
                <wp:effectExtent l="0" t="0" r="0" b="9525"/>
                <wp:docPr id="526403040" name="Text Box 2"/>
                <wp:cNvGraphicFramePr/>
                <a:graphic xmlns:a="http://schemas.openxmlformats.org/drawingml/2006/main">
                  <a:graphicData uri="http://schemas.microsoft.com/office/word/2010/wordprocessingShape">
                    <wps:wsp>
                      <wps:cNvSpPr txBox="1"/>
                      <wps:spPr>
                        <a:xfrm>
                          <a:off x="0" y="0"/>
                          <a:ext cx="6254750" cy="8010525"/>
                        </a:xfrm>
                        <a:prstGeom prst="rect">
                          <a:avLst/>
                        </a:prstGeom>
                        <a:solidFill>
                          <a:srgbClr val="F7F5F9"/>
                        </a:solidFill>
                        <a:ln w="6350">
                          <a:noFill/>
                        </a:ln>
                      </wps:spPr>
                      <wps:txbx>
                        <w:txbxContent>
                          <w:p w14:paraId="25E4E635" w14:textId="77777777" w:rsidR="009C476A" w:rsidRPr="00FC49DD" w:rsidRDefault="009C476A" w:rsidP="009C476A">
                            <w:pPr>
                              <w:spacing w:after="180"/>
                              <w:ind w:left="180" w:right="190"/>
                              <w:rPr>
                                <w:rFonts w:ascii="Arial" w:hAnsi="Arial" w:cs="Arial"/>
                                <w:sz w:val="22"/>
                                <w:szCs w:val="24"/>
                              </w:rPr>
                            </w:pPr>
                            <w:r w:rsidRPr="00FC49DD">
                              <w:rPr>
                                <w:rFonts w:ascii="Arial" w:hAnsi="Arial" w:cs="Arial"/>
                                <w:sz w:val="22"/>
                                <w:szCs w:val="24"/>
                              </w:rPr>
                              <w:t xml:space="preserve">Complete </w:t>
                            </w:r>
                            <w:r>
                              <w:rPr>
                                <w:rFonts w:ascii="Arial" w:hAnsi="Arial" w:cs="Arial"/>
                                <w:sz w:val="22"/>
                                <w:szCs w:val="24"/>
                              </w:rPr>
                              <w:t xml:space="preserve">this section </w:t>
                            </w:r>
                            <w:r w:rsidRPr="00FC49DD">
                              <w:rPr>
                                <w:rFonts w:ascii="Arial" w:hAnsi="Arial" w:cs="Arial"/>
                                <w:sz w:val="22"/>
                                <w:szCs w:val="24"/>
                              </w:rPr>
                              <w:t>after documenting your childhood and adult experiences</w:t>
                            </w:r>
                            <w:r>
                              <w:rPr>
                                <w:rFonts w:ascii="Arial" w:hAnsi="Arial" w:cs="Arial"/>
                                <w:sz w:val="22"/>
                                <w:szCs w:val="24"/>
                              </w:rPr>
                              <w:t xml:space="preserve"> as exhaustively as possible</w:t>
                            </w:r>
                            <w:r w:rsidRPr="00FC49DD">
                              <w:rPr>
                                <w:rFonts w:ascii="Arial" w:hAnsi="Arial" w:cs="Arial"/>
                                <w:sz w:val="22"/>
                                <w:szCs w:val="24"/>
                              </w:rPr>
                              <w:t>.</w:t>
                            </w:r>
                            <w:r>
                              <w:rPr>
                                <w:rFonts w:ascii="Arial" w:hAnsi="Arial" w:cs="Arial"/>
                                <w:sz w:val="22"/>
                                <w:szCs w:val="24"/>
                              </w:rPr>
                              <w:t xml:space="preserve"> </w:t>
                            </w:r>
                          </w:p>
                          <w:p w14:paraId="59604A1B" w14:textId="5607C865" w:rsidR="009C476A" w:rsidRPr="009C476A" w:rsidRDefault="009C476A" w:rsidP="009C476A">
                            <w:pPr>
                              <w:pStyle w:val="ListParagraph"/>
                              <w:numPr>
                                <w:ilvl w:val="0"/>
                                <w:numId w:val="30"/>
                              </w:numPr>
                              <w:spacing w:after="180"/>
                              <w:ind w:right="190"/>
                              <w:rPr>
                                <w:rFonts w:ascii="Arial" w:hAnsi="Arial" w:cs="Arial"/>
                                <w:b/>
                                <w:bCs/>
                                <w:sz w:val="22"/>
                                <w:szCs w:val="24"/>
                              </w:rPr>
                            </w:pPr>
                            <w:r w:rsidRPr="009C476A">
                              <w:rPr>
                                <w:rFonts w:ascii="Arial" w:hAnsi="Arial" w:cs="Arial"/>
                                <w:b/>
                                <w:bCs/>
                                <w:sz w:val="22"/>
                                <w:szCs w:val="24"/>
                              </w:rPr>
                              <w:t xml:space="preserve">Were you able to remember a substantial number of examples of this criterion showing up during your childhood? </w:t>
                            </w:r>
                            <w:r w:rsidRPr="009C476A">
                              <w:rPr>
                                <w:rFonts w:ascii="Arial" w:hAnsi="Arial" w:cs="Arial"/>
                                <w:sz w:val="22"/>
                                <w:szCs w:val="24"/>
                              </w:rPr>
                              <w:t xml:space="preserve">This includes observable, masked / internalized, and accommodated examples. For </w:t>
                            </w:r>
                            <w:proofErr w:type="gramStart"/>
                            <w:r w:rsidRPr="009C476A">
                              <w:rPr>
                                <w:rFonts w:ascii="Arial" w:hAnsi="Arial" w:cs="Arial"/>
                                <w:sz w:val="22"/>
                                <w:szCs w:val="24"/>
                              </w:rPr>
                              <w:t>accommodated</w:t>
                            </w:r>
                            <w:proofErr w:type="gramEnd"/>
                            <w:r w:rsidRPr="009C476A">
                              <w:rPr>
                                <w:rFonts w:ascii="Arial" w:hAnsi="Arial" w:cs="Arial"/>
                                <w:sz w:val="22"/>
                                <w:szCs w:val="24"/>
                              </w:rPr>
                              <w:t>, think about what your experiences in those circumstances would have been like if those accommodations were removed.</w:t>
                            </w:r>
                          </w:p>
                          <w:p w14:paraId="5E07D941"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6E267E95" w14:textId="77777777" w:rsidR="009C476A" w:rsidRPr="001A36B5" w:rsidRDefault="009C476A" w:rsidP="00F33BC1">
                            <w:pPr>
                              <w:pStyle w:val="ListParagraph"/>
                              <w:numPr>
                                <w:ilvl w:val="0"/>
                                <w:numId w:val="30"/>
                              </w:numPr>
                              <w:spacing w:after="180"/>
                              <w:ind w:right="190"/>
                              <w:rPr>
                                <w:rFonts w:ascii="Arial" w:hAnsi="Arial" w:cs="Arial"/>
                                <w:b/>
                                <w:bCs/>
                                <w:sz w:val="22"/>
                                <w:szCs w:val="24"/>
                              </w:rPr>
                            </w:pPr>
                            <w:r w:rsidRPr="001A36B5">
                              <w:rPr>
                                <w:rFonts w:ascii="Arial" w:hAnsi="Arial" w:cs="Arial"/>
                                <w:b/>
                                <w:bCs/>
                                <w:sz w:val="22"/>
                                <w:szCs w:val="24"/>
                              </w:rPr>
                              <w:t xml:space="preserve">Were you able to think of a substantial number of examples of this criterion showing up for you throughout your life? </w:t>
                            </w:r>
                            <w:r>
                              <w:rPr>
                                <w:rFonts w:ascii="Arial" w:hAnsi="Arial" w:cs="Arial"/>
                                <w:sz w:val="22"/>
                                <w:szCs w:val="24"/>
                              </w:rPr>
                              <w:t xml:space="preserve">Including </w:t>
                            </w:r>
                            <w:r w:rsidRPr="001A36B5">
                              <w:rPr>
                                <w:rFonts w:ascii="Arial" w:hAnsi="Arial" w:cs="Arial"/>
                                <w:sz w:val="22"/>
                                <w:szCs w:val="24"/>
                              </w:rPr>
                              <w:t>observable, masked/internalized, and accommodated</w:t>
                            </w:r>
                            <w:r>
                              <w:rPr>
                                <w:rFonts w:ascii="Arial" w:hAnsi="Arial" w:cs="Arial"/>
                                <w:sz w:val="22"/>
                                <w:szCs w:val="24"/>
                              </w:rPr>
                              <w:t>.</w:t>
                            </w:r>
                          </w:p>
                          <w:p w14:paraId="55D31084"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1D2D717F" w14:textId="77777777" w:rsidR="009C476A" w:rsidRPr="001A36B5" w:rsidRDefault="009C476A" w:rsidP="00F33BC1">
                            <w:pPr>
                              <w:pStyle w:val="ListParagraph"/>
                              <w:numPr>
                                <w:ilvl w:val="0"/>
                                <w:numId w:val="30"/>
                              </w:numPr>
                              <w:spacing w:after="180"/>
                              <w:ind w:right="190"/>
                              <w:rPr>
                                <w:rFonts w:ascii="Arial" w:hAnsi="Arial" w:cs="Arial"/>
                                <w:b/>
                                <w:bCs/>
                                <w:sz w:val="22"/>
                                <w:szCs w:val="24"/>
                              </w:rPr>
                            </w:pPr>
                            <w:r w:rsidRPr="001A36B5">
                              <w:rPr>
                                <w:rFonts w:ascii="Arial" w:hAnsi="Arial" w:cs="Arial"/>
                                <w:b/>
                                <w:bCs/>
                                <w:sz w:val="22"/>
                                <w:szCs w:val="24"/>
                              </w:rPr>
                              <w:t>Would you say that this criterion shows up for you in ways that meaningfully interfere with your life and important life activities?</w:t>
                            </w:r>
                          </w:p>
                          <w:p w14:paraId="7367CAEF"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6FE11CB2" w14:textId="77777777" w:rsidR="009C476A" w:rsidRPr="001A36B5" w:rsidRDefault="009C476A" w:rsidP="00F33BC1">
                            <w:pPr>
                              <w:pStyle w:val="ListParagraph"/>
                              <w:numPr>
                                <w:ilvl w:val="0"/>
                                <w:numId w:val="30"/>
                              </w:numPr>
                              <w:spacing w:after="180"/>
                              <w:ind w:right="190"/>
                              <w:rPr>
                                <w:rFonts w:ascii="Arial" w:hAnsi="Arial" w:cs="Arial"/>
                                <w:b/>
                                <w:bCs/>
                                <w:sz w:val="22"/>
                                <w:szCs w:val="24"/>
                              </w:rPr>
                            </w:pPr>
                            <w:r w:rsidRPr="001A36B5">
                              <w:rPr>
                                <w:rFonts w:ascii="Arial" w:hAnsi="Arial" w:cs="Arial"/>
                                <w:b/>
                                <w:bCs/>
                                <w:sz w:val="22"/>
                                <w:szCs w:val="24"/>
                              </w:rPr>
                              <w:t>After reviewing the Intellectual Disability and Global Development Delay criteria in the DSM 5-TR, do you believe the examples you provided are most likely explained by autism and not either of the other conditions?</w:t>
                            </w:r>
                          </w:p>
                          <w:p w14:paraId="2A16CBD5"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479664E6" w14:textId="77777777" w:rsidR="009C476A" w:rsidRPr="00FC49DD" w:rsidRDefault="009C476A" w:rsidP="009C476A">
                            <w:pPr>
                              <w:spacing w:after="0"/>
                              <w:ind w:left="187" w:right="187"/>
                              <w:rPr>
                                <w:rFonts w:ascii="Arial" w:hAnsi="Arial" w:cs="Arial"/>
                                <w:i/>
                                <w:iCs/>
                                <w:sz w:val="22"/>
                                <w:szCs w:val="24"/>
                              </w:rPr>
                            </w:pPr>
                            <w:r w:rsidRPr="00FC49DD">
                              <w:rPr>
                                <w:rFonts w:ascii="Arial" w:hAnsi="Arial" w:cs="Arial"/>
                                <w:i/>
                                <w:iCs/>
                                <w:sz w:val="22"/>
                                <w:szCs w:val="24"/>
                              </w:rPr>
                              <w:t xml:space="preserve">Note: You will transfer these answers to the Assessment Rubric after you complete your full </w:t>
                            </w:r>
                            <w:r>
                              <w:rPr>
                                <w:rFonts w:ascii="Arial" w:hAnsi="Arial" w:cs="Arial"/>
                                <w:i/>
                                <w:iCs/>
                                <w:sz w:val="22"/>
                                <w:szCs w:val="24"/>
                              </w:rPr>
                              <w:br/>
                            </w:r>
                            <w:r w:rsidRPr="00FC49DD">
                              <w:rPr>
                                <w:rFonts w:ascii="Arial" w:hAnsi="Arial" w:cs="Arial"/>
                                <w:i/>
                                <w:iCs/>
                                <w:sz w:val="22"/>
                                <w:szCs w:val="24"/>
                              </w:rPr>
                              <w:t xml:space="preserve">self-assessment activity. </w:t>
                            </w:r>
                          </w:p>
                          <w:p w14:paraId="6FA9A012" w14:textId="77777777" w:rsidR="009C476A" w:rsidRDefault="009C476A" w:rsidP="009C476A">
                            <w:pPr>
                              <w:pBdr>
                                <w:bottom w:val="single" w:sz="6" w:space="1" w:color="auto"/>
                              </w:pBdr>
                              <w:spacing w:after="180"/>
                              <w:ind w:right="190"/>
                              <w:rPr>
                                <w:rFonts w:ascii="Arial" w:hAnsi="Arial" w:cs="Arial"/>
                                <w:b/>
                                <w:bCs/>
                                <w:sz w:val="22"/>
                                <w:szCs w:val="24"/>
                              </w:rPr>
                            </w:pPr>
                          </w:p>
                          <w:p w14:paraId="596ECE8B" w14:textId="77777777" w:rsidR="009C476A" w:rsidRDefault="009C476A" w:rsidP="009C476A">
                            <w:pPr>
                              <w:spacing w:before="240" w:after="180"/>
                              <w:ind w:left="180" w:right="190"/>
                              <w:rPr>
                                <w:rFonts w:ascii="Arial" w:hAnsi="Arial" w:cs="Arial"/>
                                <w:sz w:val="22"/>
                                <w:szCs w:val="24"/>
                              </w:rPr>
                            </w:pPr>
                            <w:r>
                              <w:rPr>
                                <w:rFonts w:ascii="Arial" w:hAnsi="Arial" w:cs="Arial"/>
                                <w:sz w:val="22"/>
                                <w:szCs w:val="24"/>
                              </w:rPr>
                              <w:t>REMINDER</w:t>
                            </w:r>
                          </w:p>
                          <w:p w14:paraId="0AF69C04"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If you answered “unsure” to any of the above questions</w:t>
                            </w:r>
                          </w:p>
                          <w:p w14:paraId="31CC000C"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You may want to come back and continue brainstorming after you’ve completed the remaining sections. Completing later sections may help you remember examples pertaining to this one.</w:t>
                            </w:r>
                          </w:p>
                          <w:p w14:paraId="7A2AA7D8"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not meant to be linear</w:t>
                            </w:r>
                          </w:p>
                          <w:p w14:paraId="5176015A" w14:textId="3117542D"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You can move freely between criteria and document different aspects of your experiences as you think of them. Many life experiences will span multiple criteria and will pertain to more than one section of this </w:t>
                            </w:r>
                            <w:r w:rsidR="002E5F9C" w:rsidRPr="002E5F9C">
                              <w:rPr>
                                <w:rFonts w:ascii="Arial" w:hAnsi="Arial" w:cs="Arial"/>
                                <w:sz w:val="20"/>
                              </w:rPr>
                              <w:t>guide</w:t>
                            </w:r>
                            <w:r w:rsidRPr="008C35FE">
                              <w:rPr>
                                <w:rFonts w:ascii="Arial" w:hAnsi="Arial" w:cs="Arial"/>
                                <w:sz w:val="20"/>
                              </w:rPr>
                              <w:t xml:space="preserve">. </w:t>
                            </w:r>
                          </w:p>
                          <w:p w14:paraId="371ECB83"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also not meant to be completed in one sitting</w:t>
                            </w:r>
                          </w:p>
                          <w:p w14:paraId="3372370F"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Thinking about and remembering decades of your life is not an easy task. It also takes time. Take as many breaks as you need. Even if those breaks span days or even weeks. </w:t>
                            </w:r>
                          </w:p>
                          <w:p w14:paraId="3FB70574" w14:textId="77777777" w:rsidR="009C476A" w:rsidRPr="008C35FE" w:rsidRDefault="009C476A" w:rsidP="009C476A">
                            <w:pPr>
                              <w:spacing w:after="18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BD1F1EC" id="_x0000_s1038" type="#_x0000_t202" style="width:492.5pt;height:6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" fillcolor="#f7f5f9" stroked="f" strokeweight=".5pt">
                <v:textbox>
                  <w:txbxContent>
                    <w:p w14:paraId="25E4E635" w14:textId="77777777" w:rsidR="009C476A" w:rsidRPr="00FC49DD" w:rsidRDefault="009C476A" w:rsidP="009C476A">
                      <w:pPr>
                        <w:spacing w:after="180"/>
                        <w:ind w:left="180" w:right="190"/>
                        <w:rPr>
                          <w:rFonts w:ascii="Arial" w:hAnsi="Arial" w:cs="Arial"/>
                          <w:sz w:val="22"/>
                          <w:szCs w:val="24"/>
                        </w:rPr>
                      </w:pPr>
                      <w:r w:rsidRPr="00FC49DD">
                        <w:rPr>
                          <w:rFonts w:ascii="Arial" w:hAnsi="Arial" w:cs="Arial"/>
                          <w:sz w:val="22"/>
                          <w:szCs w:val="24"/>
                        </w:rPr>
                        <w:t xml:space="preserve">Complete </w:t>
                      </w:r>
                      <w:r>
                        <w:rPr>
                          <w:rFonts w:ascii="Arial" w:hAnsi="Arial" w:cs="Arial"/>
                          <w:sz w:val="22"/>
                          <w:szCs w:val="24"/>
                        </w:rPr>
                        <w:t xml:space="preserve">this section </w:t>
                      </w:r>
                      <w:r w:rsidRPr="00FC49DD">
                        <w:rPr>
                          <w:rFonts w:ascii="Arial" w:hAnsi="Arial" w:cs="Arial"/>
                          <w:sz w:val="22"/>
                          <w:szCs w:val="24"/>
                        </w:rPr>
                        <w:t>after documenting your childhood and adult experiences</w:t>
                      </w:r>
                      <w:r>
                        <w:rPr>
                          <w:rFonts w:ascii="Arial" w:hAnsi="Arial" w:cs="Arial"/>
                          <w:sz w:val="22"/>
                          <w:szCs w:val="24"/>
                        </w:rPr>
                        <w:t xml:space="preserve"> as exhaustively as possible</w:t>
                      </w:r>
                      <w:r w:rsidRPr="00FC49DD">
                        <w:rPr>
                          <w:rFonts w:ascii="Arial" w:hAnsi="Arial" w:cs="Arial"/>
                          <w:sz w:val="22"/>
                          <w:szCs w:val="24"/>
                        </w:rPr>
                        <w:t>.</w:t>
                      </w:r>
                      <w:r>
                        <w:rPr>
                          <w:rFonts w:ascii="Arial" w:hAnsi="Arial" w:cs="Arial"/>
                          <w:sz w:val="22"/>
                          <w:szCs w:val="24"/>
                        </w:rPr>
                        <w:t xml:space="preserve"> </w:t>
                      </w:r>
                    </w:p>
                    <w:p w14:paraId="59604A1B" w14:textId="5607C865" w:rsidR="009C476A" w:rsidRPr="009C476A" w:rsidRDefault="009C476A" w:rsidP="009C476A">
                      <w:pPr>
                        <w:pStyle w:val="ListParagraph"/>
                        <w:numPr>
                          <w:ilvl w:val="0"/>
                          <w:numId w:val="30"/>
                        </w:numPr>
                        <w:spacing w:after="180"/>
                        <w:ind w:right="190"/>
                        <w:rPr>
                          <w:rFonts w:ascii="Arial" w:hAnsi="Arial" w:cs="Arial"/>
                          <w:b/>
                          <w:bCs/>
                          <w:sz w:val="22"/>
                          <w:szCs w:val="24"/>
                        </w:rPr>
                      </w:pPr>
                      <w:r w:rsidRPr="009C476A">
                        <w:rPr>
                          <w:rFonts w:ascii="Arial" w:hAnsi="Arial" w:cs="Arial"/>
                          <w:b/>
                          <w:bCs/>
                          <w:sz w:val="22"/>
                          <w:szCs w:val="24"/>
                        </w:rPr>
                        <w:t xml:space="preserve">Were you able to remember a substantial number of examples of this criterion showing up during your childhood? </w:t>
                      </w:r>
                      <w:r w:rsidRPr="009C476A">
                        <w:rPr>
                          <w:rFonts w:ascii="Arial" w:hAnsi="Arial" w:cs="Arial"/>
                          <w:sz w:val="22"/>
                          <w:szCs w:val="24"/>
                        </w:rPr>
                        <w:t xml:space="preserve">This includes observable, masked / internalized, and accommodated examples. For </w:t>
                      </w:r>
                      <w:proofErr w:type="gramStart"/>
                      <w:r w:rsidRPr="009C476A">
                        <w:rPr>
                          <w:rFonts w:ascii="Arial" w:hAnsi="Arial" w:cs="Arial"/>
                          <w:sz w:val="22"/>
                          <w:szCs w:val="24"/>
                        </w:rPr>
                        <w:t>accommodated</w:t>
                      </w:r>
                      <w:proofErr w:type="gramEnd"/>
                      <w:r w:rsidRPr="009C476A">
                        <w:rPr>
                          <w:rFonts w:ascii="Arial" w:hAnsi="Arial" w:cs="Arial"/>
                          <w:sz w:val="22"/>
                          <w:szCs w:val="24"/>
                        </w:rPr>
                        <w:t>, think about what your experiences in those circumstances would have been like if those accommodations were removed.</w:t>
                      </w:r>
                    </w:p>
                    <w:p w14:paraId="5E07D941"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6E267E95" w14:textId="77777777" w:rsidR="009C476A" w:rsidRPr="001A36B5" w:rsidRDefault="009C476A" w:rsidP="00F33BC1">
                      <w:pPr>
                        <w:pStyle w:val="ListParagraph"/>
                        <w:numPr>
                          <w:ilvl w:val="0"/>
                          <w:numId w:val="30"/>
                        </w:numPr>
                        <w:spacing w:after="180"/>
                        <w:ind w:right="190"/>
                        <w:rPr>
                          <w:rFonts w:ascii="Arial" w:hAnsi="Arial" w:cs="Arial"/>
                          <w:b/>
                          <w:bCs/>
                          <w:sz w:val="22"/>
                          <w:szCs w:val="24"/>
                        </w:rPr>
                      </w:pPr>
                      <w:r w:rsidRPr="001A36B5">
                        <w:rPr>
                          <w:rFonts w:ascii="Arial" w:hAnsi="Arial" w:cs="Arial"/>
                          <w:b/>
                          <w:bCs/>
                          <w:sz w:val="22"/>
                          <w:szCs w:val="24"/>
                        </w:rPr>
                        <w:t xml:space="preserve">Were you able to think of a substantial number of examples of this criterion showing up for you throughout your life? </w:t>
                      </w:r>
                      <w:r>
                        <w:rPr>
                          <w:rFonts w:ascii="Arial" w:hAnsi="Arial" w:cs="Arial"/>
                          <w:sz w:val="22"/>
                          <w:szCs w:val="24"/>
                        </w:rPr>
                        <w:t xml:space="preserve">Including </w:t>
                      </w:r>
                      <w:r w:rsidRPr="001A36B5">
                        <w:rPr>
                          <w:rFonts w:ascii="Arial" w:hAnsi="Arial" w:cs="Arial"/>
                          <w:sz w:val="22"/>
                          <w:szCs w:val="24"/>
                        </w:rPr>
                        <w:t>observable, masked/internalized, and accommodated</w:t>
                      </w:r>
                      <w:r>
                        <w:rPr>
                          <w:rFonts w:ascii="Arial" w:hAnsi="Arial" w:cs="Arial"/>
                          <w:sz w:val="22"/>
                          <w:szCs w:val="24"/>
                        </w:rPr>
                        <w:t>.</w:t>
                      </w:r>
                    </w:p>
                    <w:p w14:paraId="55D31084"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1D2D717F" w14:textId="77777777" w:rsidR="009C476A" w:rsidRPr="001A36B5" w:rsidRDefault="009C476A" w:rsidP="00F33BC1">
                      <w:pPr>
                        <w:pStyle w:val="ListParagraph"/>
                        <w:numPr>
                          <w:ilvl w:val="0"/>
                          <w:numId w:val="30"/>
                        </w:numPr>
                        <w:spacing w:after="180"/>
                        <w:ind w:right="190"/>
                        <w:rPr>
                          <w:rFonts w:ascii="Arial" w:hAnsi="Arial" w:cs="Arial"/>
                          <w:b/>
                          <w:bCs/>
                          <w:sz w:val="22"/>
                          <w:szCs w:val="24"/>
                        </w:rPr>
                      </w:pPr>
                      <w:r w:rsidRPr="001A36B5">
                        <w:rPr>
                          <w:rFonts w:ascii="Arial" w:hAnsi="Arial" w:cs="Arial"/>
                          <w:b/>
                          <w:bCs/>
                          <w:sz w:val="22"/>
                          <w:szCs w:val="24"/>
                        </w:rPr>
                        <w:t>Would you say that this criterion shows up for you in ways that meaningfully interfere with your life and important life activities?</w:t>
                      </w:r>
                    </w:p>
                    <w:p w14:paraId="7367CAEF"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6FE11CB2" w14:textId="77777777" w:rsidR="009C476A" w:rsidRPr="001A36B5" w:rsidRDefault="009C476A" w:rsidP="00F33BC1">
                      <w:pPr>
                        <w:pStyle w:val="ListParagraph"/>
                        <w:numPr>
                          <w:ilvl w:val="0"/>
                          <w:numId w:val="30"/>
                        </w:numPr>
                        <w:spacing w:after="180"/>
                        <w:ind w:right="190"/>
                        <w:rPr>
                          <w:rFonts w:ascii="Arial" w:hAnsi="Arial" w:cs="Arial"/>
                          <w:b/>
                          <w:bCs/>
                          <w:sz w:val="22"/>
                          <w:szCs w:val="24"/>
                        </w:rPr>
                      </w:pPr>
                      <w:r w:rsidRPr="001A36B5">
                        <w:rPr>
                          <w:rFonts w:ascii="Arial" w:hAnsi="Arial" w:cs="Arial"/>
                          <w:b/>
                          <w:bCs/>
                          <w:sz w:val="22"/>
                          <w:szCs w:val="24"/>
                        </w:rPr>
                        <w:t>After reviewing the Intellectual Disability and Global Development Delay criteria in the DSM 5-TR, do you believe the examples you provided are most likely explained by autism and not either of the other conditions?</w:t>
                      </w:r>
                    </w:p>
                    <w:p w14:paraId="2A16CBD5"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479664E6" w14:textId="77777777" w:rsidR="009C476A" w:rsidRPr="00FC49DD" w:rsidRDefault="009C476A" w:rsidP="009C476A">
                      <w:pPr>
                        <w:spacing w:after="0"/>
                        <w:ind w:left="187" w:right="187"/>
                        <w:rPr>
                          <w:rFonts w:ascii="Arial" w:hAnsi="Arial" w:cs="Arial"/>
                          <w:i/>
                          <w:iCs/>
                          <w:sz w:val="22"/>
                          <w:szCs w:val="24"/>
                        </w:rPr>
                      </w:pPr>
                      <w:r w:rsidRPr="00FC49DD">
                        <w:rPr>
                          <w:rFonts w:ascii="Arial" w:hAnsi="Arial" w:cs="Arial"/>
                          <w:i/>
                          <w:iCs/>
                          <w:sz w:val="22"/>
                          <w:szCs w:val="24"/>
                        </w:rPr>
                        <w:t xml:space="preserve">Note: You will transfer these answers to the Assessment Rubric after you complete your full </w:t>
                      </w:r>
                      <w:r>
                        <w:rPr>
                          <w:rFonts w:ascii="Arial" w:hAnsi="Arial" w:cs="Arial"/>
                          <w:i/>
                          <w:iCs/>
                          <w:sz w:val="22"/>
                          <w:szCs w:val="24"/>
                        </w:rPr>
                        <w:br/>
                      </w:r>
                      <w:r w:rsidRPr="00FC49DD">
                        <w:rPr>
                          <w:rFonts w:ascii="Arial" w:hAnsi="Arial" w:cs="Arial"/>
                          <w:i/>
                          <w:iCs/>
                          <w:sz w:val="22"/>
                          <w:szCs w:val="24"/>
                        </w:rPr>
                        <w:t xml:space="preserve">self-assessment activity. </w:t>
                      </w:r>
                    </w:p>
                    <w:p w14:paraId="6FA9A012" w14:textId="77777777" w:rsidR="009C476A" w:rsidRDefault="009C476A" w:rsidP="009C476A">
                      <w:pPr>
                        <w:pBdr>
                          <w:bottom w:val="single" w:sz="6" w:space="1" w:color="auto"/>
                        </w:pBdr>
                        <w:spacing w:after="180"/>
                        <w:ind w:right="190"/>
                        <w:rPr>
                          <w:rFonts w:ascii="Arial" w:hAnsi="Arial" w:cs="Arial"/>
                          <w:b/>
                          <w:bCs/>
                          <w:sz w:val="22"/>
                          <w:szCs w:val="24"/>
                        </w:rPr>
                      </w:pPr>
                    </w:p>
                    <w:p w14:paraId="596ECE8B" w14:textId="77777777" w:rsidR="009C476A" w:rsidRDefault="009C476A" w:rsidP="009C476A">
                      <w:pPr>
                        <w:spacing w:before="240" w:after="180"/>
                        <w:ind w:left="180" w:right="190"/>
                        <w:rPr>
                          <w:rFonts w:ascii="Arial" w:hAnsi="Arial" w:cs="Arial"/>
                          <w:sz w:val="22"/>
                          <w:szCs w:val="24"/>
                        </w:rPr>
                      </w:pPr>
                      <w:r>
                        <w:rPr>
                          <w:rFonts w:ascii="Arial" w:hAnsi="Arial" w:cs="Arial"/>
                          <w:sz w:val="22"/>
                          <w:szCs w:val="24"/>
                        </w:rPr>
                        <w:t>REMINDER</w:t>
                      </w:r>
                    </w:p>
                    <w:p w14:paraId="0AF69C04"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If you answered “unsure” to any of the above questions</w:t>
                      </w:r>
                    </w:p>
                    <w:p w14:paraId="31CC000C"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You may want to come back and continue brainstorming after you’ve completed the remaining sections. Completing later sections may help you remember examples pertaining to this one.</w:t>
                      </w:r>
                    </w:p>
                    <w:p w14:paraId="7A2AA7D8"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not meant to be linear</w:t>
                      </w:r>
                    </w:p>
                    <w:p w14:paraId="5176015A" w14:textId="3117542D"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You can move freely between criteria and document different aspects of your experiences as you think of them. Many life experiences will span multiple criteria and will pertain to more than one section of this </w:t>
                      </w:r>
                      <w:r w:rsidR="002E5F9C" w:rsidRPr="002E5F9C">
                        <w:rPr>
                          <w:rFonts w:ascii="Arial" w:hAnsi="Arial" w:cs="Arial"/>
                          <w:sz w:val="20"/>
                        </w:rPr>
                        <w:t>guide</w:t>
                      </w:r>
                      <w:r w:rsidRPr="008C35FE">
                        <w:rPr>
                          <w:rFonts w:ascii="Arial" w:hAnsi="Arial" w:cs="Arial"/>
                          <w:sz w:val="20"/>
                        </w:rPr>
                        <w:t xml:space="preserve">. </w:t>
                      </w:r>
                    </w:p>
                    <w:p w14:paraId="371ECB83"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also not meant to be completed in one sitting</w:t>
                      </w:r>
                    </w:p>
                    <w:p w14:paraId="3372370F"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Thinking about and remembering decades of your life is not an easy task. It also takes time. Take as many breaks as you need. Even if those breaks span days or even weeks. </w:t>
                      </w:r>
                    </w:p>
                    <w:p w14:paraId="3FB70574" w14:textId="77777777" w:rsidR="009C476A" w:rsidRPr="008C35FE" w:rsidRDefault="009C476A" w:rsidP="009C476A">
                      <w:pPr>
                        <w:spacing w:after="180"/>
                        <w:rPr>
                          <w:sz w:val="20"/>
                          <w:szCs w:val="20"/>
                        </w:rPr>
                      </w:pPr>
                    </w:p>
                  </w:txbxContent>
                </v:textbox>
                <w10:anchorlock/>
              </v:shape>
            </w:pict>
          </mc:Fallback>
        </mc:AlternateContent>
      </w:r>
    </w:p>
    <w:p w14:paraId="409268F9" w14:textId="77777777" w:rsidR="009C476A" w:rsidRDefault="009C476A" w:rsidP="009C476A">
      <w:pPr>
        <w:spacing w:after="200"/>
        <w:rPr>
          <w:rFonts w:ascii="Arial" w:eastAsiaTheme="majorEastAsia" w:hAnsi="Arial" w:cs="Arial"/>
          <w:b/>
          <w:bCs/>
          <w:color w:val="8064A2" w:themeColor="accent4"/>
          <w:sz w:val="22"/>
          <w:szCs w:val="24"/>
        </w:rPr>
      </w:pPr>
      <w:r>
        <w:rPr>
          <w:rFonts w:ascii="Arial" w:hAnsi="Arial" w:cs="Arial"/>
          <w:b/>
          <w:bCs/>
          <w:color w:val="8064A2" w:themeColor="accent4"/>
          <w:sz w:val="22"/>
          <w:szCs w:val="24"/>
        </w:rPr>
        <w:br w:type="page"/>
      </w:r>
    </w:p>
    <w:p w14:paraId="11E3EBBE" w14:textId="0FCCA427" w:rsidR="00DB6550" w:rsidRPr="00B04C6F" w:rsidRDefault="00DB6550" w:rsidP="00D80790">
      <w:pPr>
        <w:pStyle w:val="Heading4"/>
        <w:shd w:val="clear" w:color="auto" w:fill="E8F4F8"/>
        <w:spacing w:after="120"/>
        <w:rPr>
          <w:rFonts w:ascii="Arial" w:hAnsi="Arial" w:cs="Arial"/>
          <w:i w:val="0"/>
          <w:iCs w:val="0"/>
          <w:color w:val="0070C0"/>
          <w:sz w:val="24"/>
          <w:szCs w:val="28"/>
        </w:rPr>
      </w:pPr>
      <w:r w:rsidRPr="00480CF8">
        <w:rPr>
          <w:rFonts w:ascii="Arial" w:hAnsi="Arial" w:cs="Arial"/>
          <w:i w:val="0"/>
          <w:iCs w:val="0"/>
          <w:color w:val="0070C0"/>
          <w:sz w:val="24"/>
          <w:szCs w:val="28"/>
        </w:rPr>
        <w:lastRenderedPageBreak/>
        <w:t>Criterion A3</w:t>
      </w:r>
      <w:r>
        <w:rPr>
          <w:rFonts w:ascii="Arial" w:hAnsi="Arial" w:cs="Arial"/>
          <w:i w:val="0"/>
          <w:iCs w:val="0"/>
          <w:color w:val="0070C0"/>
          <w:sz w:val="24"/>
          <w:szCs w:val="28"/>
        </w:rPr>
        <w:t xml:space="preserve"> Guided Section</w:t>
      </w:r>
    </w:p>
    <w:p w14:paraId="79A8EAA9" w14:textId="77777777" w:rsidR="00002FE5" w:rsidRDefault="00B04C6F" w:rsidP="006D34A4">
      <w:pPr>
        <w:spacing w:before="240" w:afterLines="120" w:after="288" w:line="288" w:lineRule="auto"/>
        <w:rPr>
          <w:rFonts w:ascii="Arial" w:hAnsi="Arial" w:cs="Arial"/>
          <w:noProof/>
          <w:sz w:val="22"/>
        </w:rPr>
      </w:pPr>
      <w:r>
        <w:rPr>
          <w:rFonts w:ascii="Arial" w:hAnsi="Arial" w:cs="Arial"/>
          <w:b/>
          <w:bCs/>
          <w:noProof/>
          <w:sz w:val="22"/>
        </w:rPr>
        <w:t>DSM Criterion:</w:t>
      </w:r>
      <w:r>
        <w:rPr>
          <w:rFonts w:ascii="Arial" w:hAnsi="Arial" w:cs="Arial"/>
          <w:noProof/>
          <w:sz w:val="22"/>
        </w:rPr>
        <w:t xml:space="preserve"> </w:t>
      </w:r>
      <w:r w:rsidR="00DB6550" w:rsidRPr="00BA21D8">
        <w:rPr>
          <w:rFonts w:ascii="Arial" w:hAnsi="Arial" w:cs="Arial"/>
          <w:noProof/>
          <w:sz w:val="22"/>
        </w:rPr>
        <w:t>Deficits in developing, maintaining, and understanding relationships, ranging, for example, from difficulties adjusting behavior to suit various social contexts; to difficulties in sharing imaginative play or in making friends; to absence of interest in peers.</w:t>
      </w:r>
    </w:p>
    <w:p w14:paraId="059F73DD" w14:textId="06580448" w:rsidR="00B04C6F" w:rsidRPr="00DB6550" w:rsidRDefault="00B04C6F" w:rsidP="00FD443D">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t>Provided</w:t>
      </w:r>
      <w:r w:rsidRPr="00DB6550">
        <w:rPr>
          <w:rFonts w:ascii="Arial" w:hAnsi="Arial" w:cs="Arial"/>
          <w:b/>
          <w:bCs/>
          <w:color w:val="8064A2" w:themeColor="accent4"/>
          <w:sz w:val="22"/>
          <w:szCs w:val="24"/>
        </w:rPr>
        <w:t xml:space="preserve"> Examples</w:t>
      </w:r>
    </w:p>
    <w:p w14:paraId="7C7231BD" w14:textId="4DEEF051" w:rsidR="008A00EC" w:rsidRDefault="00B04C6F" w:rsidP="001B08AE">
      <w:pPr>
        <w:spacing w:before="360" w:after="240" w:line="264" w:lineRule="auto"/>
        <w:rPr>
          <w:rFonts w:ascii="Segoe UI" w:hAnsi="Segoe UI" w:cs="Segoe UI"/>
          <w:b/>
          <w:bCs/>
          <w:color w:val="244061" w:themeColor="accent1" w:themeShade="80"/>
          <w:sz w:val="28"/>
          <w:szCs w:val="28"/>
        </w:rPr>
      </w:pPr>
      <w:r w:rsidRPr="00BA21D8">
        <w:rPr>
          <w:rFonts w:ascii="Arial" w:eastAsiaTheme="majorEastAsia" w:hAnsi="Arial" w:cs="Arial"/>
          <w:b/>
          <w:bCs/>
          <w:noProof/>
          <w:color w:val="0070C0"/>
          <w:sz w:val="24"/>
          <w:szCs w:val="28"/>
        </w:rPr>
        <mc:AlternateContent>
          <mc:Choice Requires="wps">
            <w:drawing>
              <wp:inline distT="0" distB="0" distL="0" distR="0" wp14:anchorId="62862D7D" wp14:editId="58E04FF9">
                <wp:extent cx="6254750" cy="5175849"/>
                <wp:effectExtent l="0" t="0" r="0" b="6350"/>
                <wp:docPr id="1341127947" name="Text Box 2"/>
                <wp:cNvGraphicFramePr/>
                <a:graphic xmlns:a="http://schemas.openxmlformats.org/drawingml/2006/main">
                  <a:graphicData uri="http://schemas.microsoft.com/office/word/2010/wordprocessingShape">
                    <wps:wsp>
                      <wps:cNvSpPr txBox="1"/>
                      <wps:spPr>
                        <a:xfrm>
                          <a:off x="0" y="0"/>
                          <a:ext cx="6254750" cy="5175849"/>
                        </a:xfrm>
                        <a:prstGeom prst="rect">
                          <a:avLst/>
                        </a:prstGeom>
                        <a:solidFill>
                          <a:srgbClr val="F7F5F9"/>
                        </a:solidFill>
                        <a:ln w="6350">
                          <a:noFill/>
                        </a:ln>
                      </wps:spPr>
                      <wps:txbx>
                        <w:txbxContent>
                          <w:p w14:paraId="5060A65A" w14:textId="77777777" w:rsidR="00D408DC" w:rsidRPr="00082A39" w:rsidRDefault="00D408DC" w:rsidP="00D408DC">
                            <w:pPr>
                              <w:spacing w:after="240"/>
                              <w:rPr>
                                <w:rFonts w:ascii="Arial" w:hAnsi="Arial" w:cs="Arial"/>
                                <w:b/>
                                <w:bCs/>
                                <w:sz w:val="22"/>
                                <w:szCs w:val="24"/>
                              </w:rPr>
                            </w:pPr>
                            <w:r>
                              <w:rPr>
                                <w:rFonts w:ascii="Arial" w:hAnsi="Arial" w:cs="Arial"/>
                                <w:b/>
                                <w:bCs/>
                                <w:sz w:val="22"/>
                                <w:szCs w:val="24"/>
                              </w:rPr>
                              <w:t>General</w:t>
                            </w:r>
                            <w:r w:rsidRPr="00082A39">
                              <w:rPr>
                                <w:rFonts w:ascii="Arial" w:hAnsi="Arial" w:cs="Arial"/>
                                <w:b/>
                                <w:bCs/>
                                <w:sz w:val="22"/>
                                <w:szCs w:val="24"/>
                              </w:rPr>
                              <w:t xml:space="preserve"> examples:</w:t>
                            </w:r>
                          </w:p>
                          <w:p w14:paraId="4B35BAC4" w14:textId="3DC7EE58" w:rsidR="00FD443D" w:rsidRPr="00082A39" w:rsidRDefault="00FD443D" w:rsidP="00082A39">
                            <w:pPr>
                              <w:spacing w:after="240"/>
                              <w:rPr>
                                <w:rFonts w:ascii="Arial" w:hAnsi="Arial" w:cs="Arial"/>
                                <w:sz w:val="22"/>
                                <w:szCs w:val="24"/>
                              </w:rPr>
                            </w:pPr>
                            <w:r w:rsidRPr="00082A39">
                              <w:rPr>
                                <w:rFonts w:ascii="Arial" w:hAnsi="Arial" w:cs="Arial"/>
                                <w:sz w:val="22"/>
                                <w:szCs w:val="24"/>
                              </w:rPr>
                              <w:t>Has difficulty connecting with others and developing friendships. Has difficulty maintaining friendships over time.</w:t>
                            </w:r>
                          </w:p>
                          <w:p w14:paraId="11CD1C7E"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childhood</w:t>
                            </w:r>
                          </w:p>
                          <w:p w14:paraId="740527A8" w14:textId="1762A105" w:rsidR="00FD443D" w:rsidRPr="00082A39" w:rsidRDefault="00FD443D" w:rsidP="00082A39">
                            <w:pPr>
                              <w:spacing w:after="240"/>
                              <w:rPr>
                                <w:rFonts w:ascii="Arial" w:hAnsi="Arial" w:cs="Arial"/>
                                <w:sz w:val="22"/>
                                <w:szCs w:val="24"/>
                              </w:rPr>
                            </w:pPr>
                            <w:r w:rsidRPr="00082A39">
                              <w:rPr>
                                <w:rFonts w:ascii="Arial" w:hAnsi="Arial" w:cs="Arial"/>
                                <w:sz w:val="22"/>
                                <w:szCs w:val="24"/>
                              </w:rPr>
                              <w:t xml:space="preserve">Penelope has a very healthy number of friends, mainly through school and her sister. But she does struggle interpersonally and has had several intense negative social experiences throughout elementary school and into middle school. She is </w:t>
                            </w:r>
                            <w:proofErr w:type="gramStart"/>
                            <w:r w:rsidRPr="00082A39">
                              <w:rPr>
                                <w:rFonts w:ascii="Arial" w:hAnsi="Arial" w:cs="Arial"/>
                                <w:sz w:val="22"/>
                                <w:szCs w:val="24"/>
                              </w:rPr>
                              <w:t>definitely quite</w:t>
                            </w:r>
                            <w:proofErr w:type="gramEnd"/>
                            <w:r w:rsidRPr="00082A39">
                              <w:rPr>
                                <w:rFonts w:ascii="Arial" w:hAnsi="Arial" w:cs="Arial"/>
                                <w:sz w:val="22"/>
                                <w:szCs w:val="24"/>
                              </w:rPr>
                              <w:t xml:space="preserve"> misunderstood by her peers. I do think they see her as a good person, but I also think many of them find her overwhelming (they might use the word “annoying</w:t>
                            </w:r>
                            <w:proofErr w:type="gramStart"/>
                            <w:r w:rsidRPr="00082A39">
                              <w:rPr>
                                <w:rFonts w:ascii="Arial" w:hAnsi="Arial" w:cs="Arial"/>
                                <w:sz w:val="22"/>
                                <w:szCs w:val="24"/>
                              </w:rPr>
                              <w:t>”</w:t>
                            </w:r>
                            <w:proofErr w:type="gramEnd"/>
                            <w:r w:rsidRPr="00082A39">
                              <w:rPr>
                                <w:rFonts w:ascii="Arial" w:hAnsi="Arial" w:cs="Arial"/>
                                <w:sz w:val="22"/>
                                <w:szCs w:val="24"/>
                              </w:rPr>
                              <w:t xml:space="preserve"> but I honestly think it’s more that they’re overwhelmed by her).</w:t>
                            </w:r>
                          </w:p>
                          <w:p w14:paraId="04CF528B"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adulthood</w:t>
                            </w:r>
                          </w:p>
                          <w:p w14:paraId="50515781" w14:textId="77777777"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I can say with absolute certainty that I generally prefer being by myself. I work from home full time, which is perfect for me, and I have no trouble being alone for extended periods of time. Most people seem to have struggled with the social limitations of Covid, but I have </w:t>
                            </w:r>
                            <w:proofErr w:type="gramStart"/>
                            <w:r w:rsidRPr="00082A39">
                              <w:rPr>
                                <w:rFonts w:ascii="Arial" w:hAnsi="Arial" w:cs="Arial"/>
                                <w:sz w:val="22"/>
                                <w:szCs w:val="24"/>
                              </w:rPr>
                              <w:t>actually felt</w:t>
                            </w:r>
                            <w:proofErr w:type="gramEnd"/>
                            <w:r w:rsidRPr="00082A39">
                              <w:rPr>
                                <w:rFonts w:ascii="Arial" w:hAnsi="Arial" w:cs="Arial"/>
                                <w:sz w:val="22"/>
                                <w:szCs w:val="24"/>
                              </w:rPr>
                              <w:t xml:space="preserve"> extremely relieved to have a “good reason” to not be social. That said, like I wrote earlier, I do understand the importance of my close relationships and will do things I find uncomfortable if I feel it is investing in one of my close relationships. Examples… going to a close friend’s birthday party, a sibling’s wedding… visiting my best friend at her home even though it gives me anxiety (because of sensory overload). </w:t>
                            </w:r>
                          </w:p>
                          <w:p w14:paraId="4390EF7A" w14:textId="29C252B5" w:rsidR="00B04C6F" w:rsidRPr="00082A39" w:rsidRDefault="003A1587" w:rsidP="00082A39">
                            <w:pPr>
                              <w:spacing w:after="240"/>
                              <w:rPr>
                                <w:rFonts w:ascii="Arial" w:hAnsi="Arial" w:cs="Arial"/>
                                <w:sz w:val="22"/>
                                <w:szCs w:val="24"/>
                              </w:rPr>
                            </w:pPr>
                            <w:r w:rsidRPr="00082A39">
                              <w:rPr>
                                <w:rFonts w:ascii="Arial" w:hAnsi="Arial" w:cs="Arial"/>
                                <w:sz w:val="22"/>
                                <w:szCs w:val="24"/>
                              </w:rPr>
                              <w:t>When it comes to adjusting behavior in social contexts, this has always been challenging for me. I do my best to match the behaviors of those around me, but I always still feel like the odd one out. I think I have gotten better at it over the years, though.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2862D7D" id="_x0000_s1039" type="#_x0000_t202" style="width:492.5pt;height:407.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" fillcolor="#f7f5f9" stroked="f" strokeweight=".5pt">
                <v:textbox>
                  <w:txbxContent>
                    <w:p w14:paraId="5060A65A" w14:textId="77777777" w:rsidR="00D408DC" w:rsidRPr="00082A39" w:rsidRDefault="00D408DC" w:rsidP="00D408DC">
                      <w:pPr>
                        <w:spacing w:after="240"/>
                        <w:rPr>
                          <w:rFonts w:ascii="Arial" w:hAnsi="Arial" w:cs="Arial"/>
                          <w:b/>
                          <w:bCs/>
                          <w:sz w:val="22"/>
                          <w:szCs w:val="24"/>
                        </w:rPr>
                      </w:pPr>
                      <w:r>
                        <w:rPr>
                          <w:rFonts w:ascii="Arial" w:hAnsi="Arial" w:cs="Arial"/>
                          <w:b/>
                          <w:bCs/>
                          <w:sz w:val="22"/>
                          <w:szCs w:val="24"/>
                        </w:rPr>
                        <w:t>General</w:t>
                      </w:r>
                      <w:r w:rsidRPr="00082A39">
                        <w:rPr>
                          <w:rFonts w:ascii="Arial" w:hAnsi="Arial" w:cs="Arial"/>
                          <w:b/>
                          <w:bCs/>
                          <w:sz w:val="22"/>
                          <w:szCs w:val="24"/>
                        </w:rPr>
                        <w:t xml:space="preserve"> examples:</w:t>
                      </w:r>
                    </w:p>
                    <w:p w14:paraId="4B35BAC4" w14:textId="3DC7EE58" w:rsidR="00FD443D" w:rsidRPr="00082A39" w:rsidRDefault="00FD443D" w:rsidP="00082A39">
                      <w:pPr>
                        <w:spacing w:after="240"/>
                        <w:rPr>
                          <w:rFonts w:ascii="Arial" w:hAnsi="Arial" w:cs="Arial"/>
                          <w:sz w:val="22"/>
                          <w:szCs w:val="24"/>
                        </w:rPr>
                      </w:pPr>
                      <w:r w:rsidRPr="00082A39">
                        <w:rPr>
                          <w:rFonts w:ascii="Arial" w:hAnsi="Arial" w:cs="Arial"/>
                          <w:sz w:val="22"/>
                          <w:szCs w:val="24"/>
                        </w:rPr>
                        <w:t>Has difficulty connecting with others and developing friendships. Has difficulty maintaining friendships over time.</w:t>
                      </w:r>
                    </w:p>
                    <w:p w14:paraId="11CD1C7E"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childhood</w:t>
                      </w:r>
                    </w:p>
                    <w:p w14:paraId="740527A8" w14:textId="1762A105" w:rsidR="00FD443D" w:rsidRPr="00082A39" w:rsidRDefault="00FD443D" w:rsidP="00082A39">
                      <w:pPr>
                        <w:spacing w:after="240"/>
                        <w:rPr>
                          <w:rFonts w:ascii="Arial" w:hAnsi="Arial" w:cs="Arial"/>
                          <w:sz w:val="22"/>
                          <w:szCs w:val="24"/>
                        </w:rPr>
                      </w:pPr>
                      <w:r w:rsidRPr="00082A39">
                        <w:rPr>
                          <w:rFonts w:ascii="Arial" w:hAnsi="Arial" w:cs="Arial"/>
                          <w:sz w:val="22"/>
                          <w:szCs w:val="24"/>
                        </w:rPr>
                        <w:t xml:space="preserve">Penelope has a very healthy number of friends, mainly through school and her sister. But she does struggle interpersonally and has had several intense negative social experiences throughout elementary school and into middle school. She is </w:t>
                      </w:r>
                      <w:proofErr w:type="gramStart"/>
                      <w:r w:rsidRPr="00082A39">
                        <w:rPr>
                          <w:rFonts w:ascii="Arial" w:hAnsi="Arial" w:cs="Arial"/>
                          <w:sz w:val="22"/>
                          <w:szCs w:val="24"/>
                        </w:rPr>
                        <w:t>definitely quite</w:t>
                      </w:r>
                      <w:proofErr w:type="gramEnd"/>
                      <w:r w:rsidRPr="00082A39">
                        <w:rPr>
                          <w:rFonts w:ascii="Arial" w:hAnsi="Arial" w:cs="Arial"/>
                          <w:sz w:val="22"/>
                          <w:szCs w:val="24"/>
                        </w:rPr>
                        <w:t xml:space="preserve"> misunderstood by her peers. I do think they see her as a good person, but I also think many of them find her overwhelming (they might use the word “annoying</w:t>
                      </w:r>
                      <w:proofErr w:type="gramStart"/>
                      <w:r w:rsidRPr="00082A39">
                        <w:rPr>
                          <w:rFonts w:ascii="Arial" w:hAnsi="Arial" w:cs="Arial"/>
                          <w:sz w:val="22"/>
                          <w:szCs w:val="24"/>
                        </w:rPr>
                        <w:t>”</w:t>
                      </w:r>
                      <w:proofErr w:type="gramEnd"/>
                      <w:r w:rsidRPr="00082A39">
                        <w:rPr>
                          <w:rFonts w:ascii="Arial" w:hAnsi="Arial" w:cs="Arial"/>
                          <w:sz w:val="22"/>
                          <w:szCs w:val="24"/>
                        </w:rPr>
                        <w:t xml:space="preserve"> but I honestly think it’s more that they’re overwhelmed by her).</w:t>
                      </w:r>
                    </w:p>
                    <w:p w14:paraId="04CF528B"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adulthood</w:t>
                      </w:r>
                    </w:p>
                    <w:p w14:paraId="50515781" w14:textId="77777777"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I can say with absolute certainty that I generally prefer being by myself. I work from home full time, which is perfect for me, and I have no trouble being alone for extended periods of time. Most people seem to have struggled with the social limitations of Covid, but I have </w:t>
                      </w:r>
                      <w:proofErr w:type="gramStart"/>
                      <w:r w:rsidRPr="00082A39">
                        <w:rPr>
                          <w:rFonts w:ascii="Arial" w:hAnsi="Arial" w:cs="Arial"/>
                          <w:sz w:val="22"/>
                          <w:szCs w:val="24"/>
                        </w:rPr>
                        <w:t>actually felt</w:t>
                      </w:r>
                      <w:proofErr w:type="gramEnd"/>
                      <w:r w:rsidRPr="00082A39">
                        <w:rPr>
                          <w:rFonts w:ascii="Arial" w:hAnsi="Arial" w:cs="Arial"/>
                          <w:sz w:val="22"/>
                          <w:szCs w:val="24"/>
                        </w:rPr>
                        <w:t xml:space="preserve"> extremely relieved to have a “good reason” to not be social. That said, like I wrote earlier, I do understand the importance of my close relationships and will do things I find uncomfortable if I feel it is investing in one of my close relationships. Examples… going to a close friend’s birthday party, a sibling’s wedding… visiting my best friend at her home even though it gives me anxiety (because of sensory overload). </w:t>
                      </w:r>
                    </w:p>
                    <w:p w14:paraId="4390EF7A" w14:textId="29C252B5" w:rsidR="00B04C6F" w:rsidRPr="00082A39" w:rsidRDefault="003A1587" w:rsidP="00082A39">
                      <w:pPr>
                        <w:spacing w:after="240"/>
                        <w:rPr>
                          <w:rFonts w:ascii="Arial" w:hAnsi="Arial" w:cs="Arial"/>
                          <w:sz w:val="22"/>
                          <w:szCs w:val="24"/>
                        </w:rPr>
                      </w:pPr>
                      <w:r w:rsidRPr="00082A39">
                        <w:rPr>
                          <w:rFonts w:ascii="Arial" w:hAnsi="Arial" w:cs="Arial"/>
                          <w:sz w:val="22"/>
                          <w:szCs w:val="24"/>
                        </w:rPr>
                        <w:t>When it comes to adjusting behavior in social contexts, this has always been challenging for me. I do my best to match the behaviors of those around me, but I always still feel like the odd one out. I think I have gotten better at it over the years, though.</w:t>
                      </w:r>
                    </w:p>
                  </w:txbxContent>
                </v:textbox>
                <w10:anchorlock/>
              </v:shape>
            </w:pict>
          </mc:Fallback>
        </mc:AlternateContent>
      </w:r>
    </w:p>
    <w:p w14:paraId="71674228" w14:textId="532C8EE7" w:rsidR="00B04C6F" w:rsidRDefault="00B04C6F" w:rsidP="00002FE5">
      <w:pPr>
        <w:rPr>
          <w:color w:val="8064A2" w:themeColor="accent4"/>
          <w:sz w:val="22"/>
        </w:rPr>
      </w:pPr>
    </w:p>
    <w:p w14:paraId="22BFE108" w14:textId="34338D20" w:rsidR="00B04C6F" w:rsidRPr="006D34A4" w:rsidRDefault="00B04C6F" w:rsidP="009C476A">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br w:type="page"/>
      </w:r>
      <w:r>
        <w:rPr>
          <w:rFonts w:ascii="Arial" w:hAnsi="Arial" w:cs="Arial"/>
          <w:b/>
          <w:bCs/>
          <w:color w:val="8064A2" w:themeColor="accent4"/>
          <w:sz w:val="22"/>
          <w:szCs w:val="24"/>
        </w:rPr>
        <w:lastRenderedPageBreak/>
        <w:t>Your Examples: E</w:t>
      </w:r>
      <w:r w:rsidRPr="00BA4AEC">
        <w:rPr>
          <w:rFonts w:ascii="Arial" w:hAnsi="Arial" w:cs="Arial"/>
          <w:b/>
          <w:bCs/>
          <w:color w:val="8064A2" w:themeColor="accent4"/>
          <w:sz w:val="22"/>
          <w:szCs w:val="24"/>
        </w:rPr>
        <w:t xml:space="preserve">arly life through adolescence </w:t>
      </w:r>
    </w:p>
    <w:p w14:paraId="01B60EB5" w14:textId="77777777" w:rsidR="00A7113C" w:rsidRDefault="00A7113C" w:rsidP="00A7113C">
      <w:pPr>
        <w:spacing w:after="360" w:line="360" w:lineRule="auto"/>
        <w:rPr>
          <w:rFonts w:ascii="Arial" w:hAnsi="Arial" w:cs="Arial"/>
          <w:sz w:val="24"/>
          <w:szCs w:val="28"/>
        </w:rPr>
      </w:pPr>
      <w:r>
        <w:rPr>
          <w:rFonts w:ascii="Arial" w:hAnsi="Arial" w:cs="Arial"/>
          <w:b/>
          <w:noProof/>
          <w:sz w:val="24"/>
          <w:szCs w:val="24"/>
        </w:rPr>
        <mc:AlternateContent>
          <mc:Choice Requires="wps">
            <w:drawing>
              <wp:inline distT="0" distB="0" distL="0" distR="0" wp14:anchorId="362BF9A0" wp14:editId="73A25189">
                <wp:extent cx="6339840" cy="8358997"/>
                <wp:effectExtent l="0" t="0" r="3810" b="4445"/>
                <wp:docPr id="909862660" name="Text Box 2"/>
                <wp:cNvGraphicFramePr/>
                <a:graphic xmlns:a="http://schemas.openxmlformats.org/drawingml/2006/main">
                  <a:graphicData uri="http://schemas.microsoft.com/office/word/2010/wordprocessingShape">
                    <wps:wsp>
                      <wps:cNvSpPr txBox="1"/>
                      <wps:spPr>
                        <a:xfrm>
                          <a:off x="0" y="0"/>
                          <a:ext cx="6339840" cy="8358997"/>
                        </a:xfrm>
                        <a:prstGeom prst="rect">
                          <a:avLst/>
                        </a:prstGeom>
                        <a:solidFill>
                          <a:srgbClr val="F0F7FA"/>
                        </a:solidFill>
                        <a:ln w="6350">
                          <a:noFill/>
                        </a:ln>
                      </wps:spPr>
                      <wps:txbx>
                        <w:txbxContent>
                          <w:p w14:paraId="1616DF31" w14:textId="77777777" w:rsidR="00A7113C" w:rsidRPr="003B29D5" w:rsidRDefault="00A7113C" w:rsidP="00A7113C">
                            <w:pPr>
                              <w:rPr>
                                <w:sz w:val="22"/>
                                <w:szCs w:val="24"/>
                              </w:rPr>
                            </w:pPr>
                            <w:r w:rsidRPr="003B29D5">
                              <w:rPr>
                                <w:b/>
                                <w:bCs/>
                                <w:sz w:val="22"/>
                                <w:szCs w:val="24"/>
                              </w:rPr>
                              <w:t xml:space="preserve">List stories and examples of this criterion showing up for you in visible ways from </w:t>
                            </w:r>
                            <w:r>
                              <w:rPr>
                                <w:b/>
                                <w:bCs/>
                                <w:sz w:val="22"/>
                                <w:szCs w:val="24"/>
                              </w:rPr>
                              <w:t>early life through adolescence</w:t>
                            </w:r>
                            <w:r w:rsidRPr="003B29D5">
                              <w:rPr>
                                <w:b/>
                                <w:bCs/>
                                <w:sz w:val="22"/>
                                <w:szCs w:val="24"/>
                              </w:rPr>
                              <w:t>.</w:t>
                            </w:r>
                            <w:r w:rsidRPr="003B29D5">
                              <w:rPr>
                                <w:sz w:val="22"/>
                                <w:szCs w:val="24"/>
                              </w:rPr>
                              <w:t xml:space="preserve"> There is no such thing as too many.</w:t>
                            </w:r>
                          </w:p>
                          <w:p w14:paraId="067D27C2" w14:textId="77777777" w:rsidR="00A7113C" w:rsidRDefault="00A7113C" w:rsidP="00A7113C">
                            <w:pPr>
                              <w:rPr>
                                <w:sz w:val="22"/>
                                <w:szCs w:val="24"/>
                              </w:rPr>
                            </w:pPr>
                          </w:p>
                          <w:p w14:paraId="0A6ADF7F" w14:textId="77777777" w:rsidR="00A7113C" w:rsidRDefault="00A7113C" w:rsidP="00A7113C">
                            <w:pPr>
                              <w:rPr>
                                <w:sz w:val="22"/>
                                <w:szCs w:val="24"/>
                              </w:rPr>
                            </w:pPr>
                          </w:p>
                          <w:p w14:paraId="410CD072" w14:textId="77777777" w:rsidR="00A7113C" w:rsidRPr="003B29D5" w:rsidRDefault="00A7113C" w:rsidP="00A7113C">
                            <w:pPr>
                              <w:rPr>
                                <w:sz w:val="22"/>
                                <w:szCs w:val="24"/>
                              </w:rPr>
                            </w:pPr>
                          </w:p>
                          <w:p w14:paraId="23A57FEE" w14:textId="77777777" w:rsidR="00A7113C" w:rsidRDefault="00A7113C" w:rsidP="00A7113C">
                            <w:pPr>
                              <w:rPr>
                                <w:sz w:val="22"/>
                                <w:szCs w:val="24"/>
                              </w:rPr>
                            </w:pPr>
                          </w:p>
                          <w:p w14:paraId="47745706" w14:textId="77777777" w:rsidR="00B04C6F" w:rsidRPr="003B29D5" w:rsidRDefault="00B04C6F" w:rsidP="00A7113C">
                            <w:pPr>
                              <w:rPr>
                                <w:sz w:val="22"/>
                                <w:szCs w:val="24"/>
                              </w:rPr>
                            </w:pPr>
                          </w:p>
                          <w:p w14:paraId="1F299120" w14:textId="77777777" w:rsidR="00A7113C" w:rsidRPr="003B29D5" w:rsidRDefault="00A7113C" w:rsidP="00A7113C">
                            <w:pPr>
                              <w:rPr>
                                <w:sz w:val="22"/>
                                <w:szCs w:val="24"/>
                              </w:rPr>
                            </w:pPr>
                          </w:p>
                          <w:p w14:paraId="18B12CED" w14:textId="77777777" w:rsidR="00A7113C" w:rsidRPr="003B29D5" w:rsidRDefault="00A7113C" w:rsidP="00A7113C">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601551B1" w14:textId="77777777" w:rsidR="00A7113C" w:rsidRPr="003B29D5" w:rsidRDefault="00A7113C" w:rsidP="00A7113C">
                            <w:pPr>
                              <w:rPr>
                                <w:sz w:val="22"/>
                                <w:szCs w:val="24"/>
                              </w:rPr>
                            </w:pPr>
                          </w:p>
                          <w:p w14:paraId="2CEBEC16" w14:textId="77777777" w:rsidR="00A7113C" w:rsidRDefault="00A7113C" w:rsidP="00A7113C">
                            <w:pPr>
                              <w:rPr>
                                <w:sz w:val="22"/>
                                <w:szCs w:val="24"/>
                              </w:rPr>
                            </w:pPr>
                          </w:p>
                          <w:p w14:paraId="71CCDA56" w14:textId="77777777" w:rsidR="00A7113C" w:rsidRDefault="00A7113C" w:rsidP="00A7113C">
                            <w:pPr>
                              <w:rPr>
                                <w:sz w:val="22"/>
                                <w:szCs w:val="24"/>
                              </w:rPr>
                            </w:pPr>
                          </w:p>
                          <w:p w14:paraId="5AE106FB" w14:textId="77777777" w:rsidR="00A7113C" w:rsidRDefault="00A7113C" w:rsidP="00A7113C">
                            <w:pPr>
                              <w:rPr>
                                <w:sz w:val="22"/>
                                <w:szCs w:val="24"/>
                              </w:rPr>
                            </w:pPr>
                          </w:p>
                          <w:p w14:paraId="05D5C133" w14:textId="77777777" w:rsidR="00A7113C" w:rsidRPr="003B29D5" w:rsidRDefault="00A7113C" w:rsidP="00A7113C">
                            <w:pPr>
                              <w:rPr>
                                <w:sz w:val="22"/>
                                <w:szCs w:val="24"/>
                              </w:rPr>
                            </w:pPr>
                          </w:p>
                          <w:p w14:paraId="74617839" w14:textId="77777777" w:rsidR="00A7113C" w:rsidRPr="003B29D5" w:rsidRDefault="00A7113C" w:rsidP="00A7113C">
                            <w:pPr>
                              <w:rPr>
                                <w:sz w:val="22"/>
                                <w:szCs w:val="24"/>
                              </w:rPr>
                            </w:pPr>
                          </w:p>
                          <w:p w14:paraId="5A4E1379" w14:textId="4E0B1BD9" w:rsidR="00A7113C" w:rsidRPr="003B29D5" w:rsidRDefault="00A7113C" w:rsidP="00A7113C">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inaccessible whenever possible. </w:t>
                            </w:r>
                          </w:p>
                          <w:p w14:paraId="004DF109" w14:textId="77777777" w:rsidR="00A7113C" w:rsidRDefault="00A7113C" w:rsidP="00A7113C">
                            <w:pPr>
                              <w:rPr>
                                <w:sz w:val="22"/>
                                <w:szCs w:val="24"/>
                              </w:rPr>
                            </w:pPr>
                          </w:p>
                          <w:p w14:paraId="4924A536" w14:textId="77777777" w:rsidR="00A7113C" w:rsidRDefault="00A7113C" w:rsidP="00A7113C">
                            <w:pPr>
                              <w:rPr>
                                <w:sz w:val="22"/>
                                <w:szCs w:val="24"/>
                              </w:rPr>
                            </w:pPr>
                          </w:p>
                          <w:p w14:paraId="1DE2D247" w14:textId="77777777" w:rsidR="00A7113C" w:rsidRDefault="00A7113C" w:rsidP="00A7113C">
                            <w:pPr>
                              <w:rPr>
                                <w:sz w:val="22"/>
                                <w:szCs w:val="24"/>
                              </w:rPr>
                            </w:pPr>
                          </w:p>
                          <w:p w14:paraId="21A99E80" w14:textId="77777777" w:rsidR="00A7113C" w:rsidRDefault="00A7113C" w:rsidP="00A7113C">
                            <w:pPr>
                              <w:rPr>
                                <w:sz w:val="22"/>
                                <w:szCs w:val="24"/>
                              </w:rPr>
                            </w:pPr>
                          </w:p>
                          <w:p w14:paraId="03324A87" w14:textId="77777777" w:rsidR="00A7113C" w:rsidRPr="003B29D5" w:rsidRDefault="00A7113C" w:rsidP="00A7113C">
                            <w:pPr>
                              <w:rPr>
                                <w:sz w:val="22"/>
                                <w:szCs w:val="24"/>
                              </w:rPr>
                            </w:pPr>
                          </w:p>
                          <w:p w14:paraId="3B61CF18" w14:textId="77777777" w:rsidR="00A7113C" w:rsidRPr="003B29D5" w:rsidRDefault="00A7113C" w:rsidP="00A7113C">
                            <w:pPr>
                              <w:rPr>
                                <w:sz w:val="22"/>
                                <w:szCs w:val="24"/>
                              </w:rPr>
                            </w:pPr>
                          </w:p>
                          <w:p w14:paraId="3252B273" w14:textId="77777777" w:rsidR="00A7113C" w:rsidRPr="003B29D5" w:rsidRDefault="00A7113C" w:rsidP="00A7113C">
                            <w:pPr>
                              <w:rPr>
                                <w:b/>
                                <w:bCs/>
                                <w:sz w:val="22"/>
                                <w:szCs w:val="24"/>
                              </w:rPr>
                            </w:pPr>
                            <w:r w:rsidRPr="003B29D5">
                              <w:rPr>
                                <w:b/>
                                <w:bCs/>
                                <w:sz w:val="22"/>
                                <w:szCs w:val="24"/>
                              </w:rPr>
                              <w:t xml:space="preserve">List examples of how this criterion meaningfully impacted you or caused impairment in your daily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62BF9A0" id="_x0000_s1040" type="#_x0000_t202" style="width:499.2pt;height:65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" fillcolor="#f0f7fa" stroked="f" strokeweight=".5pt">
                <v:textbox>
                  <w:txbxContent>
                    <w:p w14:paraId="1616DF31" w14:textId="77777777" w:rsidR="00A7113C" w:rsidRPr="003B29D5" w:rsidRDefault="00A7113C" w:rsidP="00A7113C">
                      <w:pPr>
                        <w:rPr>
                          <w:sz w:val="22"/>
                          <w:szCs w:val="24"/>
                        </w:rPr>
                      </w:pPr>
                      <w:r w:rsidRPr="003B29D5">
                        <w:rPr>
                          <w:b/>
                          <w:bCs/>
                          <w:sz w:val="22"/>
                          <w:szCs w:val="24"/>
                        </w:rPr>
                        <w:t xml:space="preserve">List stories and examples of this criterion showing up for you in visible ways from </w:t>
                      </w:r>
                      <w:r>
                        <w:rPr>
                          <w:b/>
                          <w:bCs/>
                          <w:sz w:val="22"/>
                          <w:szCs w:val="24"/>
                        </w:rPr>
                        <w:t>early life through adolescence</w:t>
                      </w:r>
                      <w:r w:rsidRPr="003B29D5">
                        <w:rPr>
                          <w:b/>
                          <w:bCs/>
                          <w:sz w:val="22"/>
                          <w:szCs w:val="24"/>
                        </w:rPr>
                        <w:t>.</w:t>
                      </w:r>
                      <w:r w:rsidRPr="003B29D5">
                        <w:rPr>
                          <w:sz w:val="22"/>
                          <w:szCs w:val="24"/>
                        </w:rPr>
                        <w:t xml:space="preserve"> There is no such thing as too many.</w:t>
                      </w:r>
                    </w:p>
                    <w:p w14:paraId="067D27C2" w14:textId="77777777" w:rsidR="00A7113C" w:rsidRDefault="00A7113C" w:rsidP="00A7113C">
                      <w:pPr>
                        <w:rPr>
                          <w:sz w:val="22"/>
                          <w:szCs w:val="24"/>
                        </w:rPr>
                      </w:pPr>
                    </w:p>
                    <w:p w14:paraId="0A6ADF7F" w14:textId="77777777" w:rsidR="00A7113C" w:rsidRDefault="00A7113C" w:rsidP="00A7113C">
                      <w:pPr>
                        <w:rPr>
                          <w:sz w:val="22"/>
                          <w:szCs w:val="24"/>
                        </w:rPr>
                      </w:pPr>
                    </w:p>
                    <w:p w14:paraId="410CD072" w14:textId="77777777" w:rsidR="00A7113C" w:rsidRPr="003B29D5" w:rsidRDefault="00A7113C" w:rsidP="00A7113C">
                      <w:pPr>
                        <w:rPr>
                          <w:sz w:val="22"/>
                          <w:szCs w:val="24"/>
                        </w:rPr>
                      </w:pPr>
                    </w:p>
                    <w:p w14:paraId="23A57FEE" w14:textId="77777777" w:rsidR="00A7113C" w:rsidRDefault="00A7113C" w:rsidP="00A7113C">
                      <w:pPr>
                        <w:rPr>
                          <w:sz w:val="22"/>
                          <w:szCs w:val="24"/>
                        </w:rPr>
                      </w:pPr>
                    </w:p>
                    <w:p w14:paraId="47745706" w14:textId="77777777" w:rsidR="00B04C6F" w:rsidRPr="003B29D5" w:rsidRDefault="00B04C6F" w:rsidP="00A7113C">
                      <w:pPr>
                        <w:rPr>
                          <w:sz w:val="22"/>
                          <w:szCs w:val="24"/>
                        </w:rPr>
                      </w:pPr>
                    </w:p>
                    <w:p w14:paraId="1F299120" w14:textId="77777777" w:rsidR="00A7113C" w:rsidRPr="003B29D5" w:rsidRDefault="00A7113C" w:rsidP="00A7113C">
                      <w:pPr>
                        <w:rPr>
                          <w:sz w:val="22"/>
                          <w:szCs w:val="24"/>
                        </w:rPr>
                      </w:pPr>
                    </w:p>
                    <w:p w14:paraId="18B12CED" w14:textId="77777777" w:rsidR="00A7113C" w:rsidRPr="003B29D5" w:rsidRDefault="00A7113C" w:rsidP="00A7113C">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601551B1" w14:textId="77777777" w:rsidR="00A7113C" w:rsidRPr="003B29D5" w:rsidRDefault="00A7113C" w:rsidP="00A7113C">
                      <w:pPr>
                        <w:rPr>
                          <w:sz w:val="22"/>
                          <w:szCs w:val="24"/>
                        </w:rPr>
                      </w:pPr>
                    </w:p>
                    <w:p w14:paraId="2CEBEC16" w14:textId="77777777" w:rsidR="00A7113C" w:rsidRDefault="00A7113C" w:rsidP="00A7113C">
                      <w:pPr>
                        <w:rPr>
                          <w:sz w:val="22"/>
                          <w:szCs w:val="24"/>
                        </w:rPr>
                      </w:pPr>
                    </w:p>
                    <w:p w14:paraId="71CCDA56" w14:textId="77777777" w:rsidR="00A7113C" w:rsidRDefault="00A7113C" w:rsidP="00A7113C">
                      <w:pPr>
                        <w:rPr>
                          <w:sz w:val="22"/>
                          <w:szCs w:val="24"/>
                        </w:rPr>
                      </w:pPr>
                    </w:p>
                    <w:p w14:paraId="5AE106FB" w14:textId="77777777" w:rsidR="00A7113C" w:rsidRDefault="00A7113C" w:rsidP="00A7113C">
                      <w:pPr>
                        <w:rPr>
                          <w:sz w:val="22"/>
                          <w:szCs w:val="24"/>
                        </w:rPr>
                      </w:pPr>
                    </w:p>
                    <w:p w14:paraId="05D5C133" w14:textId="77777777" w:rsidR="00A7113C" w:rsidRPr="003B29D5" w:rsidRDefault="00A7113C" w:rsidP="00A7113C">
                      <w:pPr>
                        <w:rPr>
                          <w:sz w:val="22"/>
                          <w:szCs w:val="24"/>
                        </w:rPr>
                      </w:pPr>
                    </w:p>
                    <w:p w14:paraId="74617839" w14:textId="77777777" w:rsidR="00A7113C" w:rsidRPr="003B29D5" w:rsidRDefault="00A7113C" w:rsidP="00A7113C">
                      <w:pPr>
                        <w:rPr>
                          <w:sz w:val="22"/>
                          <w:szCs w:val="24"/>
                        </w:rPr>
                      </w:pPr>
                    </w:p>
                    <w:p w14:paraId="5A4E1379" w14:textId="4E0B1BD9" w:rsidR="00A7113C" w:rsidRPr="003B29D5" w:rsidRDefault="00A7113C" w:rsidP="00A7113C">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inaccessible whenever possible. </w:t>
                      </w:r>
                    </w:p>
                    <w:p w14:paraId="004DF109" w14:textId="77777777" w:rsidR="00A7113C" w:rsidRDefault="00A7113C" w:rsidP="00A7113C">
                      <w:pPr>
                        <w:rPr>
                          <w:sz w:val="22"/>
                          <w:szCs w:val="24"/>
                        </w:rPr>
                      </w:pPr>
                    </w:p>
                    <w:p w14:paraId="4924A536" w14:textId="77777777" w:rsidR="00A7113C" w:rsidRDefault="00A7113C" w:rsidP="00A7113C">
                      <w:pPr>
                        <w:rPr>
                          <w:sz w:val="22"/>
                          <w:szCs w:val="24"/>
                        </w:rPr>
                      </w:pPr>
                    </w:p>
                    <w:p w14:paraId="1DE2D247" w14:textId="77777777" w:rsidR="00A7113C" w:rsidRDefault="00A7113C" w:rsidP="00A7113C">
                      <w:pPr>
                        <w:rPr>
                          <w:sz w:val="22"/>
                          <w:szCs w:val="24"/>
                        </w:rPr>
                      </w:pPr>
                    </w:p>
                    <w:p w14:paraId="21A99E80" w14:textId="77777777" w:rsidR="00A7113C" w:rsidRDefault="00A7113C" w:rsidP="00A7113C">
                      <w:pPr>
                        <w:rPr>
                          <w:sz w:val="22"/>
                          <w:szCs w:val="24"/>
                        </w:rPr>
                      </w:pPr>
                    </w:p>
                    <w:p w14:paraId="03324A87" w14:textId="77777777" w:rsidR="00A7113C" w:rsidRPr="003B29D5" w:rsidRDefault="00A7113C" w:rsidP="00A7113C">
                      <w:pPr>
                        <w:rPr>
                          <w:sz w:val="22"/>
                          <w:szCs w:val="24"/>
                        </w:rPr>
                      </w:pPr>
                    </w:p>
                    <w:p w14:paraId="3B61CF18" w14:textId="77777777" w:rsidR="00A7113C" w:rsidRPr="003B29D5" w:rsidRDefault="00A7113C" w:rsidP="00A7113C">
                      <w:pPr>
                        <w:rPr>
                          <w:sz w:val="22"/>
                          <w:szCs w:val="24"/>
                        </w:rPr>
                      </w:pPr>
                    </w:p>
                    <w:p w14:paraId="3252B273" w14:textId="77777777" w:rsidR="00A7113C" w:rsidRPr="003B29D5" w:rsidRDefault="00A7113C" w:rsidP="00A7113C">
                      <w:pPr>
                        <w:rPr>
                          <w:b/>
                          <w:bCs/>
                          <w:sz w:val="22"/>
                          <w:szCs w:val="24"/>
                        </w:rPr>
                      </w:pPr>
                      <w:r w:rsidRPr="003B29D5">
                        <w:rPr>
                          <w:b/>
                          <w:bCs/>
                          <w:sz w:val="22"/>
                          <w:szCs w:val="24"/>
                        </w:rPr>
                        <w:t xml:space="preserve">List examples of how this criterion meaningfully impacted you or caused impairment in your daily life. </w:t>
                      </w:r>
                    </w:p>
                  </w:txbxContent>
                </v:textbox>
                <w10:anchorlock/>
              </v:shape>
            </w:pict>
          </mc:Fallback>
        </mc:AlternateContent>
      </w:r>
    </w:p>
    <w:p w14:paraId="2CC02588" w14:textId="77777777" w:rsidR="00B04C6F" w:rsidRPr="00BA4AEC" w:rsidRDefault="00B04C6F" w:rsidP="00B04C6F">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Your Examples: E</w:t>
      </w:r>
      <w:r w:rsidRPr="00BA4AEC">
        <w:rPr>
          <w:rFonts w:ascii="Arial" w:hAnsi="Arial" w:cs="Arial"/>
          <w:b/>
          <w:bCs/>
          <w:color w:val="8064A2" w:themeColor="accent4"/>
          <w:sz w:val="22"/>
          <w:szCs w:val="24"/>
        </w:rPr>
        <w:t xml:space="preserve">arly adulthood through present </w:t>
      </w:r>
    </w:p>
    <w:p w14:paraId="6E5DA875" w14:textId="3EE38439" w:rsidR="00A7113C" w:rsidRPr="003B29D5" w:rsidRDefault="00A7113C" w:rsidP="00A7113C">
      <w:pPr>
        <w:spacing w:after="200"/>
        <w:rPr>
          <w:rFonts w:ascii="Arial" w:eastAsiaTheme="majorEastAsia" w:hAnsi="Arial" w:cs="Arial"/>
          <w:b/>
          <w:bCs/>
          <w:color w:val="0070C0"/>
          <w:sz w:val="24"/>
          <w:szCs w:val="28"/>
        </w:rPr>
      </w:pPr>
      <w:r>
        <w:rPr>
          <w:rFonts w:ascii="Arial" w:hAnsi="Arial" w:cs="Arial"/>
          <w:b/>
          <w:noProof/>
          <w:sz w:val="24"/>
          <w:szCs w:val="24"/>
        </w:rPr>
        <mc:AlternateContent>
          <mc:Choice Requires="wps">
            <w:drawing>
              <wp:inline distT="0" distB="0" distL="0" distR="0" wp14:anchorId="226D7C97" wp14:editId="02FF740B">
                <wp:extent cx="6339840" cy="8013940"/>
                <wp:effectExtent l="0" t="0" r="3810" b="6350"/>
                <wp:docPr id="1227336148" name="Text Box 2"/>
                <wp:cNvGraphicFramePr/>
                <a:graphic xmlns:a="http://schemas.openxmlformats.org/drawingml/2006/main">
                  <a:graphicData uri="http://schemas.microsoft.com/office/word/2010/wordprocessingShape">
                    <wps:wsp>
                      <wps:cNvSpPr txBox="1"/>
                      <wps:spPr>
                        <a:xfrm>
                          <a:off x="0" y="0"/>
                          <a:ext cx="6339840" cy="8013940"/>
                        </a:xfrm>
                        <a:prstGeom prst="rect">
                          <a:avLst/>
                        </a:prstGeom>
                        <a:solidFill>
                          <a:srgbClr val="F0F7FA"/>
                        </a:solidFill>
                        <a:ln w="6350">
                          <a:noFill/>
                        </a:ln>
                      </wps:spPr>
                      <wps:txbx>
                        <w:txbxContent>
                          <w:p w14:paraId="53C82B1B" w14:textId="77777777" w:rsidR="00A7113C" w:rsidRPr="003B29D5" w:rsidRDefault="00A7113C" w:rsidP="00A7113C">
                            <w:pPr>
                              <w:rPr>
                                <w:sz w:val="22"/>
                                <w:szCs w:val="24"/>
                              </w:rPr>
                            </w:pPr>
                            <w:r w:rsidRPr="003B29D5">
                              <w:rPr>
                                <w:b/>
                                <w:bCs/>
                                <w:sz w:val="22"/>
                                <w:szCs w:val="24"/>
                              </w:rPr>
                              <w:t xml:space="preserve">List stories and examples of this criterion showing up for you in visible ways from </w:t>
                            </w:r>
                            <w:r>
                              <w:rPr>
                                <w:b/>
                                <w:bCs/>
                                <w:sz w:val="22"/>
                                <w:szCs w:val="24"/>
                              </w:rPr>
                              <w:t>early adulthood through the present</w:t>
                            </w:r>
                            <w:r w:rsidRPr="003B29D5">
                              <w:rPr>
                                <w:b/>
                                <w:bCs/>
                                <w:sz w:val="22"/>
                                <w:szCs w:val="24"/>
                              </w:rPr>
                              <w:t>.</w:t>
                            </w:r>
                            <w:r w:rsidRPr="003B29D5">
                              <w:rPr>
                                <w:sz w:val="22"/>
                                <w:szCs w:val="24"/>
                              </w:rPr>
                              <w:t xml:space="preserve"> There is no such thing as too many.</w:t>
                            </w:r>
                          </w:p>
                          <w:p w14:paraId="412A8147" w14:textId="77777777" w:rsidR="00A7113C" w:rsidRDefault="00A7113C" w:rsidP="00A7113C">
                            <w:pPr>
                              <w:rPr>
                                <w:sz w:val="22"/>
                                <w:szCs w:val="24"/>
                              </w:rPr>
                            </w:pPr>
                          </w:p>
                          <w:p w14:paraId="16AE4BCD" w14:textId="77777777" w:rsidR="00A7113C" w:rsidRDefault="00A7113C" w:rsidP="00A7113C">
                            <w:pPr>
                              <w:rPr>
                                <w:sz w:val="22"/>
                                <w:szCs w:val="24"/>
                              </w:rPr>
                            </w:pPr>
                          </w:p>
                          <w:p w14:paraId="379EA421" w14:textId="77777777" w:rsidR="00A7113C" w:rsidRDefault="00A7113C" w:rsidP="00A7113C">
                            <w:pPr>
                              <w:rPr>
                                <w:sz w:val="22"/>
                                <w:szCs w:val="24"/>
                              </w:rPr>
                            </w:pPr>
                          </w:p>
                          <w:p w14:paraId="5F4DF570" w14:textId="77777777" w:rsidR="00B04C6F" w:rsidRPr="003B29D5" w:rsidRDefault="00B04C6F" w:rsidP="00A7113C">
                            <w:pPr>
                              <w:rPr>
                                <w:sz w:val="22"/>
                                <w:szCs w:val="24"/>
                              </w:rPr>
                            </w:pPr>
                          </w:p>
                          <w:p w14:paraId="5C0B69B7" w14:textId="77777777" w:rsidR="00A7113C" w:rsidRPr="003B29D5" w:rsidRDefault="00A7113C" w:rsidP="00A7113C">
                            <w:pPr>
                              <w:rPr>
                                <w:sz w:val="22"/>
                                <w:szCs w:val="24"/>
                              </w:rPr>
                            </w:pPr>
                          </w:p>
                          <w:p w14:paraId="3CE3889E" w14:textId="77777777" w:rsidR="00A7113C" w:rsidRPr="003B29D5" w:rsidRDefault="00A7113C" w:rsidP="00A7113C">
                            <w:pPr>
                              <w:rPr>
                                <w:sz w:val="22"/>
                                <w:szCs w:val="24"/>
                              </w:rPr>
                            </w:pPr>
                          </w:p>
                          <w:p w14:paraId="7FFCE7E4" w14:textId="77777777" w:rsidR="00A7113C" w:rsidRPr="003B29D5" w:rsidRDefault="00A7113C" w:rsidP="00A7113C">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24591582" w14:textId="77777777" w:rsidR="00A7113C" w:rsidRPr="003B29D5" w:rsidRDefault="00A7113C" w:rsidP="00A7113C">
                            <w:pPr>
                              <w:rPr>
                                <w:sz w:val="22"/>
                                <w:szCs w:val="24"/>
                              </w:rPr>
                            </w:pPr>
                          </w:p>
                          <w:p w14:paraId="089AE37D" w14:textId="77777777" w:rsidR="00A7113C" w:rsidRDefault="00A7113C" w:rsidP="00A7113C">
                            <w:pPr>
                              <w:rPr>
                                <w:sz w:val="22"/>
                                <w:szCs w:val="24"/>
                              </w:rPr>
                            </w:pPr>
                          </w:p>
                          <w:p w14:paraId="3915DBEC" w14:textId="77777777" w:rsidR="00A7113C" w:rsidRDefault="00A7113C" w:rsidP="00A7113C">
                            <w:pPr>
                              <w:rPr>
                                <w:sz w:val="22"/>
                                <w:szCs w:val="24"/>
                              </w:rPr>
                            </w:pPr>
                          </w:p>
                          <w:p w14:paraId="16A2B857" w14:textId="77777777" w:rsidR="00A7113C" w:rsidRDefault="00A7113C" w:rsidP="00A7113C">
                            <w:pPr>
                              <w:rPr>
                                <w:sz w:val="22"/>
                                <w:szCs w:val="24"/>
                              </w:rPr>
                            </w:pPr>
                          </w:p>
                          <w:p w14:paraId="7B869FA5" w14:textId="77777777" w:rsidR="00A7113C" w:rsidRPr="003B29D5" w:rsidRDefault="00A7113C" w:rsidP="00A7113C">
                            <w:pPr>
                              <w:rPr>
                                <w:sz w:val="22"/>
                                <w:szCs w:val="24"/>
                              </w:rPr>
                            </w:pPr>
                          </w:p>
                          <w:p w14:paraId="76A76610" w14:textId="77777777" w:rsidR="00A7113C" w:rsidRPr="003B29D5" w:rsidRDefault="00A7113C" w:rsidP="00A7113C">
                            <w:pPr>
                              <w:rPr>
                                <w:sz w:val="22"/>
                                <w:szCs w:val="24"/>
                              </w:rPr>
                            </w:pPr>
                          </w:p>
                          <w:p w14:paraId="0F036E06" w14:textId="250A9CFB" w:rsidR="00A7113C" w:rsidRPr="003B29D5" w:rsidRDefault="00A7113C" w:rsidP="00A7113C">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w:t>
                            </w:r>
                            <w:r>
                              <w:rPr>
                                <w:sz w:val="22"/>
                                <w:szCs w:val="24"/>
                              </w:rPr>
                              <w:t>i</w:t>
                            </w:r>
                            <w:r w:rsidRPr="003B29D5">
                              <w:rPr>
                                <w:sz w:val="22"/>
                                <w:szCs w:val="24"/>
                              </w:rPr>
                              <w:t xml:space="preserve">naccessible whenever possible. </w:t>
                            </w:r>
                          </w:p>
                          <w:p w14:paraId="11A0998D" w14:textId="77777777" w:rsidR="00A7113C" w:rsidRDefault="00A7113C" w:rsidP="00A7113C">
                            <w:pPr>
                              <w:rPr>
                                <w:sz w:val="22"/>
                                <w:szCs w:val="24"/>
                              </w:rPr>
                            </w:pPr>
                          </w:p>
                          <w:p w14:paraId="592F60A2" w14:textId="77777777" w:rsidR="00A7113C" w:rsidRDefault="00A7113C" w:rsidP="00A7113C">
                            <w:pPr>
                              <w:rPr>
                                <w:sz w:val="22"/>
                                <w:szCs w:val="24"/>
                              </w:rPr>
                            </w:pPr>
                          </w:p>
                          <w:p w14:paraId="099AF95A" w14:textId="77777777" w:rsidR="00A7113C" w:rsidRDefault="00A7113C" w:rsidP="00A7113C">
                            <w:pPr>
                              <w:rPr>
                                <w:sz w:val="22"/>
                                <w:szCs w:val="24"/>
                              </w:rPr>
                            </w:pPr>
                          </w:p>
                          <w:p w14:paraId="195CA4A6" w14:textId="77777777" w:rsidR="00A7113C" w:rsidRDefault="00A7113C" w:rsidP="00A7113C">
                            <w:pPr>
                              <w:rPr>
                                <w:sz w:val="22"/>
                                <w:szCs w:val="24"/>
                              </w:rPr>
                            </w:pPr>
                          </w:p>
                          <w:p w14:paraId="12253B91" w14:textId="77777777" w:rsidR="00A7113C" w:rsidRPr="003B29D5" w:rsidRDefault="00A7113C" w:rsidP="00A7113C">
                            <w:pPr>
                              <w:rPr>
                                <w:sz w:val="22"/>
                                <w:szCs w:val="24"/>
                              </w:rPr>
                            </w:pPr>
                          </w:p>
                          <w:p w14:paraId="396AD330" w14:textId="77777777" w:rsidR="00A7113C" w:rsidRPr="003B29D5" w:rsidRDefault="00A7113C" w:rsidP="00A7113C">
                            <w:pPr>
                              <w:rPr>
                                <w:sz w:val="22"/>
                                <w:szCs w:val="24"/>
                              </w:rPr>
                            </w:pPr>
                          </w:p>
                          <w:p w14:paraId="5234A40A" w14:textId="77777777" w:rsidR="00A7113C" w:rsidRPr="003B29D5" w:rsidRDefault="00A7113C" w:rsidP="00A7113C">
                            <w:pPr>
                              <w:rPr>
                                <w:b/>
                                <w:bCs/>
                                <w:sz w:val="22"/>
                                <w:szCs w:val="24"/>
                              </w:rPr>
                            </w:pPr>
                            <w:r w:rsidRPr="003B29D5">
                              <w:rPr>
                                <w:b/>
                                <w:bCs/>
                                <w:sz w:val="22"/>
                                <w:szCs w:val="24"/>
                              </w:rPr>
                              <w:t xml:space="preserve">List examples of how this criterion meaningfully impacted you or caused impairment in your daily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26D7C97" id="_x0000_s1041" type="#_x0000_t202" style="width:499.2pt;height:6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" fillcolor="#f0f7fa" stroked="f" strokeweight=".5pt">
                <v:textbox>
                  <w:txbxContent>
                    <w:p w14:paraId="53C82B1B" w14:textId="77777777" w:rsidR="00A7113C" w:rsidRPr="003B29D5" w:rsidRDefault="00A7113C" w:rsidP="00A7113C">
                      <w:pPr>
                        <w:rPr>
                          <w:sz w:val="22"/>
                          <w:szCs w:val="24"/>
                        </w:rPr>
                      </w:pPr>
                      <w:r w:rsidRPr="003B29D5">
                        <w:rPr>
                          <w:b/>
                          <w:bCs/>
                          <w:sz w:val="22"/>
                          <w:szCs w:val="24"/>
                        </w:rPr>
                        <w:t xml:space="preserve">List stories and examples of this criterion showing up for you in visible ways from </w:t>
                      </w:r>
                      <w:r>
                        <w:rPr>
                          <w:b/>
                          <w:bCs/>
                          <w:sz w:val="22"/>
                          <w:szCs w:val="24"/>
                        </w:rPr>
                        <w:t>early adulthood through the present</w:t>
                      </w:r>
                      <w:r w:rsidRPr="003B29D5">
                        <w:rPr>
                          <w:b/>
                          <w:bCs/>
                          <w:sz w:val="22"/>
                          <w:szCs w:val="24"/>
                        </w:rPr>
                        <w:t>.</w:t>
                      </w:r>
                      <w:r w:rsidRPr="003B29D5">
                        <w:rPr>
                          <w:sz w:val="22"/>
                          <w:szCs w:val="24"/>
                        </w:rPr>
                        <w:t xml:space="preserve"> There is no such thing as too many.</w:t>
                      </w:r>
                    </w:p>
                    <w:p w14:paraId="412A8147" w14:textId="77777777" w:rsidR="00A7113C" w:rsidRDefault="00A7113C" w:rsidP="00A7113C">
                      <w:pPr>
                        <w:rPr>
                          <w:sz w:val="22"/>
                          <w:szCs w:val="24"/>
                        </w:rPr>
                      </w:pPr>
                    </w:p>
                    <w:p w14:paraId="16AE4BCD" w14:textId="77777777" w:rsidR="00A7113C" w:rsidRDefault="00A7113C" w:rsidP="00A7113C">
                      <w:pPr>
                        <w:rPr>
                          <w:sz w:val="22"/>
                          <w:szCs w:val="24"/>
                        </w:rPr>
                      </w:pPr>
                    </w:p>
                    <w:p w14:paraId="379EA421" w14:textId="77777777" w:rsidR="00A7113C" w:rsidRDefault="00A7113C" w:rsidP="00A7113C">
                      <w:pPr>
                        <w:rPr>
                          <w:sz w:val="22"/>
                          <w:szCs w:val="24"/>
                        </w:rPr>
                      </w:pPr>
                    </w:p>
                    <w:p w14:paraId="5F4DF570" w14:textId="77777777" w:rsidR="00B04C6F" w:rsidRPr="003B29D5" w:rsidRDefault="00B04C6F" w:rsidP="00A7113C">
                      <w:pPr>
                        <w:rPr>
                          <w:sz w:val="22"/>
                          <w:szCs w:val="24"/>
                        </w:rPr>
                      </w:pPr>
                    </w:p>
                    <w:p w14:paraId="5C0B69B7" w14:textId="77777777" w:rsidR="00A7113C" w:rsidRPr="003B29D5" w:rsidRDefault="00A7113C" w:rsidP="00A7113C">
                      <w:pPr>
                        <w:rPr>
                          <w:sz w:val="22"/>
                          <w:szCs w:val="24"/>
                        </w:rPr>
                      </w:pPr>
                    </w:p>
                    <w:p w14:paraId="3CE3889E" w14:textId="77777777" w:rsidR="00A7113C" w:rsidRPr="003B29D5" w:rsidRDefault="00A7113C" w:rsidP="00A7113C">
                      <w:pPr>
                        <w:rPr>
                          <w:sz w:val="22"/>
                          <w:szCs w:val="24"/>
                        </w:rPr>
                      </w:pPr>
                    </w:p>
                    <w:p w14:paraId="7FFCE7E4" w14:textId="77777777" w:rsidR="00A7113C" w:rsidRPr="003B29D5" w:rsidRDefault="00A7113C" w:rsidP="00A7113C">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24591582" w14:textId="77777777" w:rsidR="00A7113C" w:rsidRPr="003B29D5" w:rsidRDefault="00A7113C" w:rsidP="00A7113C">
                      <w:pPr>
                        <w:rPr>
                          <w:sz w:val="22"/>
                          <w:szCs w:val="24"/>
                        </w:rPr>
                      </w:pPr>
                    </w:p>
                    <w:p w14:paraId="089AE37D" w14:textId="77777777" w:rsidR="00A7113C" w:rsidRDefault="00A7113C" w:rsidP="00A7113C">
                      <w:pPr>
                        <w:rPr>
                          <w:sz w:val="22"/>
                          <w:szCs w:val="24"/>
                        </w:rPr>
                      </w:pPr>
                    </w:p>
                    <w:p w14:paraId="3915DBEC" w14:textId="77777777" w:rsidR="00A7113C" w:rsidRDefault="00A7113C" w:rsidP="00A7113C">
                      <w:pPr>
                        <w:rPr>
                          <w:sz w:val="22"/>
                          <w:szCs w:val="24"/>
                        </w:rPr>
                      </w:pPr>
                    </w:p>
                    <w:p w14:paraId="16A2B857" w14:textId="77777777" w:rsidR="00A7113C" w:rsidRDefault="00A7113C" w:rsidP="00A7113C">
                      <w:pPr>
                        <w:rPr>
                          <w:sz w:val="22"/>
                          <w:szCs w:val="24"/>
                        </w:rPr>
                      </w:pPr>
                    </w:p>
                    <w:p w14:paraId="7B869FA5" w14:textId="77777777" w:rsidR="00A7113C" w:rsidRPr="003B29D5" w:rsidRDefault="00A7113C" w:rsidP="00A7113C">
                      <w:pPr>
                        <w:rPr>
                          <w:sz w:val="22"/>
                          <w:szCs w:val="24"/>
                        </w:rPr>
                      </w:pPr>
                    </w:p>
                    <w:p w14:paraId="76A76610" w14:textId="77777777" w:rsidR="00A7113C" w:rsidRPr="003B29D5" w:rsidRDefault="00A7113C" w:rsidP="00A7113C">
                      <w:pPr>
                        <w:rPr>
                          <w:sz w:val="22"/>
                          <w:szCs w:val="24"/>
                        </w:rPr>
                      </w:pPr>
                    </w:p>
                    <w:p w14:paraId="0F036E06" w14:textId="250A9CFB" w:rsidR="00A7113C" w:rsidRPr="003B29D5" w:rsidRDefault="00A7113C" w:rsidP="00A7113C">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w:t>
                      </w:r>
                      <w:r>
                        <w:rPr>
                          <w:sz w:val="22"/>
                          <w:szCs w:val="24"/>
                        </w:rPr>
                        <w:t>i</w:t>
                      </w:r>
                      <w:r w:rsidRPr="003B29D5">
                        <w:rPr>
                          <w:sz w:val="22"/>
                          <w:szCs w:val="24"/>
                        </w:rPr>
                        <w:t xml:space="preserve">naccessible whenever possible. </w:t>
                      </w:r>
                    </w:p>
                    <w:p w14:paraId="11A0998D" w14:textId="77777777" w:rsidR="00A7113C" w:rsidRDefault="00A7113C" w:rsidP="00A7113C">
                      <w:pPr>
                        <w:rPr>
                          <w:sz w:val="22"/>
                          <w:szCs w:val="24"/>
                        </w:rPr>
                      </w:pPr>
                    </w:p>
                    <w:p w14:paraId="592F60A2" w14:textId="77777777" w:rsidR="00A7113C" w:rsidRDefault="00A7113C" w:rsidP="00A7113C">
                      <w:pPr>
                        <w:rPr>
                          <w:sz w:val="22"/>
                          <w:szCs w:val="24"/>
                        </w:rPr>
                      </w:pPr>
                    </w:p>
                    <w:p w14:paraId="099AF95A" w14:textId="77777777" w:rsidR="00A7113C" w:rsidRDefault="00A7113C" w:rsidP="00A7113C">
                      <w:pPr>
                        <w:rPr>
                          <w:sz w:val="22"/>
                          <w:szCs w:val="24"/>
                        </w:rPr>
                      </w:pPr>
                    </w:p>
                    <w:p w14:paraId="195CA4A6" w14:textId="77777777" w:rsidR="00A7113C" w:rsidRDefault="00A7113C" w:rsidP="00A7113C">
                      <w:pPr>
                        <w:rPr>
                          <w:sz w:val="22"/>
                          <w:szCs w:val="24"/>
                        </w:rPr>
                      </w:pPr>
                    </w:p>
                    <w:p w14:paraId="12253B91" w14:textId="77777777" w:rsidR="00A7113C" w:rsidRPr="003B29D5" w:rsidRDefault="00A7113C" w:rsidP="00A7113C">
                      <w:pPr>
                        <w:rPr>
                          <w:sz w:val="22"/>
                          <w:szCs w:val="24"/>
                        </w:rPr>
                      </w:pPr>
                    </w:p>
                    <w:p w14:paraId="396AD330" w14:textId="77777777" w:rsidR="00A7113C" w:rsidRPr="003B29D5" w:rsidRDefault="00A7113C" w:rsidP="00A7113C">
                      <w:pPr>
                        <w:rPr>
                          <w:sz w:val="22"/>
                          <w:szCs w:val="24"/>
                        </w:rPr>
                      </w:pPr>
                    </w:p>
                    <w:p w14:paraId="5234A40A" w14:textId="77777777" w:rsidR="00A7113C" w:rsidRPr="003B29D5" w:rsidRDefault="00A7113C" w:rsidP="00A7113C">
                      <w:pPr>
                        <w:rPr>
                          <w:b/>
                          <w:bCs/>
                          <w:sz w:val="22"/>
                          <w:szCs w:val="24"/>
                        </w:rPr>
                      </w:pPr>
                      <w:r w:rsidRPr="003B29D5">
                        <w:rPr>
                          <w:b/>
                          <w:bCs/>
                          <w:sz w:val="22"/>
                          <w:szCs w:val="24"/>
                        </w:rPr>
                        <w:t xml:space="preserve">List examples of how this criterion meaningfully impacted you or caused impairment in your daily life. </w:t>
                      </w:r>
                    </w:p>
                  </w:txbxContent>
                </v:textbox>
                <w10:anchorlock/>
              </v:shape>
            </w:pict>
          </mc:Fallback>
        </mc:AlternateContent>
      </w:r>
    </w:p>
    <w:p w14:paraId="710DD73F" w14:textId="77777777" w:rsidR="009C476A" w:rsidRDefault="00A7113C" w:rsidP="009C476A">
      <w:pPr>
        <w:pStyle w:val="Heading5"/>
        <w:spacing w:after="240"/>
        <w:rPr>
          <w:rFonts w:ascii="Arial" w:hAnsi="Arial" w:cs="Arial"/>
          <w:b/>
          <w:bCs/>
          <w:color w:val="8064A2" w:themeColor="accent4"/>
          <w:sz w:val="22"/>
          <w:szCs w:val="24"/>
        </w:rPr>
      </w:pPr>
      <w:r>
        <w:rPr>
          <w:rFonts w:ascii="Arial" w:hAnsi="Arial" w:cs="Arial"/>
          <w:i/>
          <w:iCs/>
          <w:color w:val="0070C0"/>
          <w:sz w:val="24"/>
          <w:szCs w:val="28"/>
        </w:rPr>
        <w:br w:type="page"/>
      </w:r>
      <w:r w:rsidR="009C476A">
        <w:rPr>
          <w:rFonts w:ascii="Arial" w:hAnsi="Arial" w:cs="Arial"/>
          <w:b/>
          <w:bCs/>
          <w:color w:val="8064A2" w:themeColor="accent4"/>
          <w:sz w:val="22"/>
          <w:szCs w:val="24"/>
        </w:rPr>
        <w:lastRenderedPageBreak/>
        <w:t>Assessing your collected information</w:t>
      </w:r>
    </w:p>
    <w:p w14:paraId="3B078319" w14:textId="77777777" w:rsidR="009C476A" w:rsidRPr="001A36B5" w:rsidRDefault="009C476A" w:rsidP="009C476A">
      <w:pPr>
        <w:rPr>
          <w:rFonts w:ascii="Arial" w:eastAsiaTheme="majorEastAsia" w:hAnsi="Arial" w:cs="Arial"/>
          <w:b/>
          <w:bCs/>
          <w:color w:val="8064A2" w:themeColor="accent4"/>
          <w:sz w:val="22"/>
          <w:szCs w:val="24"/>
        </w:rPr>
      </w:pPr>
      <w:r w:rsidRPr="001A36B5">
        <w:rPr>
          <w:b/>
          <w:bCs/>
          <w:noProof/>
        </w:rPr>
        <mc:AlternateContent>
          <mc:Choice Requires="wps">
            <w:drawing>
              <wp:inline distT="0" distB="0" distL="0" distR="0" wp14:anchorId="79224A65" wp14:editId="338D04E5">
                <wp:extent cx="6254750" cy="8010525"/>
                <wp:effectExtent l="0" t="0" r="0" b="9525"/>
                <wp:docPr id="2010186833" name="Text Box 2"/>
                <wp:cNvGraphicFramePr/>
                <a:graphic xmlns:a="http://schemas.openxmlformats.org/drawingml/2006/main">
                  <a:graphicData uri="http://schemas.microsoft.com/office/word/2010/wordprocessingShape">
                    <wps:wsp>
                      <wps:cNvSpPr txBox="1"/>
                      <wps:spPr>
                        <a:xfrm>
                          <a:off x="0" y="0"/>
                          <a:ext cx="6254750" cy="8010525"/>
                        </a:xfrm>
                        <a:prstGeom prst="rect">
                          <a:avLst/>
                        </a:prstGeom>
                        <a:solidFill>
                          <a:srgbClr val="F7F5F9"/>
                        </a:solidFill>
                        <a:ln w="6350">
                          <a:noFill/>
                        </a:ln>
                      </wps:spPr>
                      <wps:txbx>
                        <w:txbxContent>
                          <w:p w14:paraId="40E56408" w14:textId="77777777" w:rsidR="009C476A" w:rsidRPr="00FC49DD" w:rsidRDefault="009C476A" w:rsidP="009C476A">
                            <w:pPr>
                              <w:spacing w:after="180"/>
                              <w:ind w:left="180" w:right="190"/>
                              <w:rPr>
                                <w:rFonts w:ascii="Arial" w:hAnsi="Arial" w:cs="Arial"/>
                                <w:sz w:val="22"/>
                                <w:szCs w:val="24"/>
                              </w:rPr>
                            </w:pPr>
                            <w:r w:rsidRPr="00FC49DD">
                              <w:rPr>
                                <w:rFonts w:ascii="Arial" w:hAnsi="Arial" w:cs="Arial"/>
                                <w:sz w:val="22"/>
                                <w:szCs w:val="24"/>
                              </w:rPr>
                              <w:t xml:space="preserve">Complete </w:t>
                            </w:r>
                            <w:r>
                              <w:rPr>
                                <w:rFonts w:ascii="Arial" w:hAnsi="Arial" w:cs="Arial"/>
                                <w:sz w:val="22"/>
                                <w:szCs w:val="24"/>
                              </w:rPr>
                              <w:t xml:space="preserve">this section </w:t>
                            </w:r>
                            <w:r w:rsidRPr="00FC49DD">
                              <w:rPr>
                                <w:rFonts w:ascii="Arial" w:hAnsi="Arial" w:cs="Arial"/>
                                <w:sz w:val="22"/>
                                <w:szCs w:val="24"/>
                              </w:rPr>
                              <w:t>after documenting your childhood and adult experiences</w:t>
                            </w:r>
                            <w:r>
                              <w:rPr>
                                <w:rFonts w:ascii="Arial" w:hAnsi="Arial" w:cs="Arial"/>
                                <w:sz w:val="22"/>
                                <w:szCs w:val="24"/>
                              </w:rPr>
                              <w:t xml:space="preserve"> as exhaustively as possible</w:t>
                            </w:r>
                            <w:r w:rsidRPr="00FC49DD">
                              <w:rPr>
                                <w:rFonts w:ascii="Arial" w:hAnsi="Arial" w:cs="Arial"/>
                                <w:sz w:val="22"/>
                                <w:szCs w:val="24"/>
                              </w:rPr>
                              <w:t>.</w:t>
                            </w:r>
                            <w:r>
                              <w:rPr>
                                <w:rFonts w:ascii="Arial" w:hAnsi="Arial" w:cs="Arial"/>
                                <w:sz w:val="22"/>
                                <w:szCs w:val="24"/>
                              </w:rPr>
                              <w:t xml:space="preserve"> </w:t>
                            </w:r>
                          </w:p>
                          <w:p w14:paraId="3B3B5608" w14:textId="1ABC3C27" w:rsidR="009C476A" w:rsidRPr="00F33BC1" w:rsidRDefault="009C476A" w:rsidP="00F33BC1">
                            <w:pPr>
                              <w:pStyle w:val="ListParagraph"/>
                              <w:numPr>
                                <w:ilvl w:val="0"/>
                                <w:numId w:val="31"/>
                              </w:numPr>
                              <w:spacing w:after="180"/>
                              <w:ind w:right="190"/>
                              <w:rPr>
                                <w:rFonts w:ascii="Arial" w:hAnsi="Arial" w:cs="Arial"/>
                                <w:b/>
                                <w:bCs/>
                                <w:sz w:val="22"/>
                                <w:szCs w:val="24"/>
                              </w:rPr>
                            </w:pPr>
                            <w:r w:rsidRPr="00F33BC1">
                              <w:rPr>
                                <w:rFonts w:ascii="Arial" w:hAnsi="Arial" w:cs="Arial"/>
                                <w:b/>
                                <w:bCs/>
                                <w:sz w:val="22"/>
                                <w:szCs w:val="24"/>
                              </w:rPr>
                              <w:t xml:space="preserve">Were you able to remember a substantial number of examples of this criterion showing up during your childhood? </w:t>
                            </w:r>
                            <w:r w:rsidRPr="00F33BC1">
                              <w:rPr>
                                <w:rFonts w:ascii="Arial" w:hAnsi="Arial" w:cs="Arial"/>
                                <w:sz w:val="22"/>
                                <w:szCs w:val="24"/>
                              </w:rPr>
                              <w:t xml:space="preserve">This includes observable, masked / internalized, and accommodated examples. For </w:t>
                            </w:r>
                            <w:proofErr w:type="gramStart"/>
                            <w:r w:rsidRPr="00F33BC1">
                              <w:rPr>
                                <w:rFonts w:ascii="Arial" w:hAnsi="Arial" w:cs="Arial"/>
                                <w:sz w:val="22"/>
                                <w:szCs w:val="24"/>
                              </w:rPr>
                              <w:t>accommodated</w:t>
                            </w:r>
                            <w:proofErr w:type="gramEnd"/>
                            <w:r w:rsidRPr="00F33BC1">
                              <w:rPr>
                                <w:rFonts w:ascii="Arial" w:hAnsi="Arial" w:cs="Arial"/>
                                <w:sz w:val="22"/>
                                <w:szCs w:val="24"/>
                              </w:rPr>
                              <w:t>, think about what your experiences in those circumstances would have been like if those accommodations were removed.</w:t>
                            </w:r>
                          </w:p>
                          <w:p w14:paraId="6E60438D"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7E0C5F78" w14:textId="77777777" w:rsidR="009C476A" w:rsidRPr="001A36B5" w:rsidRDefault="009C476A" w:rsidP="00F33BC1">
                            <w:pPr>
                              <w:pStyle w:val="ListParagraph"/>
                              <w:numPr>
                                <w:ilvl w:val="0"/>
                                <w:numId w:val="31"/>
                              </w:numPr>
                              <w:spacing w:after="180"/>
                              <w:ind w:right="190"/>
                              <w:rPr>
                                <w:rFonts w:ascii="Arial" w:hAnsi="Arial" w:cs="Arial"/>
                                <w:b/>
                                <w:bCs/>
                                <w:sz w:val="22"/>
                                <w:szCs w:val="24"/>
                              </w:rPr>
                            </w:pPr>
                            <w:r w:rsidRPr="001A36B5">
                              <w:rPr>
                                <w:rFonts w:ascii="Arial" w:hAnsi="Arial" w:cs="Arial"/>
                                <w:b/>
                                <w:bCs/>
                                <w:sz w:val="22"/>
                                <w:szCs w:val="24"/>
                              </w:rPr>
                              <w:t xml:space="preserve">Were you able to think of a substantial number of examples of this criterion showing up for you throughout your life? </w:t>
                            </w:r>
                            <w:r>
                              <w:rPr>
                                <w:rFonts w:ascii="Arial" w:hAnsi="Arial" w:cs="Arial"/>
                                <w:sz w:val="22"/>
                                <w:szCs w:val="24"/>
                              </w:rPr>
                              <w:t xml:space="preserve">Including </w:t>
                            </w:r>
                            <w:r w:rsidRPr="001A36B5">
                              <w:rPr>
                                <w:rFonts w:ascii="Arial" w:hAnsi="Arial" w:cs="Arial"/>
                                <w:sz w:val="22"/>
                                <w:szCs w:val="24"/>
                              </w:rPr>
                              <w:t>observable, masked/internalized, and accommodated</w:t>
                            </w:r>
                            <w:r>
                              <w:rPr>
                                <w:rFonts w:ascii="Arial" w:hAnsi="Arial" w:cs="Arial"/>
                                <w:sz w:val="22"/>
                                <w:szCs w:val="24"/>
                              </w:rPr>
                              <w:t>.</w:t>
                            </w:r>
                          </w:p>
                          <w:p w14:paraId="3BB78A7C"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0B4895AF" w14:textId="77777777" w:rsidR="009C476A" w:rsidRPr="001A36B5" w:rsidRDefault="009C476A" w:rsidP="00F33BC1">
                            <w:pPr>
                              <w:pStyle w:val="ListParagraph"/>
                              <w:numPr>
                                <w:ilvl w:val="0"/>
                                <w:numId w:val="31"/>
                              </w:numPr>
                              <w:spacing w:after="180"/>
                              <w:ind w:right="190"/>
                              <w:rPr>
                                <w:rFonts w:ascii="Arial" w:hAnsi="Arial" w:cs="Arial"/>
                                <w:b/>
                                <w:bCs/>
                                <w:sz w:val="22"/>
                                <w:szCs w:val="24"/>
                              </w:rPr>
                            </w:pPr>
                            <w:r w:rsidRPr="001A36B5">
                              <w:rPr>
                                <w:rFonts w:ascii="Arial" w:hAnsi="Arial" w:cs="Arial"/>
                                <w:b/>
                                <w:bCs/>
                                <w:sz w:val="22"/>
                                <w:szCs w:val="24"/>
                              </w:rPr>
                              <w:t>Would you say that this criterion shows up for you in ways that meaningfully interfere with your life and important life activities?</w:t>
                            </w:r>
                          </w:p>
                          <w:p w14:paraId="7AA31DDB"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5EBD5F1B" w14:textId="77777777" w:rsidR="009C476A" w:rsidRPr="001A36B5" w:rsidRDefault="009C476A" w:rsidP="00F33BC1">
                            <w:pPr>
                              <w:pStyle w:val="ListParagraph"/>
                              <w:numPr>
                                <w:ilvl w:val="0"/>
                                <w:numId w:val="31"/>
                              </w:numPr>
                              <w:spacing w:after="180"/>
                              <w:ind w:right="190"/>
                              <w:rPr>
                                <w:rFonts w:ascii="Arial" w:hAnsi="Arial" w:cs="Arial"/>
                                <w:b/>
                                <w:bCs/>
                                <w:sz w:val="22"/>
                                <w:szCs w:val="24"/>
                              </w:rPr>
                            </w:pPr>
                            <w:r w:rsidRPr="001A36B5">
                              <w:rPr>
                                <w:rFonts w:ascii="Arial" w:hAnsi="Arial" w:cs="Arial"/>
                                <w:b/>
                                <w:bCs/>
                                <w:sz w:val="22"/>
                                <w:szCs w:val="24"/>
                              </w:rPr>
                              <w:t>After reviewing the Intellectual Disability and Global Development Delay criteria in the DSM 5-TR, do you believe the examples you provided are most likely explained by autism and not either of the other conditions?</w:t>
                            </w:r>
                          </w:p>
                          <w:p w14:paraId="21F67516"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06F6A483" w14:textId="77777777" w:rsidR="009C476A" w:rsidRPr="00FC49DD" w:rsidRDefault="009C476A" w:rsidP="009C476A">
                            <w:pPr>
                              <w:spacing w:after="0"/>
                              <w:ind w:left="187" w:right="187"/>
                              <w:rPr>
                                <w:rFonts w:ascii="Arial" w:hAnsi="Arial" w:cs="Arial"/>
                                <w:i/>
                                <w:iCs/>
                                <w:sz w:val="22"/>
                                <w:szCs w:val="24"/>
                              </w:rPr>
                            </w:pPr>
                            <w:r w:rsidRPr="00FC49DD">
                              <w:rPr>
                                <w:rFonts w:ascii="Arial" w:hAnsi="Arial" w:cs="Arial"/>
                                <w:i/>
                                <w:iCs/>
                                <w:sz w:val="22"/>
                                <w:szCs w:val="24"/>
                              </w:rPr>
                              <w:t xml:space="preserve">Note: You will transfer these answers to the Assessment Rubric after you complete your full </w:t>
                            </w:r>
                            <w:r>
                              <w:rPr>
                                <w:rFonts w:ascii="Arial" w:hAnsi="Arial" w:cs="Arial"/>
                                <w:i/>
                                <w:iCs/>
                                <w:sz w:val="22"/>
                                <w:szCs w:val="24"/>
                              </w:rPr>
                              <w:br/>
                            </w:r>
                            <w:r w:rsidRPr="00FC49DD">
                              <w:rPr>
                                <w:rFonts w:ascii="Arial" w:hAnsi="Arial" w:cs="Arial"/>
                                <w:i/>
                                <w:iCs/>
                                <w:sz w:val="22"/>
                                <w:szCs w:val="24"/>
                              </w:rPr>
                              <w:t xml:space="preserve">self-assessment activity. </w:t>
                            </w:r>
                          </w:p>
                          <w:p w14:paraId="3F11EF0F" w14:textId="77777777" w:rsidR="009C476A" w:rsidRDefault="009C476A" w:rsidP="009C476A">
                            <w:pPr>
                              <w:pBdr>
                                <w:bottom w:val="single" w:sz="6" w:space="1" w:color="auto"/>
                              </w:pBdr>
                              <w:spacing w:after="180"/>
                              <w:ind w:right="190"/>
                              <w:rPr>
                                <w:rFonts w:ascii="Arial" w:hAnsi="Arial" w:cs="Arial"/>
                                <w:b/>
                                <w:bCs/>
                                <w:sz w:val="22"/>
                                <w:szCs w:val="24"/>
                              </w:rPr>
                            </w:pPr>
                          </w:p>
                          <w:p w14:paraId="2E0CF881" w14:textId="77777777" w:rsidR="009C476A" w:rsidRDefault="009C476A" w:rsidP="009C476A">
                            <w:pPr>
                              <w:spacing w:before="240" w:after="180"/>
                              <w:ind w:left="180" w:right="190"/>
                              <w:rPr>
                                <w:rFonts w:ascii="Arial" w:hAnsi="Arial" w:cs="Arial"/>
                                <w:sz w:val="22"/>
                                <w:szCs w:val="24"/>
                              </w:rPr>
                            </w:pPr>
                            <w:r>
                              <w:rPr>
                                <w:rFonts w:ascii="Arial" w:hAnsi="Arial" w:cs="Arial"/>
                                <w:sz w:val="22"/>
                                <w:szCs w:val="24"/>
                              </w:rPr>
                              <w:t>REMINDER</w:t>
                            </w:r>
                          </w:p>
                          <w:p w14:paraId="42A62F7A"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If you answered “unsure” to any of the above questions</w:t>
                            </w:r>
                          </w:p>
                          <w:p w14:paraId="7C782126"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You may want to come back and continue brainstorming after you’ve completed the remaining sections. Completing later sections may help you remember examples pertaining to this one.</w:t>
                            </w:r>
                          </w:p>
                          <w:p w14:paraId="279CBA19"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not meant to be linear</w:t>
                            </w:r>
                          </w:p>
                          <w:p w14:paraId="429C1E55" w14:textId="655957FB"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You can move freely between criteria and document different aspects of your experiences as you think of them. Many life experiences will span multiple criteria and will pertain to more than one section of this </w:t>
                            </w:r>
                            <w:r w:rsidR="002E5F9C" w:rsidRPr="002E5F9C">
                              <w:rPr>
                                <w:rFonts w:ascii="Arial" w:hAnsi="Arial" w:cs="Arial"/>
                                <w:sz w:val="20"/>
                              </w:rPr>
                              <w:t>guide</w:t>
                            </w:r>
                            <w:r w:rsidRPr="008C35FE">
                              <w:rPr>
                                <w:rFonts w:ascii="Arial" w:hAnsi="Arial" w:cs="Arial"/>
                                <w:sz w:val="20"/>
                              </w:rPr>
                              <w:t xml:space="preserve">. </w:t>
                            </w:r>
                          </w:p>
                          <w:p w14:paraId="7A448721"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also not meant to be completed in one sitting</w:t>
                            </w:r>
                          </w:p>
                          <w:p w14:paraId="3200FE8A"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Thinking about and remembering decades of your life is not an easy task. It also takes time. Take as many breaks as you need. Even if those breaks span days or even weeks. </w:t>
                            </w:r>
                          </w:p>
                          <w:p w14:paraId="6B31D038" w14:textId="77777777" w:rsidR="009C476A" w:rsidRPr="008C35FE" w:rsidRDefault="009C476A" w:rsidP="009C476A">
                            <w:pPr>
                              <w:spacing w:after="18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9224A65" id="_x0000_s1042" type="#_x0000_t202" style="width:492.5pt;height:6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" fillcolor="#f7f5f9" stroked="f" strokeweight=".5pt">
                <v:textbox>
                  <w:txbxContent>
                    <w:p w14:paraId="40E56408" w14:textId="77777777" w:rsidR="009C476A" w:rsidRPr="00FC49DD" w:rsidRDefault="009C476A" w:rsidP="009C476A">
                      <w:pPr>
                        <w:spacing w:after="180"/>
                        <w:ind w:left="180" w:right="190"/>
                        <w:rPr>
                          <w:rFonts w:ascii="Arial" w:hAnsi="Arial" w:cs="Arial"/>
                          <w:sz w:val="22"/>
                          <w:szCs w:val="24"/>
                        </w:rPr>
                      </w:pPr>
                      <w:r w:rsidRPr="00FC49DD">
                        <w:rPr>
                          <w:rFonts w:ascii="Arial" w:hAnsi="Arial" w:cs="Arial"/>
                          <w:sz w:val="22"/>
                          <w:szCs w:val="24"/>
                        </w:rPr>
                        <w:t xml:space="preserve">Complete </w:t>
                      </w:r>
                      <w:r>
                        <w:rPr>
                          <w:rFonts w:ascii="Arial" w:hAnsi="Arial" w:cs="Arial"/>
                          <w:sz w:val="22"/>
                          <w:szCs w:val="24"/>
                        </w:rPr>
                        <w:t xml:space="preserve">this section </w:t>
                      </w:r>
                      <w:r w:rsidRPr="00FC49DD">
                        <w:rPr>
                          <w:rFonts w:ascii="Arial" w:hAnsi="Arial" w:cs="Arial"/>
                          <w:sz w:val="22"/>
                          <w:szCs w:val="24"/>
                        </w:rPr>
                        <w:t>after documenting your childhood and adult experiences</w:t>
                      </w:r>
                      <w:r>
                        <w:rPr>
                          <w:rFonts w:ascii="Arial" w:hAnsi="Arial" w:cs="Arial"/>
                          <w:sz w:val="22"/>
                          <w:szCs w:val="24"/>
                        </w:rPr>
                        <w:t xml:space="preserve"> as exhaustively as possible</w:t>
                      </w:r>
                      <w:r w:rsidRPr="00FC49DD">
                        <w:rPr>
                          <w:rFonts w:ascii="Arial" w:hAnsi="Arial" w:cs="Arial"/>
                          <w:sz w:val="22"/>
                          <w:szCs w:val="24"/>
                        </w:rPr>
                        <w:t>.</w:t>
                      </w:r>
                      <w:r>
                        <w:rPr>
                          <w:rFonts w:ascii="Arial" w:hAnsi="Arial" w:cs="Arial"/>
                          <w:sz w:val="22"/>
                          <w:szCs w:val="24"/>
                        </w:rPr>
                        <w:t xml:space="preserve"> </w:t>
                      </w:r>
                    </w:p>
                    <w:p w14:paraId="3B3B5608" w14:textId="1ABC3C27" w:rsidR="009C476A" w:rsidRPr="00F33BC1" w:rsidRDefault="009C476A" w:rsidP="00F33BC1">
                      <w:pPr>
                        <w:pStyle w:val="ListParagraph"/>
                        <w:numPr>
                          <w:ilvl w:val="0"/>
                          <w:numId w:val="31"/>
                        </w:numPr>
                        <w:spacing w:after="180"/>
                        <w:ind w:right="190"/>
                        <w:rPr>
                          <w:rFonts w:ascii="Arial" w:hAnsi="Arial" w:cs="Arial"/>
                          <w:b/>
                          <w:bCs/>
                          <w:sz w:val="22"/>
                          <w:szCs w:val="24"/>
                        </w:rPr>
                      </w:pPr>
                      <w:r w:rsidRPr="00F33BC1">
                        <w:rPr>
                          <w:rFonts w:ascii="Arial" w:hAnsi="Arial" w:cs="Arial"/>
                          <w:b/>
                          <w:bCs/>
                          <w:sz w:val="22"/>
                          <w:szCs w:val="24"/>
                        </w:rPr>
                        <w:t xml:space="preserve">Were you able to remember a substantial number of examples of this criterion showing up during your childhood? </w:t>
                      </w:r>
                      <w:r w:rsidRPr="00F33BC1">
                        <w:rPr>
                          <w:rFonts w:ascii="Arial" w:hAnsi="Arial" w:cs="Arial"/>
                          <w:sz w:val="22"/>
                          <w:szCs w:val="24"/>
                        </w:rPr>
                        <w:t xml:space="preserve">This includes observable, masked / internalized, and accommodated examples. For </w:t>
                      </w:r>
                      <w:proofErr w:type="gramStart"/>
                      <w:r w:rsidRPr="00F33BC1">
                        <w:rPr>
                          <w:rFonts w:ascii="Arial" w:hAnsi="Arial" w:cs="Arial"/>
                          <w:sz w:val="22"/>
                          <w:szCs w:val="24"/>
                        </w:rPr>
                        <w:t>accommodated</w:t>
                      </w:r>
                      <w:proofErr w:type="gramEnd"/>
                      <w:r w:rsidRPr="00F33BC1">
                        <w:rPr>
                          <w:rFonts w:ascii="Arial" w:hAnsi="Arial" w:cs="Arial"/>
                          <w:sz w:val="22"/>
                          <w:szCs w:val="24"/>
                        </w:rPr>
                        <w:t>, think about what your experiences in those circumstances would have been like if those accommodations were removed.</w:t>
                      </w:r>
                    </w:p>
                    <w:p w14:paraId="6E60438D"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7E0C5F78" w14:textId="77777777" w:rsidR="009C476A" w:rsidRPr="001A36B5" w:rsidRDefault="009C476A" w:rsidP="00F33BC1">
                      <w:pPr>
                        <w:pStyle w:val="ListParagraph"/>
                        <w:numPr>
                          <w:ilvl w:val="0"/>
                          <w:numId w:val="31"/>
                        </w:numPr>
                        <w:spacing w:after="180"/>
                        <w:ind w:right="190"/>
                        <w:rPr>
                          <w:rFonts w:ascii="Arial" w:hAnsi="Arial" w:cs="Arial"/>
                          <w:b/>
                          <w:bCs/>
                          <w:sz w:val="22"/>
                          <w:szCs w:val="24"/>
                        </w:rPr>
                      </w:pPr>
                      <w:r w:rsidRPr="001A36B5">
                        <w:rPr>
                          <w:rFonts w:ascii="Arial" w:hAnsi="Arial" w:cs="Arial"/>
                          <w:b/>
                          <w:bCs/>
                          <w:sz w:val="22"/>
                          <w:szCs w:val="24"/>
                        </w:rPr>
                        <w:t xml:space="preserve">Were you able to think of a substantial number of examples of this criterion showing up for you throughout your life? </w:t>
                      </w:r>
                      <w:r>
                        <w:rPr>
                          <w:rFonts w:ascii="Arial" w:hAnsi="Arial" w:cs="Arial"/>
                          <w:sz w:val="22"/>
                          <w:szCs w:val="24"/>
                        </w:rPr>
                        <w:t xml:space="preserve">Including </w:t>
                      </w:r>
                      <w:r w:rsidRPr="001A36B5">
                        <w:rPr>
                          <w:rFonts w:ascii="Arial" w:hAnsi="Arial" w:cs="Arial"/>
                          <w:sz w:val="22"/>
                          <w:szCs w:val="24"/>
                        </w:rPr>
                        <w:t>observable, masked/internalized, and accommodated</w:t>
                      </w:r>
                      <w:r>
                        <w:rPr>
                          <w:rFonts w:ascii="Arial" w:hAnsi="Arial" w:cs="Arial"/>
                          <w:sz w:val="22"/>
                          <w:szCs w:val="24"/>
                        </w:rPr>
                        <w:t>.</w:t>
                      </w:r>
                    </w:p>
                    <w:p w14:paraId="3BB78A7C"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0B4895AF" w14:textId="77777777" w:rsidR="009C476A" w:rsidRPr="001A36B5" w:rsidRDefault="009C476A" w:rsidP="00F33BC1">
                      <w:pPr>
                        <w:pStyle w:val="ListParagraph"/>
                        <w:numPr>
                          <w:ilvl w:val="0"/>
                          <w:numId w:val="31"/>
                        </w:numPr>
                        <w:spacing w:after="180"/>
                        <w:ind w:right="190"/>
                        <w:rPr>
                          <w:rFonts w:ascii="Arial" w:hAnsi="Arial" w:cs="Arial"/>
                          <w:b/>
                          <w:bCs/>
                          <w:sz w:val="22"/>
                          <w:szCs w:val="24"/>
                        </w:rPr>
                      </w:pPr>
                      <w:r w:rsidRPr="001A36B5">
                        <w:rPr>
                          <w:rFonts w:ascii="Arial" w:hAnsi="Arial" w:cs="Arial"/>
                          <w:b/>
                          <w:bCs/>
                          <w:sz w:val="22"/>
                          <w:szCs w:val="24"/>
                        </w:rPr>
                        <w:t>Would you say that this criterion shows up for you in ways that meaningfully interfere with your life and important life activities?</w:t>
                      </w:r>
                    </w:p>
                    <w:p w14:paraId="7AA31DDB"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5EBD5F1B" w14:textId="77777777" w:rsidR="009C476A" w:rsidRPr="001A36B5" w:rsidRDefault="009C476A" w:rsidP="00F33BC1">
                      <w:pPr>
                        <w:pStyle w:val="ListParagraph"/>
                        <w:numPr>
                          <w:ilvl w:val="0"/>
                          <w:numId w:val="31"/>
                        </w:numPr>
                        <w:spacing w:after="180"/>
                        <w:ind w:right="190"/>
                        <w:rPr>
                          <w:rFonts w:ascii="Arial" w:hAnsi="Arial" w:cs="Arial"/>
                          <w:b/>
                          <w:bCs/>
                          <w:sz w:val="22"/>
                          <w:szCs w:val="24"/>
                        </w:rPr>
                      </w:pPr>
                      <w:r w:rsidRPr="001A36B5">
                        <w:rPr>
                          <w:rFonts w:ascii="Arial" w:hAnsi="Arial" w:cs="Arial"/>
                          <w:b/>
                          <w:bCs/>
                          <w:sz w:val="22"/>
                          <w:szCs w:val="24"/>
                        </w:rPr>
                        <w:t>After reviewing the Intellectual Disability and Global Development Delay criteria in the DSM 5-TR, do you believe the examples you provided are most likely explained by autism and not either of the other conditions?</w:t>
                      </w:r>
                    </w:p>
                    <w:p w14:paraId="21F67516"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06F6A483" w14:textId="77777777" w:rsidR="009C476A" w:rsidRPr="00FC49DD" w:rsidRDefault="009C476A" w:rsidP="009C476A">
                      <w:pPr>
                        <w:spacing w:after="0"/>
                        <w:ind w:left="187" w:right="187"/>
                        <w:rPr>
                          <w:rFonts w:ascii="Arial" w:hAnsi="Arial" w:cs="Arial"/>
                          <w:i/>
                          <w:iCs/>
                          <w:sz w:val="22"/>
                          <w:szCs w:val="24"/>
                        </w:rPr>
                      </w:pPr>
                      <w:r w:rsidRPr="00FC49DD">
                        <w:rPr>
                          <w:rFonts w:ascii="Arial" w:hAnsi="Arial" w:cs="Arial"/>
                          <w:i/>
                          <w:iCs/>
                          <w:sz w:val="22"/>
                          <w:szCs w:val="24"/>
                        </w:rPr>
                        <w:t xml:space="preserve">Note: You will transfer these answers to the Assessment Rubric after you complete your full </w:t>
                      </w:r>
                      <w:r>
                        <w:rPr>
                          <w:rFonts w:ascii="Arial" w:hAnsi="Arial" w:cs="Arial"/>
                          <w:i/>
                          <w:iCs/>
                          <w:sz w:val="22"/>
                          <w:szCs w:val="24"/>
                        </w:rPr>
                        <w:br/>
                      </w:r>
                      <w:r w:rsidRPr="00FC49DD">
                        <w:rPr>
                          <w:rFonts w:ascii="Arial" w:hAnsi="Arial" w:cs="Arial"/>
                          <w:i/>
                          <w:iCs/>
                          <w:sz w:val="22"/>
                          <w:szCs w:val="24"/>
                        </w:rPr>
                        <w:t xml:space="preserve">self-assessment activity. </w:t>
                      </w:r>
                    </w:p>
                    <w:p w14:paraId="3F11EF0F" w14:textId="77777777" w:rsidR="009C476A" w:rsidRDefault="009C476A" w:rsidP="009C476A">
                      <w:pPr>
                        <w:pBdr>
                          <w:bottom w:val="single" w:sz="6" w:space="1" w:color="auto"/>
                        </w:pBdr>
                        <w:spacing w:after="180"/>
                        <w:ind w:right="190"/>
                        <w:rPr>
                          <w:rFonts w:ascii="Arial" w:hAnsi="Arial" w:cs="Arial"/>
                          <w:b/>
                          <w:bCs/>
                          <w:sz w:val="22"/>
                          <w:szCs w:val="24"/>
                        </w:rPr>
                      </w:pPr>
                    </w:p>
                    <w:p w14:paraId="2E0CF881" w14:textId="77777777" w:rsidR="009C476A" w:rsidRDefault="009C476A" w:rsidP="009C476A">
                      <w:pPr>
                        <w:spacing w:before="240" w:after="180"/>
                        <w:ind w:left="180" w:right="190"/>
                        <w:rPr>
                          <w:rFonts w:ascii="Arial" w:hAnsi="Arial" w:cs="Arial"/>
                          <w:sz w:val="22"/>
                          <w:szCs w:val="24"/>
                        </w:rPr>
                      </w:pPr>
                      <w:r>
                        <w:rPr>
                          <w:rFonts w:ascii="Arial" w:hAnsi="Arial" w:cs="Arial"/>
                          <w:sz w:val="22"/>
                          <w:szCs w:val="24"/>
                        </w:rPr>
                        <w:t>REMINDER</w:t>
                      </w:r>
                    </w:p>
                    <w:p w14:paraId="42A62F7A"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If you answered “unsure” to any of the above questions</w:t>
                      </w:r>
                    </w:p>
                    <w:p w14:paraId="7C782126"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You may want to come back and continue brainstorming after you’ve completed the remaining sections. Completing later sections may help you remember examples pertaining to this one.</w:t>
                      </w:r>
                    </w:p>
                    <w:p w14:paraId="279CBA19"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not meant to be linear</w:t>
                      </w:r>
                    </w:p>
                    <w:p w14:paraId="429C1E55" w14:textId="655957FB"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You can move freely between criteria and document different aspects of your experiences as you think of them. Many life experiences will span multiple criteria and will pertain to more than one section of this </w:t>
                      </w:r>
                      <w:r w:rsidR="002E5F9C" w:rsidRPr="002E5F9C">
                        <w:rPr>
                          <w:rFonts w:ascii="Arial" w:hAnsi="Arial" w:cs="Arial"/>
                          <w:sz w:val="20"/>
                        </w:rPr>
                        <w:t>guide</w:t>
                      </w:r>
                      <w:r w:rsidRPr="008C35FE">
                        <w:rPr>
                          <w:rFonts w:ascii="Arial" w:hAnsi="Arial" w:cs="Arial"/>
                          <w:sz w:val="20"/>
                        </w:rPr>
                        <w:t xml:space="preserve">. </w:t>
                      </w:r>
                    </w:p>
                    <w:p w14:paraId="7A448721"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also not meant to be completed in one sitting</w:t>
                      </w:r>
                    </w:p>
                    <w:p w14:paraId="3200FE8A"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Thinking about and remembering decades of your life is not an easy task. It also takes time. Take as many breaks as you need. Even if those breaks span days or even weeks. </w:t>
                      </w:r>
                    </w:p>
                    <w:p w14:paraId="6B31D038" w14:textId="77777777" w:rsidR="009C476A" w:rsidRPr="008C35FE" w:rsidRDefault="009C476A" w:rsidP="009C476A">
                      <w:pPr>
                        <w:spacing w:after="180"/>
                        <w:rPr>
                          <w:sz w:val="20"/>
                          <w:szCs w:val="20"/>
                        </w:rPr>
                      </w:pPr>
                    </w:p>
                  </w:txbxContent>
                </v:textbox>
                <w10:anchorlock/>
              </v:shape>
            </w:pict>
          </mc:Fallback>
        </mc:AlternateContent>
      </w:r>
    </w:p>
    <w:p w14:paraId="2A3D2F9F" w14:textId="77777777" w:rsidR="009C476A" w:rsidRDefault="009C476A" w:rsidP="009C476A">
      <w:pPr>
        <w:spacing w:after="200"/>
        <w:rPr>
          <w:rFonts w:ascii="Arial" w:eastAsiaTheme="majorEastAsia" w:hAnsi="Arial" w:cs="Arial"/>
          <w:b/>
          <w:bCs/>
          <w:color w:val="8064A2" w:themeColor="accent4"/>
          <w:sz w:val="22"/>
          <w:szCs w:val="24"/>
        </w:rPr>
      </w:pPr>
      <w:r>
        <w:rPr>
          <w:rFonts w:ascii="Arial" w:hAnsi="Arial" w:cs="Arial"/>
          <w:b/>
          <w:bCs/>
          <w:color w:val="8064A2" w:themeColor="accent4"/>
          <w:sz w:val="22"/>
          <w:szCs w:val="24"/>
        </w:rPr>
        <w:br w:type="page"/>
      </w:r>
    </w:p>
    <w:p w14:paraId="0858C2ED" w14:textId="77777777" w:rsidR="009C476A" w:rsidRDefault="009C476A" w:rsidP="009C476A">
      <w:pPr>
        <w:spacing w:after="200"/>
        <w:rPr>
          <w:rFonts w:ascii="Arial" w:eastAsiaTheme="majorEastAsia" w:hAnsi="Arial" w:cs="Arial"/>
          <w:b/>
          <w:bCs/>
          <w:color w:val="0070C0"/>
          <w:sz w:val="24"/>
          <w:szCs w:val="28"/>
        </w:rPr>
      </w:pPr>
    </w:p>
    <w:p w14:paraId="50A3F61B" w14:textId="503AC19B" w:rsidR="00BA21D8" w:rsidRPr="00002FE5" w:rsidRDefault="00BA21D8" w:rsidP="00D80790">
      <w:pPr>
        <w:pStyle w:val="Heading4"/>
        <w:shd w:val="clear" w:color="auto" w:fill="E8F4F8"/>
        <w:spacing w:after="120"/>
        <w:rPr>
          <w:rFonts w:ascii="Arial" w:hAnsi="Arial" w:cs="Arial"/>
          <w:b w:val="0"/>
          <w:bCs w:val="0"/>
          <w:i w:val="0"/>
          <w:iCs w:val="0"/>
          <w:noProof/>
          <w:color w:val="193344"/>
          <w:sz w:val="22"/>
        </w:rPr>
      </w:pPr>
      <w:r w:rsidRPr="00480CF8">
        <w:rPr>
          <w:rFonts w:ascii="Arial" w:hAnsi="Arial" w:cs="Arial"/>
          <w:i w:val="0"/>
          <w:iCs w:val="0"/>
          <w:color w:val="0070C0"/>
          <w:sz w:val="24"/>
          <w:szCs w:val="28"/>
        </w:rPr>
        <w:t>Criterion B1</w:t>
      </w:r>
      <w:r w:rsidR="00DB6550">
        <w:rPr>
          <w:rFonts w:ascii="Arial" w:hAnsi="Arial" w:cs="Arial"/>
          <w:i w:val="0"/>
          <w:iCs w:val="0"/>
          <w:color w:val="0070C0"/>
          <w:sz w:val="24"/>
          <w:szCs w:val="28"/>
        </w:rPr>
        <w:t xml:space="preserve"> Guided Section</w:t>
      </w:r>
    </w:p>
    <w:p w14:paraId="646C0E84" w14:textId="46A14884" w:rsidR="00BF3F37" w:rsidRDefault="00B04C6F" w:rsidP="006D34A4">
      <w:pPr>
        <w:spacing w:before="240"/>
        <w:rPr>
          <w:rFonts w:ascii="Arial" w:hAnsi="Arial" w:cs="Arial"/>
          <w:noProof/>
          <w:sz w:val="22"/>
        </w:rPr>
      </w:pPr>
      <w:r>
        <w:rPr>
          <w:rFonts w:ascii="Arial" w:hAnsi="Arial" w:cs="Arial"/>
          <w:b/>
          <w:bCs/>
          <w:noProof/>
          <w:sz w:val="22"/>
        </w:rPr>
        <w:t>DSM Criterion:</w:t>
      </w:r>
      <w:r>
        <w:rPr>
          <w:rFonts w:ascii="Arial" w:hAnsi="Arial" w:cs="Arial"/>
          <w:noProof/>
          <w:sz w:val="22"/>
        </w:rPr>
        <w:t xml:space="preserve"> </w:t>
      </w:r>
      <w:r w:rsidR="00BF3F37" w:rsidRPr="00480CF8">
        <w:rPr>
          <w:rFonts w:ascii="Arial" w:hAnsi="Arial" w:cs="Arial"/>
          <w:noProof/>
          <w:sz w:val="22"/>
        </w:rPr>
        <w:t>Stereotyped or repetitive motor movements, use of objects, or speech (e.g., simple motor stereotypies, lining up toys or flipping objects, echolalia, idiosyncratic phrases).</w:t>
      </w:r>
    </w:p>
    <w:p w14:paraId="1840F061" w14:textId="77777777" w:rsidR="00B04C6F" w:rsidRPr="00DB6550" w:rsidRDefault="00B04C6F" w:rsidP="00B04C6F">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t>Provided</w:t>
      </w:r>
      <w:r w:rsidRPr="00DB6550">
        <w:rPr>
          <w:rFonts w:ascii="Arial" w:hAnsi="Arial" w:cs="Arial"/>
          <w:b/>
          <w:bCs/>
          <w:color w:val="8064A2" w:themeColor="accent4"/>
          <w:sz w:val="22"/>
          <w:szCs w:val="24"/>
        </w:rPr>
        <w:t xml:space="preserve"> Examples</w:t>
      </w:r>
    </w:p>
    <w:p w14:paraId="2D534928" w14:textId="0AFEDC5F" w:rsidR="00BA21D8" w:rsidRDefault="00480CF8" w:rsidP="00480CF8">
      <w:pPr>
        <w:spacing w:afterLines="120" w:after="288" w:line="288" w:lineRule="auto"/>
        <w:rPr>
          <w:b/>
          <w:bCs/>
        </w:rPr>
      </w:pPr>
      <w:r w:rsidRPr="00480CF8">
        <w:rPr>
          <w:rFonts w:ascii="Arial" w:hAnsi="Arial" w:cs="Arial"/>
          <w:i/>
          <w:iCs/>
          <w:noProof/>
          <w:sz w:val="24"/>
          <w:szCs w:val="24"/>
        </w:rPr>
        <mc:AlternateContent>
          <mc:Choice Requires="wps">
            <w:drawing>
              <wp:inline distT="0" distB="0" distL="0" distR="0" wp14:anchorId="7D8D2BE6" wp14:editId="0F9E1255">
                <wp:extent cx="6339840" cy="3188473"/>
                <wp:effectExtent l="0" t="0" r="3810" b="0"/>
                <wp:docPr id="1965376640" name="Text Box 2"/>
                <wp:cNvGraphicFramePr/>
                <a:graphic xmlns:a="http://schemas.openxmlformats.org/drawingml/2006/main">
                  <a:graphicData uri="http://schemas.microsoft.com/office/word/2010/wordprocessingShape">
                    <wps:wsp>
                      <wps:cNvSpPr txBox="1"/>
                      <wps:spPr>
                        <a:xfrm>
                          <a:off x="0" y="0"/>
                          <a:ext cx="6339840" cy="3188473"/>
                        </a:xfrm>
                        <a:prstGeom prst="rect">
                          <a:avLst/>
                        </a:prstGeom>
                        <a:solidFill>
                          <a:srgbClr val="F7F5F9"/>
                        </a:solidFill>
                        <a:ln w="6350">
                          <a:noFill/>
                        </a:ln>
                      </wps:spPr>
                      <wps:txbx>
                        <w:txbxContent>
                          <w:p w14:paraId="26DAB937" w14:textId="77777777" w:rsidR="00D408DC" w:rsidRPr="00082A39" w:rsidRDefault="00D408DC" w:rsidP="00D408DC">
                            <w:pPr>
                              <w:spacing w:after="240"/>
                              <w:rPr>
                                <w:rFonts w:ascii="Arial" w:hAnsi="Arial" w:cs="Arial"/>
                                <w:b/>
                                <w:bCs/>
                                <w:sz w:val="22"/>
                                <w:szCs w:val="24"/>
                              </w:rPr>
                            </w:pPr>
                            <w:r>
                              <w:rPr>
                                <w:rFonts w:ascii="Arial" w:hAnsi="Arial" w:cs="Arial"/>
                                <w:b/>
                                <w:bCs/>
                                <w:sz w:val="22"/>
                                <w:szCs w:val="24"/>
                              </w:rPr>
                              <w:t>General</w:t>
                            </w:r>
                            <w:r w:rsidRPr="00082A39">
                              <w:rPr>
                                <w:rFonts w:ascii="Arial" w:hAnsi="Arial" w:cs="Arial"/>
                                <w:b/>
                                <w:bCs/>
                                <w:sz w:val="22"/>
                                <w:szCs w:val="24"/>
                              </w:rPr>
                              <w:t xml:space="preserve"> examples:</w:t>
                            </w:r>
                          </w:p>
                          <w:p w14:paraId="2D2A5001" w14:textId="4AB2E72E" w:rsidR="00FD443D" w:rsidRPr="00082A39" w:rsidRDefault="00FD443D" w:rsidP="00082A39">
                            <w:pPr>
                              <w:spacing w:after="240"/>
                              <w:rPr>
                                <w:rFonts w:ascii="Arial" w:hAnsi="Arial" w:cs="Arial"/>
                                <w:sz w:val="22"/>
                                <w:szCs w:val="24"/>
                              </w:rPr>
                            </w:pPr>
                            <w:r w:rsidRPr="00082A39">
                              <w:rPr>
                                <w:rFonts w:ascii="Arial" w:hAnsi="Arial" w:cs="Arial"/>
                                <w:sz w:val="22"/>
                                <w:szCs w:val="24"/>
                              </w:rPr>
                              <w:t>Frequently shakes/rocks in seat. Twirls hair, chews cheeks and inside of mouth.</w:t>
                            </w:r>
                          </w:p>
                          <w:p w14:paraId="6F1DB159"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childhood</w:t>
                            </w:r>
                          </w:p>
                          <w:p w14:paraId="0E5E6F7F" w14:textId="608ADFA7" w:rsidR="00FD443D" w:rsidRPr="00082A39" w:rsidRDefault="00FD443D" w:rsidP="00082A39">
                            <w:pPr>
                              <w:spacing w:after="240"/>
                              <w:rPr>
                                <w:rFonts w:ascii="Arial" w:hAnsi="Arial" w:cs="Arial"/>
                                <w:sz w:val="22"/>
                                <w:szCs w:val="24"/>
                              </w:rPr>
                            </w:pPr>
                            <w:r w:rsidRPr="00082A39">
                              <w:rPr>
                                <w:rFonts w:ascii="Arial" w:hAnsi="Arial" w:cs="Arial"/>
                                <w:sz w:val="22"/>
                                <w:szCs w:val="24"/>
                              </w:rPr>
                              <w:t>Penelope is very sensory seeking, so she fidgets and moves a lot. (She was diagnosed with the ADHD combined type, so the “hyperactive” aspects of her motor movements were captured during diagnosis)</w:t>
                            </w:r>
                          </w:p>
                          <w:p w14:paraId="608657C5"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adulthood</w:t>
                            </w:r>
                          </w:p>
                          <w:p w14:paraId="363BC076" w14:textId="327F9A35" w:rsidR="00BA21D8" w:rsidRPr="00082A39" w:rsidRDefault="003A1587" w:rsidP="00082A39">
                            <w:pPr>
                              <w:spacing w:after="240"/>
                              <w:rPr>
                                <w:rFonts w:ascii="Arial" w:hAnsi="Arial" w:cs="Arial"/>
                                <w:sz w:val="22"/>
                                <w:szCs w:val="24"/>
                              </w:rPr>
                            </w:pPr>
                            <w:r w:rsidRPr="00082A39">
                              <w:rPr>
                                <w:rFonts w:ascii="Arial" w:hAnsi="Arial" w:cs="Arial"/>
                                <w:sz w:val="22"/>
                                <w:szCs w:val="24"/>
                              </w:rPr>
                              <w:t>I don’t engage in reparative speech, but I do stim quite a bit. I have chewed the inside of my mouth for as long as I can remember. I also twirl my hair when talking, especially when I’m feeling anxious… and I shake/rock in my seat, also especially when anxious… and can’t stay in the same seated position for more than a few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D8D2BE6" id="_x0000_s1043" type="#_x0000_t202" style="width:499.2pt;height:251.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" fillcolor="#f7f5f9" stroked="f" strokeweight=".5pt">
                <v:textbox>
                  <w:txbxContent>
                    <w:p w14:paraId="26DAB937" w14:textId="77777777" w:rsidR="00D408DC" w:rsidRPr="00082A39" w:rsidRDefault="00D408DC" w:rsidP="00D408DC">
                      <w:pPr>
                        <w:spacing w:after="240"/>
                        <w:rPr>
                          <w:rFonts w:ascii="Arial" w:hAnsi="Arial" w:cs="Arial"/>
                          <w:b/>
                          <w:bCs/>
                          <w:sz w:val="22"/>
                          <w:szCs w:val="24"/>
                        </w:rPr>
                      </w:pPr>
                      <w:r>
                        <w:rPr>
                          <w:rFonts w:ascii="Arial" w:hAnsi="Arial" w:cs="Arial"/>
                          <w:b/>
                          <w:bCs/>
                          <w:sz w:val="22"/>
                          <w:szCs w:val="24"/>
                        </w:rPr>
                        <w:t>General</w:t>
                      </w:r>
                      <w:r w:rsidRPr="00082A39">
                        <w:rPr>
                          <w:rFonts w:ascii="Arial" w:hAnsi="Arial" w:cs="Arial"/>
                          <w:b/>
                          <w:bCs/>
                          <w:sz w:val="22"/>
                          <w:szCs w:val="24"/>
                        </w:rPr>
                        <w:t xml:space="preserve"> examples:</w:t>
                      </w:r>
                    </w:p>
                    <w:p w14:paraId="2D2A5001" w14:textId="4AB2E72E" w:rsidR="00FD443D" w:rsidRPr="00082A39" w:rsidRDefault="00FD443D" w:rsidP="00082A39">
                      <w:pPr>
                        <w:spacing w:after="240"/>
                        <w:rPr>
                          <w:rFonts w:ascii="Arial" w:hAnsi="Arial" w:cs="Arial"/>
                          <w:sz w:val="22"/>
                          <w:szCs w:val="24"/>
                        </w:rPr>
                      </w:pPr>
                      <w:r w:rsidRPr="00082A39">
                        <w:rPr>
                          <w:rFonts w:ascii="Arial" w:hAnsi="Arial" w:cs="Arial"/>
                          <w:sz w:val="22"/>
                          <w:szCs w:val="24"/>
                        </w:rPr>
                        <w:t>Frequently shakes/rocks in seat. Twirls hair, chews cheeks and inside of mouth.</w:t>
                      </w:r>
                    </w:p>
                    <w:p w14:paraId="6F1DB159"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childhood</w:t>
                      </w:r>
                    </w:p>
                    <w:p w14:paraId="0E5E6F7F" w14:textId="608ADFA7" w:rsidR="00FD443D" w:rsidRPr="00082A39" w:rsidRDefault="00FD443D" w:rsidP="00082A39">
                      <w:pPr>
                        <w:spacing w:after="240"/>
                        <w:rPr>
                          <w:rFonts w:ascii="Arial" w:hAnsi="Arial" w:cs="Arial"/>
                          <w:sz w:val="22"/>
                          <w:szCs w:val="24"/>
                        </w:rPr>
                      </w:pPr>
                      <w:r w:rsidRPr="00082A39">
                        <w:rPr>
                          <w:rFonts w:ascii="Arial" w:hAnsi="Arial" w:cs="Arial"/>
                          <w:sz w:val="22"/>
                          <w:szCs w:val="24"/>
                        </w:rPr>
                        <w:t>Penelope is very sensory seeking, so she fidgets and moves a lot. (She was diagnosed with the ADHD combined type, so the “hyperactive” aspects of her motor movements were captured during diagnosis)</w:t>
                      </w:r>
                    </w:p>
                    <w:p w14:paraId="608657C5"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adulthood</w:t>
                      </w:r>
                    </w:p>
                    <w:p w14:paraId="363BC076" w14:textId="327F9A35" w:rsidR="00BA21D8" w:rsidRPr="00082A39" w:rsidRDefault="003A1587" w:rsidP="00082A39">
                      <w:pPr>
                        <w:spacing w:after="240"/>
                        <w:rPr>
                          <w:rFonts w:ascii="Arial" w:hAnsi="Arial" w:cs="Arial"/>
                          <w:sz w:val="22"/>
                          <w:szCs w:val="24"/>
                        </w:rPr>
                      </w:pPr>
                      <w:r w:rsidRPr="00082A39">
                        <w:rPr>
                          <w:rFonts w:ascii="Arial" w:hAnsi="Arial" w:cs="Arial"/>
                          <w:sz w:val="22"/>
                          <w:szCs w:val="24"/>
                        </w:rPr>
                        <w:t>I don’t engage in reparative speech, but I do stim quite a bit. I have chewed the inside of my mouth for as long as I can remember. I also twirl my hair when talking, especially when I’m feeling anxious… and I shake/rock in my seat, also especially when anxious… and can’t stay in the same seated position for more than a few minutes.</w:t>
                      </w:r>
                    </w:p>
                  </w:txbxContent>
                </v:textbox>
                <w10:anchorlock/>
              </v:shape>
            </w:pict>
          </mc:Fallback>
        </mc:AlternateContent>
      </w:r>
    </w:p>
    <w:p w14:paraId="3BFE2CC7" w14:textId="22336A54" w:rsidR="002E5F9C" w:rsidRDefault="002E5F9C" w:rsidP="002E5F9C">
      <w:pPr>
        <w:spacing w:before="360" w:after="240" w:line="264" w:lineRule="auto"/>
        <w:rPr>
          <w:rFonts w:ascii="Segoe UI" w:hAnsi="Segoe UI" w:cs="Segoe UI"/>
          <w:b/>
          <w:bCs/>
          <w:color w:val="244061" w:themeColor="accent1" w:themeShade="80"/>
          <w:sz w:val="28"/>
          <w:szCs w:val="28"/>
        </w:rPr>
      </w:pPr>
    </w:p>
    <w:p w14:paraId="6DBCC945" w14:textId="77777777" w:rsidR="002E5F9C" w:rsidRPr="002E5F9C" w:rsidRDefault="002E5F9C" w:rsidP="002E5F9C">
      <w:pPr>
        <w:rPr>
          <w:rFonts w:ascii="Arial" w:hAnsi="Arial" w:cs="Arial"/>
          <w:sz w:val="22"/>
        </w:rPr>
      </w:pPr>
    </w:p>
    <w:p w14:paraId="3628B178" w14:textId="77777777" w:rsidR="00B04C6F" w:rsidRPr="00BA4AEC" w:rsidRDefault="00B04C6F" w:rsidP="00B04C6F">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Your Examples: E</w:t>
      </w:r>
      <w:r w:rsidRPr="00BA4AEC">
        <w:rPr>
          <w:rFonts w:ascii="Arial" w:hAnsi="Arial" w:cs="Arial"/>
          <w:b/>
          <w:bCs/>
          <w:color w:val="8064A2" w:themeColor="accent4"/>
          <w:sz w:val="22"/>
          <w:szCs w:val="24"/>
        </w:rPr>
        <w:t xml:space="preserve">arly life through adolescence </w:t>
      </w:r>
    </w:p>
    <w:p w14:paraId="647DF3F3" w14:textId="77777777" w:rsidR="00A7113C" w:rsidRDefault="00A7113C" w:rsidP="00A7113C">
      <w:pPr>
        <w:spacing w:after="360" w:line="360" w:lineRule="auto"/>
        <w:rPr>
          <w:rFonts w:ascii="Arial" w:hAnsi="Arial" w:cs="Arial"/>
          <w:sz w:val="24"/>
          <w:szCs w:val="28"/>
        </w:rPr>
      </w:pPr>
      <w:r>
        <w:rPr>
          <w:rFonts w:ascii="Arial" w:hAnsi="Arial" w:cs="Arial"/>
          <w:b/>
          <w:noProof/>
          <w:sz w:val="24"/>
          <w:szCs w:val="24"/>
        </w:rPr>
        <mc:AlternateContent>
          <mc:Choice Requires="wps">
            <w:drawing>
              <wp:inline distT="0" distB="0" distL="0" distR="0" wp14:anchorId="7CE6A93B" wp14:editId="7F0FC2AC">
                <wp:extent cx="6339840" cy="8358997"/>
                <wp:effectExtent l="0" t="0" r="3810" b="4445"/>
                <wp:docPr id="169829221" name="Text Box 2"/>
                <wp:cNvGraphicFramePr/>
                <a:graphic xmlns:a="http://schemas.openxmlformats.org/drawingml/2006/main">
                  <a:graphicData uri="http://schemas.microsoft.com/office/word/2010/wordprocessingShape">
                    <wps:wsp>
                      <wps:cNvSpPr txBox="1"/>
                      <wps:spPr>
                        <a:xfrm>
                          <a:off x="0" y="0"/>
                          <a:ext cx="6339840" cy="8358997"/>
                        </a:xfrm>
                        <a:prstGeom prst="rect">
                          <a:avLst/>
                        </a:prstGeom>
                        <a:solidFill>
                          <a:srgbClr val="F0F7FA"/>
                        </a:solidFill>
                        <a:ln w="6350">
                          <a:noFill/>
                        </a:ln>
                      </wps:spPr>
                      <wps:txbx>
                        <w:txbxContent>
                          <w:p w14:paraId="43808216" w14:textId="77777777" w:rsidR="00A7113C" w:rsidRPr="003B29D5" w:rsidRDefault="00A7113C" w:rsidP="00A7113C">
                            <w:pPr>
                              <w:rPr>
                                <w:sz w:val="22"/>
                                <w:szCs w:val="24"/>
                              </w:rPr>
                            </w:pPr>
                            <w:r w:rsidRPr="003B29D5">
                              <w:rPr>
                                <w:b/>
                                <w:bCs/>
                                <w:sz w:val="22"/>
                                <w:szCs w:val="24"/>
                              </w:rPr>
                              <w:t xml:space="preserve">List stories and examples of this criterion showing up for you in visible ways from </w:t>
                            </w:r>
                            <w:r>
                              <w:rPr>
                                <w:b/>
                                <w:bCs/>
                                <w:sz w:val="22"/>
                                <w:szCs w:val="24"/>
                              </w:rPr>
                              <w:t>early life through adolescence</w:t>
                            </w:r>
                            <w:r w:rsidRPr="003B29D5">
                              <w:rPr>
                                <w:b/>
                                <w:bCs/>
                                <w:sz w:val="22"/>
                                <w:szCs w:val="24"/>
                              </w:rPr>
                              <w:t>.</w:t>
                            </w:r>
                            <w:r w:rsidRPr="003B29D5">
                              <w:rPr>
                                <w:sz w:val="22"/>
                                <w:szCs w:val="24"/>
                              </w:rPr>
                              <w:t xml:space="preserve"> There is no such thing as too many.</w:t>
                            </w:r>
                          </w:p>
                          <w:p w14:paraId="335FA071" w14:textId="7DD89F71" w:rsidR="00A7113C" w:rsidRDefault="00A7113C" w:rsidP="00A7113C">
                            <w:pPr>
                              <w:rPr>
                                <w:sz w:val="22"/>
                                <w:szCs w:val="24"/>
                              </w:rPr>
                            </w:pPr>
                          </w:p>
                          <w:p w14:paraId="45B424AB" w14:textId="77777777" w:rsidR="00FD443D" w:rsidRDefault="00FD443D" w:rsidP="00A7113C">
                            <w:pPr>
                              <w:rPr>
                                <w:sz w:val="22"/>
                                <w:szCs w:val="24"/>
                              </w:rPr>
                            </w:pPr>
                          </w:p>
                          <w:p w14:paraId="050A98F8" w14:textId="77777777" w:rsidR="00002FE5" w:rsidRDefault="00002FE5" w:rsidP="00A7113C">
                            <w:pPr>
                              <w:rPr>
                                <w:sz w:val="22"/>
                                <w:szCs w:val="24"/>
                              </w:rPr>
                            </w:pPr>
                          </w:p>
                          <w:p w14:paraId="0A52A3EB" w14:textId="77777777" w:rsidR="006D34A4" w:rsidRPr="003B29D5" w:rsidRDefault="006D34A4" w:rsidP="00A7113C">
                            <w:pPr>
                              <w:rPr>
                                <w:sz w:val="22"/>
                                <w:szCs w:val="24"/>
                              </w:rPr>
                            </w:pPr>
                          </w:p>
                          <w:p w14:paraId="2BEE9227" w14:textId="77777777" w:rsidR="00A7113C" w:rsidRPr="003B29D5" w:rsidRDefault="00A7113C" w:rsidP="00A7113C">
                            <w:pPr>
                              <w:rPr>
                                <w:sz w:val="22"/>
                                <w:szCs w:val="24"/>
                              </w:rPr>
                            </w:pPr>
                          </w:p>
                          <w:p w14:paraId="7A69B88F" w14:textId="77777777" w:rsidR="00A7113C" w:rsidRPr="003B29D5" w:rsidRDefault="00A7113C" w:rsidP="00A7113C">
                            <w:pPr>
                              <w:rPr>
                                <w:sz w:val="22"/>
                                <w:szCs w:val="24"/>
                              </w:rPr>
                            </w:pPr>
                          </w:p>
                          <w:p w14:paraId="44DA3059" w14:textId="77777777" w:rsidR="00A7113C" w:rsidRPr="003B29D5" w:rsidRDefault="00A7113C" w:rsidP="00A7113C">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017D9D7A" w14:textId="77777777" w:rsidR="00A7113C" w:rsidRPr="003B29D5" w:rsidRDefault="00A7113C" w:rsidP="00A7113C">
                            <w:pPr>
                              <w:rPr>
                                <w:sz w:val="22"/>
                                <w:szCs w:val="24"/>
                              </w:rPr>
                            </w:pPr>
                          </w:p>
                          <w:p w14:paraId="4B0F0E50" w14:textId="77777777" w:rsidR="00A7113C" w:rsidRDefault="00A7113C" w:rsidP="00A7113C">
                            <w:pPr>
                              <w:rPr>
                                <w:sz w:val="22"/>
                                <w:szCs w:val="24"/>
                              </w:rPr>
                            </w:pPr>
                          </w:p>
                          <w:p w14:paraId="1BA4E75C" w14:textId="77777777" w:rsidR="00A7113C" w:rsidRDefault="00A7113C" w:rsidP="00A7113C">
                            <w:pPr>
                              <w:rPr>
                                <w:sz w:val="22"/>
                                <w:szCs w:val="24"/>
                              </w:rPr>
                            </w:pPr>
                          </w:p>
                          <w:p w14:paraId="204C80A0" w14:textId="77777777" w:rsidR="00A7113C" w:rsidRDefault="00A7113C" w:rsidP="00A7113C">
                            <w:pPr>
                              <w:rPr>
                                <w:sz w:val="22"/>
                                <w:szCs w:val="24"/>
                              </w:rPr>
                            </w:pPr>
                          </w:p>
                          <w:p w14:paraId="31EF498D" w14:textId="77777777" w:rsidR="00A7113C" w:rsidRPr="003B29D5" w:rsidRDefault="00A7113C" w:rsidP="00A7113C">
                            <w:pPr>
                              <w:rPr>
                                <w:sz w:val="22"/>
                                <w:szCs w:val="24"/>
                              </w:rPr>
                            </w:pPr>
                          </w:p>
                          <w:p w14:paraId="43E56E61" w14:textId="77777777" w:rsidR="00A7113C" w:rsidRPr="003B29D5" w:rsidRDefault="00A7113C" w:rsidP="00A7113C">
                            <w:pPr>
                              <w:rPr>
                                <w:sz w:val="22"/>
                                <w:szCs w:val="24"/>
                              </w:rPr>
                            </w:pPr>
                          </w:p>
                          <w:p w14:paraId="53C85601" w14:textId="77777777" w:rsidR="00A7113C" w:rsidRPr="003B29D5" w:rsidRDefault="00A7113C" w:rsidP="00A7113C">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accommodation was inaccessible whenever possible. </w:t>
                            </w:r>
                          </w:p>
                          <w:p w14:paraId="47984B3D" w14:textId="77777777" w:rsidR="00A7113C" w:rsidRDefault="00A7113C" w:rsidP="00A7113C">
                            <w:pPr>
                              <w:rPr>
                                <w:sz w:val="22"/>
                                <w:szCs w:val="24"/>
                              </w:rPr>
                            </w:pPr>
                          </w:p>
                          <w:p w14:paraId="388B4C0F" w14:textId="77777777" w:rsidR="00A7113C" w:rsidRDefault="00A7113C" w:rsidP="00A7113C">
                            <w:pPr>
                              <w:rPr>
                                <w:sz w:val="22"/>
                                <w:szCs w:val="24"/>
                              </w:rPr>
                            </w:pPr>
                          </w:p>
                          <w:p w14:paraId="52F1C0AD" w14:textId="77777777" w:rsidR="00A7113C" w:rsidRDefault="00A7113C" w:rsidP="00A7113C">
                            <w:pPr>
                              <w:rPr>
                                <w:sz w:val="22"/>
                                <w:szCs w:val="24"/>
                              </w:rPr>
                            </w:pPr>
                          </w:p>
                          <w:p w14:paraId="1F7995E6" w14:textId="77777777" w:rsidR="00A7113C" w:rsidRDefault="00A7113C" w:rsidP="00A7113C">
                            <w:pPr>
                              <w:rPr>
                                <w:sz w:val="22"/>
                                <w:szCs w:val="24"/>
                              </w:rPr>
                            </w:pPr>
                          </w:p>
                          <w:p w14:paraId="1678655C" w14:textId="77777777" w:rsidR="00A7113C" w:rsidRPr="003B29D5" w:rsidRDefault="00A7113C" w:rsidP="00A7113C">
                            <w:pPr>
                              <w:rPr>
                                <w:sz w:val="22"/>
                                <w:szCs w:val="24"/>
                              </w:rPr>
                            </w:pPr>
                          </w:p>
                          <w:p w14:paraId="23D534DE" w14:textId="77777777" w:rsidR="00A7113C" w:rsidRPr="003B29D5" w:rsidRDefault="00A7113C" w:rsidP="00A7113C">
                            <w:pPr>
                              <w:rPr>
                                <w:sz w:val="22"/>
                                <w:szCs w:val="24"/>
                              </w:rPr>
                            </w:pPr>
                          </w:p>
                          <w:p w14:paraId="4559F633" w14:textId="77777777" w:rsidR="00A7113C" w:rsidRPr="003B29D5" w:rsidRDefault="00A7113C" w:rsidP="00A7113C">
                            <w:pPr>
                              <w:rPr>
                                <w:b/>
                                <w:bCs/>
                                <w:sz w:val="22"/>
                                <w:szCs w:val="24"/>
                              </w:rPr>
                            </w:pPr>
                            <w:r w:rsidRPr="003B29D5">
                              <w:rPr>
                                <w:b/>
                                <w:bCs/>
                                <w:sz w:val="22"/>
                                <w:szCs w:val="24"/>
                              </w:rPr>
                              <w:t xml:space="preserve">List examples of how this criterion meaningfully impacted you or caused impairment in your daily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CE6A93B" id="_x0000_s1044" type="#_x0000_t202" style="width:499.2pt;height:65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" fillcolor="#f0f7fa" stroked="f" strokeweight=".5pt">
                <v:textbox>
                  <w:txbxContent>
                    <w:p w14:paraId="43808216" w14:textId="77777777" w:rsidR="00A7113C" w:rsidRPr="003B29D5" w:rsidRDefault="00A7113C" w:rsidP="00A7113C">
                      <w:pPr>
                        <w:rPr>
                          <w:sz w:val="22"/>
                          <w:szCs w:val="24"/>
                        </w:rPr>
                      </w:pPr>
                      <w:r w:rsidRPr="003B29D5">
                        <w:rPr>
                          <w:b/>
                          <w:bCs/>
                          <w:sz w:val="22"/>
                          <w:szCs w:val="24"/>
                        </w:rPr>
                        <w:t xml:space="preserve">List stories and examples of this criterion showing up for you in visible ways from </w:t>
                      </w:r>
                      <w:r>
                        <w:rPr>
                          <w:b/>
                          <w:bCs/>
                          <w:sz w:val="22"/>
                          <w:szCs w:val="24"/>
                        </w:rPr>
                        <w:t>early life through adolescence</w:t>
                      </w:r>
                      <w:r w:rsidRPr="003B29D5">
                        <w:rPr>
                          <w:b/>
                          <w:bCs/>
                          <w:sz w:val="22"/>
                          <w:szCs w:val="24"/>
                        </w:rPr>
                        <w:t>.</w:t>
                      </w:r>
                      <w:r w:rsidRPr="003B29D5">
                        <w:rPr>
                          <w:sz w:val="22"/>
                          <w:szCs w:val="24"/>
                        </w:rPr>
                        <w:t xml:space="preserve"> There is no such thing as too many.</w:t>
                      </w:r>
                    </w:p>
                    <w:p w14:paraId="335FA071" w14:textId="7DD89F71" w:rsidR="00A7113C" w:rsidRDefault="00A7113C" w:rsidP="00A7113C">
                      <w:pPr>
                        <w:rPr>
                          <w:sz w:val="22"/>
                          <w:szCs w:val="24"/>
                        </w:rPr>
                      </w:pPr>
                    </w:p>
                    <w:p w14:paraId="45B424AB" w14:textId="77777777" w:rsidR="00FD443D" w:rsidRDefault="00FD443D" w:rsidP="00A7113C">
                      <w:pPr>
                        <w:rPr>
                          <w:sz w:val="22"/>
                          <w:szCs w:val="24"/>
                        </w:rPr>
                      </w:pPr>
                    </w:p>
                    <w:p w14:paraId="050A98F8" w14:textId="77777777" w:rsidR="00002FE5" w:rsidRDefault="00002FE5" w:rsidP="00A7113C">
                      <w:pPr>
                        <w:rPr>
                          <w:sz w:val="22"/>
                          <w:szCs w:val="24"/>
                        </w:rPr>
                      </w:pPr>
                    </w:p>
                    <w:p w14:paraId="0A52A3EB" w14:textId="77777777" w:rsidR="006D34A4" w:rsidRPr="003B29D5" w:rsidRDefault="006D34A4" w:rsidP="00A7113C">
                      <w:pPr>
                        <w:rPr>
                          <w:sz w:val="22"/>
                          <w:szCs w:val="24"/>
                        </w:rPr>
                      </w:pPr>
                    </w:p>
                    <w:p w14:paraId="2BEE9227" w14:textId="77777777" w:rsidR="00A7113C" w:rsidRPr="003B29D5" w:rsidRDefault="00A7113C" w:rsidP="00A7113C">
                      <w:pPr>
                        <w:rPr>
                          <w:sz w:val="22"/>
                          <w:szCs w:val="24"/>
                        </w:rPr>
                      </w:pPr>
                    </w:p>
                    <w:p w14:paraId="7A69B88F" w14:textId="77777777" w:rsidR="00A7113C" w:rsidRPr="003B29D5" w:rsidRDefault="00A7113C" w:rsidP="00A7113C">
                      <w:pPr>
                        <w:rPr>
                          <w:sz w:val="22"/>
                          <w:szCs w:val="24"/>
                        </w:rPr>
                      </w:pPr>
                    </w:p>
                    <w:p w14:paraId="44DA3059" w14:textId="77777777" w:rsidR="00A7113C" w:rsidRPr="003B29D5" w:rsidRDefault="00A7113C" w:rsidP="00A7113C">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017D9D7A" w14:textId="77777777" w:rsidR="00A7113C" w:rsidRPr="003B29D5" w:rsidRDefault="00A7113C" w:rsidP="00A7113C">
                      <w:pPr>
                        <w:rPr>
                          <w:sz w:val="22"/>
                          <w:szCs w:val="24"/>
                        </w:rPr>
                      </w:pPr>
                    </w:p>
                    <w:p w14:paraId="4B0F0E50" w14:textId="77777777" w:rsidR="00A7113C" w:rsidRDefault="00A7113C" w:rsidP="00A7113C">
                      <w:pPr>
                        <w:rPr>
                          <w:sz w:val="22"/>
                          <w:szCs w:val="24"/>
                        </w:rPr>
                      </w:pPr>
                    </w:p>
                    <w:p w14:paraId="1BA4E75C" w14:textId="77777777" w:rsidR="00A7113C" w:rsidRDefault="00A7113C" w:rsidP="00A7113C">
                      <w:pPr>
                        <w:rPr>
                          <w:sz w:val="22"/>
                          <w:szCs w:val="24"/>
                        </w:rPr>
                      </w:pPr>
                    </w:p>
                    <w:p w14:paraId="204C80A0" w14:textId="77777777" w:rsidR="00A7113C" w:rsidRDefault="00A7113C" w:rsidP="00A7113C">
                      <w:pPr>
                        <w:rPr>
                          <w:sz w:val="22"/>
                          <w:szCs w:val="24"/>
                        </w:rPr>
                      </w:pPr>
                    </w:p>
                    <w:p w14:paraId="31EF498D" w14:textId="77777777" w:rsidR="00A7113C" w:rsidRPr="003B29D5" w:rsidRDefault="00A7113C" w:rsidP="00A7113C">
                      <w:pPr>
                        <w:rPr>
                          <w:sz w:val="22"/>
                          <w:szCs w:val="24"/>
                        </w:rPr>
                      </w:pPr>
                    </w:p>
                    <w:p w14:paraId="43E56E61" w14:textId="77777777" w:rsidR="00A7113C" w:rsidRPr="003B29D5" w:rsidRDefault="00A7113C" w:rsidP="00A7113C">
                      <w:pPr>
                        <w:rPr>
                          <w:sz w:val="22"/>
                          <w:szCs w:val="24"/>
                        </w:rPr>
                      </w:pPr>
                    </w:p>
                    <w:p w14:paraId="53C85601" w14:textId="77777777" w:rsidR="00A7113C" w:rsidRPr="003B29D5" w:rsidRDefault="00A7113C" w:rsidP="00A7113C">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accommodation was inaccessible whenever possible. </w:t>
                      </w:r>
                    </w:p>
                    <w:p w14:paraId="47984B3D" w14:textId="77777777" w:rsidR="00A7113C" w:rsidRDefault="00A7113C" w:rsidP="00A7113C">
                      <w:pPr>
                        <w:rPr>
                          <w:sz w:val="22"/>
                          <w:szCs w:val="24"/>
                        </w:rPr>
                      </w:pPr>
                    </w:p>
                    <w:p w14:paraId="388B4C0F" w14:textId="77777777" w:rsidR="00A7113C" w:rsidRDefault="00A7113C" w:rsidP="00A7113C">
                      <w:pPr>
                        <w:rPr>
                          <w:sz w:val="22"/>
                          <w:szCs w:val="24"/>
                        </w:rPr>
                      </w:pPr>
                    </w:p>
                    <w:p w14:paraId="52F1C0AD" w14:textId="77777777" w:rsidR="00A7113C" w:rsidRDefault="00A7113C" w:rsidP="00A7113C">
                      <w:pPr>
                        <w:rPr>
                          <w:sz w:val="22"/>
                          <w:szCs w:val="24"/>
                        </w:rPr>
                      </w:pPr>
                    </w:p>
                    <w:p w14:paraId="1F7995E6" w14:textId="77777777" w:rsidR="00A7113C" w:rsidRDefault="00A7113C" w:rsidP="00A7113C">
                      <w:pPr>
                        <w:rPr>
                          <w:sz w:val="22"/>
                          <w:szCs w:val="24"/>
                        </w:rPr>
                      </w:pPr>
                    </w:p>
                    <w:p w14:paraId="1678655C" w14:textId="77777777" w:rsidR="00A7113C" w:rsidRPr="003B29D5" w:rsidRDefault="00A7113C" w:rsidP="00A7113C">
                      <w:pPr>
                        <w:rPr>
                          <w:sz w:val="22"/>
                          <w:szCs w:val="24"/>
                        </w:rPr>
                      </w:pPr>
                    </w:p>
                    <w:p w14:paraId="23D534DE" w14:textId="77777777" w:rsidR="00A7113C" w:rsidRPr="003B29D5" w:rsidRDefault="00A7113C" w:rsidP="00A7113C">
                      <w:pPr>
                        <w:rPr>
                          <w:sz w:val="22"/>
                          <w:szCs w:val="24"/>
                        </w:rPr>
                      </w:pPr>
                    </w:p>
                    <w:p w14:paraId="4559F633" w14:textId="77777777" w:rsidR="00A7113C" w:rsidRPr="003B29D5" w:rsidRDefault="00A7113C" w:rsidP="00A7113C">
                      <w:pPr>
                        <w:rPr>
                          <w:b/>
                          <w:bCs/>
                          <w:sz w:val="22"/>
                          <w:szCs w:val="24"/>
                        </w:rPr>
                      </w:pPr>
                      <w:r w:rsidRPr="003B29D5">
                        <w:rPr>
                          <w:b/>
                          <w:bCs/>
                          <w:sz w:val="22"/>
                          <w:szCs w:val="24"/>
                        </w:rPr>
                        <w:t xml:space="preserve">List examples of how this criterion meaningfully impacted you or caused impairment in your daily life. </w:t>
                      </w:r>
                    </w:p>
                  </w:txbxContent>
                </v:textbox>
                <w10:anchorlock/>
              </v:shape>
            </w:pict>
          </mc:Fallback>
        </mc:AlternateContent>
      </w:r>
    </w:p>
    <w:p w14:paraId="2EFAB407" w14:textId="77777777" w:rsidR="006D34A4" w:rsidRDefault="00B04C6F" w:rsidP="006D34A4">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Your Examples: E</w:t>
      </w:r>
      <w:r w:rsidRPr="00BA4AEC">
        <w:rPr>
          <w:rFonts w:ascii="Arial" w:hAnsi="Arial" w:cs="Arial"/>
          <w:b/>
          <w:bCs/>
          <w:color w:val="8064A2" w:themeColor="accent4"/>
          <w:sz w:val="22"/>
          <w:szCs w:val="24"/>
        </w:rPr>
        <w:t xml:space="preserve">arly adulthood through present </w:t>
      </w:r>
    </w:p>
    <w:p w14:paraId="2789061A" w14:textId="1FE1A81A" w:rsidR="00DB6550" w:rsidRDefault="00DB6550" w:rsidP="000F6042">
      <w:pPr>
        <w:rPr>
          <w:sz w:val="22"/>
        </w:rPr>
      </w:pPr>
      <w:r>
        <w:rPr>
          <w:noProof/>
        </w:rPr>
        <mc:AlternateContent>
          <mc:Choice Requires="wps">
            <w:drawing>
              <wp:inline distT="0" distB="0" distL="0" distR="0" wp14:anchorId="156096AF" wp14:editId="5F95879F">
                <wp:extent cx="6339840" cy="8030917"/>
                <wp:effectExtent l="0" t="0" r="3810" b="8255"/>
                <wp:docPr id="45448932" name="Text Box 2"/>
                <wp:cNvGraphicFramePr/>
                <a:graphic xmlns:a="http://schemas.openxmlformats.org/drawingml/2006/main">
                  <a:graphicData uri="http://schemas.microsoft.com/office/word/2010/wordprocessingShape">
                    <wps:wsp>
                      <wps:cNvSpPr txBox="1"/>
                      <wps:spPr>
                        <a:xfrm>
                          <a:off x="0" y="0"/>
                          <a:ext cx="6339840" cy="8030917"/>
                        </a:xfrm>
                        <a:prstGeom prst="rect">
                          <a:avLst/>
                        </a:prstGeom>
                        <a:solidFill>
                          <a:srgbClr val="F0F7FA"/>
                        </a:solidFill>
                        <a:ln w="6350">
                          <a:noFill/>
                        </a:ln>
                      </wps:spPr>
                      <wps:txbx>
                        <w:txbxContent>
                          <w:p w14:paraId="4F16F567" w14:textId="77777777" w:rsidR="00DB6550" w:rsidRPr="003B29D5" w:rsidRDefault="00DB6550" w:rsidP="00DB6550">
                            <w:pPr>
                              <w:rPr>
                                <w:sz w:val="22"/>
                                <w:szCs w:val="24"/>
                              </w:rPr>
                            </w:pPr>
                            <w:r w:rsidRPr="003B29D5">
                              <w:rPr>
                                <w:b/>
                                <w:bCs/>
                                <w:sz w:val="22"/>
                                <w:szCs w:val="24"/>
                              </w:rPr>
                              <w:t xml:space="preserve">List stories and examples of this criterion showing up for you in visible ways from </w:t>
                            </w:r>
                            <w:r>
                              <w:rPr>
                                <w:b/>
                                <w:bCs/>
                                <w:sz w:val="22"/>
                                <w:szCs w:val="24"/>
                              </w:rPr>
                              <w:t>early adulthood through the present</w:t>
                            </w:r>
                            <w:r w:rsidRPr="003B29D5">
                              <w:rPr>
                                <w:b/>
                                <w:bCs/>
                                <w:sz w:val="22"/>
                                <w:szCs w:val="24"/>
                              </w:rPr>
                              <w:t>.</w:t>
                            </w:r>
                            <w:r w:rsidRPr="003B29D5">
                              <w:rPr>
                                <w:sz w:val="22"/>
                                <w:szCs w:val="24"/>
                              </w:rPr>
                              <w:t xml:space="preserve"> There is no such thing as too many.</w:t>
                            </w:r>
                          </w:p>
                          <w:p w14:paraId="3ED153B3" w14:textId="77777777" w:rsidR="00DB6550" w:rsidRDefault="00DB6550" w:rsidP="00DB6550">
                            <w:pPr>
                              <w:rPr>
                                <w:sz w:val="22"/>
                                <w:szCs w:val="24"/>
                              </w:rPr>
                            </w:pPr>
                          </w:p>
                          <w:p w14:paraId="7F84C75A" w14:textId="77777777" w:rsidR="00DB6550" w:rsidRDefault="00DB6550" w:rsidP="00DB6550">
                            <w:pPr>
                              <w:rPr>
                                <w:sz w:val="22"/>
                                <w:szCs w:val="24"/>
                              </w:rPr>
                            </w:pPr>
                          </w:p>
                          <w:p w14:paraId="23E0B2EB" w14:textId="77777777" w:rsidR="00DB6550" w:rsidRDefault="00DB6550" w:rsidP="00DB6550">
                            <w:pPr>
                              <w:rPr>
                                <w:sz w:val="22"/>
                                <w:szCs w:val="24"/>
                              </w:rPr>
                            </w:pPr>
                          </w:p>
                          <w:p w14:paraId="453FC243" w14:textId="77777777" w:rsidR="00002FE5" w:rsidRPr="003B29D5" w:rsidRDefault="00002FE5" w:rsidP="00DB6550">
                            <w:pPr>
                              <w:rPr>
                                <w:sz w:val="22"/>
                                <w:szCs w:val="24"/>
                              </w:rPr>
                            </w:pPr>
                          </w:p>
                          <w:p w14:paraId="7E3CB882" w14:textId="77777777" w:rsidR="00DB6550" w:rsidRPr="003B29D5" w:rsidRDefault="00DB6550" w:rsidP="00DB6550">
                            <w:pPr>
                              <w:rPr>
                                <w:sz w:val="22"/>
                                <w:szCs w:val="24"/>
                              </w:rPr>
                            </w:pPr>
                          </w:p>
                          <w:p w14:paraId="7A7F5CF1" w14:textId="77777777" w:rsidR="00DB6550" w:rsidRPr="003B29D5" w:rsidRDefault="00DB6550" w:rsidP="00DB6550">
                            <w:pPr>
                              <w:rPr>
                                <w:sz w:val="22"/>
                                <w:szCs w:val="24"/>
                              </w:rPr>
                            </w:pPr>
                          </w:p>
                          <w:p w14:paraId="031D845D" w14:textId="77777777" w:rsidR="00DB6550" w:rsidRPr="003B29D5" w:rsidRDefault="00DB6550" w:rsidP="00DB6550">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1E6B8C2D" w14:textId="77777777" w:rsidR="00DB6550" w:rsidRPr="003B29D5" w:rsidRDefault="00DB6550" w:rsidP="00DB6550">
                            <w:pPr>
                              <w:rPr>
                                <w:sz w:val="22"/>
                                <w:szCs w:val="24"/>
                              </w:rPr>
                            </w:pPr>
                          </w:p>
                          <w:p w14:paraId="1EED4A28" w14:textId="77777777" w:rsidR="00DB6550" w:rsidRDefault="00DB6550" w:rsidP="00DB6550">
                            <w:pPr>
                              <w:rPr>
                                <w:sz w:val="22"/>
                                <w:szCs w:val="24"/>
                              </w:rPr>
                            </w:pPr>
                          </w:p>
                          <w:p w14:paraId="1042A6AB" w14:textId="77777777" w:rsidR="00DB6550" w:rsidRDefault="00DB6550" w:rsidP="00DB6550">
                            <w:pPr>
                              <w:rPr>
                                <w:sz w:val="22"/>
                                <w:szCs w:val="24"/>
                              </w:rPr>
                            </w:pPr>
                          </w:p>
                          <w:p w14:paraId="6800A232" w14:textId="77777777" w:rsidR="00DB6550" w:rsidRDefault="00DB6550" w:rsidP="00DB6550">
                            <w:pPr>
                              <w:rPr>
                                <w:sz w:val="22"/>
                                <w:szCs w:val="24"/>
                              </w:rPr>
                            </w:pPr>
                          </w:p>
                          <w:p w14:paraId="7B5B3B37" w14:textId="77777777" w:rsidR="00DB6550" w:rsidRPr="003B29D5" w:rsidRDefault="00DB6550" w:rsidP="00DB6550">
                            <w:pPr>
                              <w:rPr>
                                <w:sz w:val="22"/>
                                <w:szCs w:val="24"/>
                              </w:rPr>
                            </w:pPr>
                          </w:p>
                          <w:p w14:paraId="75FBB220" w14:textId="77777777" w:rsidR="00DB6550" w:rsidRPr="003B29D5" w:rsidRDefault="00DB6550" w:rsidP="00DB6550">
                            <w:pPr>
                              <w:rPr>
                                <w:sz w:val="22"/>
                                <w:szCs w:val="24"/>
                              </w:rPr>
                            </w:pPr>
                          </w:p>
                          <w:p w14:paraId="53ED6D49" w14:textId="77777777" w:rsidR="00DB6550" w:rsidRPr="003B29D5" w:rsidRDefault="00DB6550" w:rsidP="00DB6550">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inaccessible whenever possible. </w:t>
                            </w:r>
                          </w:p>
                          <w:p w14:paraId="56866681" w14:textId="77777777" w:rsidR="00DB6550" w:rsidRDefault="00DB6550" w:rsidP="00DB6550">
                            <w:pPr>
                              <w:rPr>
                                <w:sz w:val="22"/>
                                <w:szCs w:val="24"/>
                              </w:rPr>
                            </w:pPr>
                          </w:p>
                          <w:p w14:paraId="7D174CA9" w14:textId="77777777" w:rsidR="00DB6550" w:rsidRDefault="00DB6550" w:rsidP="00DB6550">
                            <w:pPr>
                              <w:rPr>
                                <w:sz w:val="22"/>
                                <w:szCs w:val="24"/>
                              </w:rPr>
                            </w:pPr>
                          </w:p>
                          <w:p w14:paraId="01E4DB85" w14:textId="77777777" w:rsidR="00DB6550" w:rsidRDefault="00DB6550" w:rsidP="00DB6550">
                            <w:pPr>
                              <w:rPr>
                                <w:sz w:val="22"/>
                                <w:szCs w:val="24"/>
                              </w:rPr>
                            </w:pPr>
                          </w:p>
                          <w:p w14:paraId="43C634FD" w14:textId="77777777" w:rsidR="00DB6550" w:rsidRDefault="00DB6550" w:rsidP="00DB6550">
                            <w:pPr>
                              <w:rPr>
                                <w:sz w:val="22"/>
                                <w:szCs w:val="24"/>
                              </w:rPr>
                            </w:pPr>
                          </w:p>
                          <w:p w14:paraId="25EBA62E" w14:textId="77777777" w:rsidR="00DB6550" w:rsidRPr="003B29D5" w:rsidRDefault="00DB6550" w:rsidP="00DB6550">
                            <w:pPr>
                              <w:rPr>
                                <w:sz w:val="22"/>
                                <w:szCs w:val="24"/>
                              </w:rPr>
                            </w:pPr>
                          </w:p>
                          <w:p w14:paraId="5C52FC24" w14:textId="77777777" w:rsidR="00DB6550" w:rsidRPr="003B29D5" w:rsidRDefault="00DB6550" w:rsidP="00DB6550">
                            <w:pPr>
                              <w:rPr>
                                <w:sz w:val="22"/>
                                <w:szCs w:val="24"/>
                              </w:rPr>
                            </w:pPr>
                          </w:p>
                          <w:p w14:paraId="769FCB37" w14:textId="77777777" w:rsidR="00DB6550" w:rsidRPr="003B29D5" w:rsidRDefault="00DB6550" w:rsidP="00DB6550">
                            <w:pPr>
                              <w:rPr>
                                <w:b/>
                                <w:bCs/>
                                <w:sz w:val="22"/>
                                <w:szCs w:val="24"/>
                              </w:rPr>
                            </w:pPr>
                            <w:r w:rsidRPr="003B29D5">
                              <w:rPr>
                                <w:b/>
                                <w:bCs/>
                                <w:sz w:val="22"/>
                                <w:szCs w:val="24"/>
                              </w:rPr>
                              <w:t xml:space="preserve">List examples of how this criterion meaningfully impacted you or caused impairment in your daily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56096AF" id="_x0000_s1045" type="#_x0000_t202" style="width:499.2pt;height:632.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" fillcolor="#f0f7fa" stroked="f" strokeweight=".5pt">
                <v:textbox>
                  <w:txbxContent>
                    <w:p w14:paraId="4F16F567" w14:textId="77777777" w:rsidR="00DB6550" w:rsidRPr="003B29D5" w:rsidRDefault="00DB6550" w:rsidP="00DB6550">
                      <w:pPr>
                        <w:rPr>
                          <w:sz w:val="22"/>
                          <w:szCs w:val="24"/>
                        </w:rPr>
                      </w:pPr>
                      <w:r w:rsidRPr="003B29D5">
                        <w:rPr>
                          <w:b/>
                          <w:bCs/>
                          <w:sz w:val="22"/>
                          <w:szCs w:val="24"/>
                        </w:rPr>
                        <w:t xml:space="preserve">List stories and examples of this criterion showing up for you in visible ways from </w:t>
                      </w:r>
                      <w:r>
                        <w:rPr>
                          <w:b/>
                          <w:bCs/>
                          <w:sz w:val="22"/>
                          <w:szCs w:val="24"/>
                        </w:rPr>
                        <w:t>early adulthood through the present</w:t>
                      </w:r>
                      <w:r w:rsidRPr="003B29D5">
                        <w:rPr>
                          <w:b/>
                          <w:bCs/>
                          <w:sz w:val="22"/>
                          <w:szCs w:val="24"/>
                        </w:rPr>
                        <w:t>.</w:t>
                      </w:r>
                      <w:r w:rsidRPr="003B29D5">
                        <w:rPr>
                          <w:sz w:val="22"/>
                          <w:szCs w:val="24"/>
                        </w:rPr>
                        <w:t xml:space="preserve"> There is no such thing as too many.</w:t>
                      </w:r>
                    </w:p>
                    <w:p w14:paraId="3ED153B3" w14:textId="77777777" w:rsidR="00DB6550" w:rsidRDefault="00DB6550" w:rsidP="00DB6550">
                      <w:pPr>
                        <w:rPr>
                          <w:sz w:val="22"/>
                          <w:szCs w:val="24"/>
                        </w:rPr>
                      </w:pPr>
                    </w:p>
                    <w:p w14:paraId="7F84C75A" w14:textId="77777777" w:rsidR="00DB6550" w:rsidRDefault="00DB6550" w:rsidP="00DB6550">
                      <w:pPr>
                        <w:rPr>
                          <w:sz w:val="22"/>
                          <w:szCs w:val="24"/>
                        </w:rPr>
                      </w:pPr>
                    </w:p>
                    <w:p w14:paraId="23E0B2EB" w14:textId="77777777" w:rsidR="00DB6550" w:rsidRDefault="00DB6550" w:rsidP="00DB6550">
                      <w:pPr>
                        <w:rPr>
                          <w:sz w:val="22"/>
                          <w:szCs w:val="24"/>
                        </w:rPr>
                      </w:pPr>
                    </w:p>
                    <w:p w14:paraId="453FC243" w14:textId="77777777" w:rsidR="00002FE5" w:rsidRPr="003B29D5" w:rsidRDefault="00002FE5" w:rsidP="00DB6550">
                      <w:pPr>
                        <w:rPr>
                          <w:sz w:val="22"/>
                          <w:szCs w:val="24"/>
                        </w:rPr>
                      </w:pPr>
                    </w:p>
                    <w:p w14:paraId="7E3CB882" w14:textId="77777777" w:rsidR="00DB6550" w:rsidRPr="003B29D5" w:rsidRDefault="00DB6550" w:rsidP="00DB6550">
                      <w:pPr>
                        <w:rPr>
                          <w:sz w:val="22"/>
                          <w:szCs w:val="24"/>
                        </w:rPr>
                      </w:pPr>
                    </w:p>
                    <w:p w14:paraId="7A7F5CF1" w14:textId="77777777" w:rsidR="00DB6550" w:rsidRPr="003B29D5" w:rsidRDefault="00DB6550" w:rsidP="00DB6550">
                      <w:pPr>
                        <w:rPr>
                          <w:sz w:val="22"/>
                          <w:szCs w:val="24"/>
                        </w:rPr>
                      </w:pPr>
                    </w:p>
                    <w:p w14:paraId="031D845D" w14:textId="77777777" w:rsidR="00DB6550" w:rsidRPr="003B29D5" w:rsidRDefault="00DB6550" w:rsidP="00DB6550">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1E6B8C2D" w14:textId="77777777" w:rsidR="00DB6550" w:rsidRPr="003B29D5" w:rsidRDefault="00DB6550" w:rsidP="00DB6550">
                      <w:pPr>
                        <w:rPr>
                          <w:sz w:val="22"/>
                          <w:szCs w:val="24"/>
                        </w:rPr>
                      </w:pPr>
                    </w:p>
                    <w:p w14:paraId="1EED4A28" w14:textId="77777777" w:rsidR="00DB6550" w:rsidRDefault="00DB6550" w:rsidP="00DB6550">
                      <w:pPr>
                        <w:rPr>
                          <w:sz w:val="22"/>
                          <w:szCs w:val="24"/>
                        </w:rPr>
                      </w:pPr>
                    </w:p>
                    <w:p w14:paraId="1042A6AB" w14:textId="77777777" w:rsidR="00DB6550" w:rsidRDefault="00DB6550" w:rsidP="00DB6550">
                      <w:pPr>
                        <w:rPr>
                          <w:sz w:val="22"/>
                          <w:szCs w:val="24"/>
                        </w:rPr>
                      </w:pPr>
                    </w:p>
                    <w:p w14:paraId="6800A232" w14:textId="77777777" w:rsidR="00DB6550" w:rsidRDefault="00DB6550" w:rsidP="00DB6550">
                      <w:pPr>
                        <w:rPr>
                          <w:sz w:val="22"/>
                          <w:szCs w:val="24"/>
                        </w:rPr>
                      </w:pPr>
                    </w:p>
                    <w:p w14:paraId="7B5B3B37" w14:textId="77777777" w:rsidR="00DB6550" w:rsidRPr="003B29D5" w:rsidRDefault="00DB6550" w:rsidP="00DB6550">
                      <w:pPr>
                        <w:rPr>
                          <w:sz w:val="22"/>
                          <w:szCs w:val="24"/>
                        </w:rPr>
                      </w:pPr>
                    </w:p>
                    <w:p w14:paraId="75FBB220" w14:textId="77777777" w:rsidR="00DB6550" w:rsidRPr="003B29D5" w:rsidRDefault="00DB6550" w:rsidP="00DB6550">
                      <w:pPr>
                        <w:rPr>
                          <w:sz w:val="22"/>
                          <w:szCs w:val="24"/>
                        </w:rPr>
                      </w:pPr>
                    </w:p>
                    <w:p w14:paraId="53ED6D49" w14:textId="77777777" w:rsidR="00DB6550" w:rsidRPr="003B29D5" w:rsidRDefault="00DB6550" w:rsidP="00DB6550">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inaccessible whenever possible. </w:t>
                      </w:r>
                    </w:p>
                    <w:p w14:paraId="56866681" w14:textId="77777777" w:rsidR="00DB6550" w:rsidRDefault="00DB6550" w:rsidP="00DB6550">
                      <w:pPr>
                        <w:rPr>
                          <w:sz w:val="22"/>
                          <w:szCs w:val="24"/>
                        </w:rPr>
                      </w:pPr>
                    </w:p>
                    <w:p w14:paraId="7D174CA9" w14:textId="77777777" w:rsidR="00DB6550" w:rsidRDefault="00DB6550" w:rsidP="00DB6550">
                      <w:pPr>
                        <w:rPr>
                          <w:sz w:val="22"/>
                          <w:szCs w:val="24"/>
                        </w:rPr>
                      </w:pPr>
                    </w:p>
                    <w:p w14:paraId="01E4DB85" w14:textId="77777777" w:rsidR="00DB6550" w:rsidRDefault="00DB6550" w:rsidP="00DB6550">
                      <w:pPr>
                        <w:rPr>
                          <w:sz w:val="22"/>
                          <w:szCs w:val="24"/>
                        </w:rPr>
                      </w:pPr>
                    </w:p>
                    <w:p w14:paraId="43C634FD" w14:textId="77777777" w:rsidR="00DB6550" w:rsidRDefault="00DB6550" w:rsidP="00DB6550">
                      <w:pPr>
                        <w:rPr>
                          <w:sz w:val="22"/>
                          <w:szCs w:val="24"/>
                        </w:rPr>
                      </w:pPr>
                    </w:p>
                    <w:p w14:paraId="25EBA62E" w14:textId="77777777" w:rsidR="00DB6550" w:rsidRPr="003B29D5" w:rsidRDefault="00DB6550" w:rsidP="00DB6550">
                      <w:pPr>
                        <w:rPr>
                          <w:sz w:val="22"/>
                          <w:szCs w:val="24"/>
                        </w:rPr>
                      </w:pPr>
                    </w:p>
                    <w:p w14:paraId="5C52FC24" w14:textId="77777777" w:rsidR="00DB6550" w:rsidRPr="003B29D5" w:rsidRDefault="00DB6550" w:rsidP="00DB6550">
                      <w:pPr>
                        <w:rPr>
                          <w:sz w:val="22"/>
                          <w:szCs w:val="24"/>
                        </w:rPr>
                      </w:pPr>
                    </w:p>
                    <w:p w14:paraId="769FCB37" w14:textId="77777777" w:rsidR="00DB6550" w:rsidRPr="003B29D5" w:rsidRDefault="00DB6550" w:rsidP="00DB6550">
                      <w:pPr>
                        <w:rPr>
                          <w:b/>
                          <w:bCs/>
                          <w:sz w:val="22"/>
                          <w:szCs w:val="24"/>
                        </w:rPr>
                      </w:pPr>
                      <w:r w:rsidRPr="003B29D5">
                        <w:rPr>
                          <w:b/>
                          <w:bCs/>
                          <w:sz w:val="22"/>
                          <w:szCs w:val="24"/>
                        </w:rPr>
                        <w:t xml:space="preserve">List examples of how this criterion meaningfully impacted you or caused impairment in your daily life. </w:t>
                      </w:r>
                    </w:p>
                  </w:txbxContent>
                </v:textbox>
                <w10:anchorlock/>
              </v:shape>
            </w:pict>
          </mc:Fallback>
        </mc:AlternateContent>
      </w:r>
    </w:p>
    <w:p w14:paraId="5790B53A" w14:textId="77777777" w:rsidR="009C476A" w:rsidRDefault="009C476A" w:rsidP="009C476A">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Assessing your collected information</w:t>
      </w:r>
    </w:p>
    <w:p w14:paraId="658562C3" w14:textId="77777777" w:rsidR="009C476A" w:rsidRPr="001A36B5" w:rsidRDefault="009C476A" w:rsidP="009C476A">
      <w:pPr>
        <w:rPr>
          <w:rFonts w:ascii="Arial" w:eastAsiaTheme="majorEastAsia" w:hAnsi="Arial" w:cs="Arial"/>
          <w:b/>
          <w:bCs/>
          <w:color w:val="8064A2" w:themeColor="accent4"/>
          <w:sz w:val="22"/>
          <w:szCs w:val="24"/>
        </w:rPr>
      </w:pPr>
      <w:r w:rsidRPr="001A36B5">
        <w:rPr>
          <w:b/>
          <w:bCs/>
          <w:noProof/>
        </w:rPr>
        <mc:AlternateContent>
          <mc:Choice Requires="wps">
            <w:drawing>
              <wp:inline distT="0" distB="0" distL="0" distR="0" wp14:anchorId="06435479" wp14:editId="600C4CFE">
                <wp:extent cx="6254750" cy="8010525"/>
                <wp:effectExtent l="0" t="0" r="0" b="9525"/>
                <wp:docPr id="466684119" name="Text Box 2"/>
                <wp:cNvGraphicFramePr/>
                <a:graphic xmlns:a="http://schemas.openxmlformats.org/drawingml/2006/main">
                  <a:graphicData uri="http://schemas.microsoft.com/office/word/2010/wordprocessingShape">
                    <wps:wsp>
                      <wps:cNvSpPr txBox="1"/>
                      <wps:spPr>
                        <a:xfrm>
                          <a:off x="0" y="0"/>
                          <a:ext cx="6254750" cy="8010525"/>
                        </a:xfrm>
                        <a:prstGeom prst="rect">
                          <a:avLst/>
                        </a:prstGeom>
                        <a:solidFill>
                          <a:srgbClr val="F7F5F9"/>
                        </a:solidFill>
                        <a:ln w="6350">
                          <a:noFill/>
                        </a:ln>
                      </wps:spPr>
                      <wps:txbx>
                        <w:txbxContent>
                          <w:p w14:paraId="7DA9B430" w14:textId="77777777" w:rsidR="009C476A" w:rsidRPr="00FC49DD" w:rsidRDefault="009C476A" w:rsidP="009C476A">
                            <w:pPr>
                              <w:spacing w:after="180"/>
                              <w:ind w:left="180" w:right="190"/>
                              <w:rPr>
                                <w:rFonts w:ascii="Arial" w:hAnsi="Arial" w:cs="Arial"/>
                                <w:sz w:val="22"/>
                                <w:szCs w:val="24"/>
                              </w:rPr>
                            </w:pPr>
                            <w:r w:rsidRPr="00FC49DD">
                              <w:rPr>
                                <w:rFonts w:ascii="Arial" w:hAnsi="Arial" w:cs="Arial"/>
                                <w:sz w:val="22"/>
                                <w:szCs w:val="24"/>
                              </w:rPr>
                              <w:t xml:space="preserve">Complete </w:t>
                            </w:r>
                            <w:r>
                              <w:rPr>
                                <w:rFonts w:ascii="Arial" w:hAnsi="Arial" w:cs="Arial"/>
                                <w:sz w:val="22"/>
                                <w:szCs w:val="24"/>
                              </w:rPr>
                              <w:t xml:space="preserve">this section </w:t>
                            </w:r>
                            <w:r w:rsidRPr="00FC49DD">
                              <w:rPr>
                                <w:rFonts w:ascii="Arial" w:hAnsi="Arial" w:cs="Arial"/>
                                <w:sz w:val="22"/>
                                <w:szCs w:val="24"/>
                              </w:rPr>
                              <w:t>after documenting your childhood and adult experiences</w:t>
                            </w:r>
                            <w:r>
                              <w:rPr>
                                <w:rFonts w:ascii="Arial" w:hAnsi="Arial" w:cs="Arial"/>
                                <w:sz w:val="22"/>
                                <w:szCs w:val="24"/>
                              </w:rPr>
                              <w:t xml:space="preserve"> as exhaustively as possible</w:t>
                            </w:r>
                            <w:r w:rsidRPr="00FC49DD">
                              <w:rPr>
                                <w:rFonts w:ascii="Arial" w:hAnsi="Arial" w:cs="Arial"/>
                                <w:sz w:val="22"/>
                                <w:szCs w:val="24"/>
                              </w:rPr>
                              <w:t>.</w:t>
                            </w:r>
                            <w:r>
                              <w:rPr>
                                <w:rFonts w:ascii="Arial" w:hAnsi="Arial" w:cs="Arial"/>
                                <w:sz w:val="22"/>
                                <w:szCs w:val="24"/>
                              </w:rPr>
                              <w:t xml:space="preserve"> </w:t>
                            </w:r>
                          </w:p>
                          <w:p w14:paraId="72727E42" w14:textId="34CD87DA" w:rsidR="009C476A" w:rsidRPr="00F33BC1" w:rsidRDefault="009C476A" w:rsidP="00F33BC1">
                            <w:pPr>
                              <w:pStyle w:val="ListParagraph"/>
                              <w:numPr>
                                <w:ilvl w:val="0"/>
                                <w:numId w:val="32"/>
                              </w:numPr>
                              <w:spacing w:after="180"/>
                              <w:ind w:right="190"/>
                              <w:rPr>
                                <w:rFonts w:ascii="Arial" w:hAnsi="Arial" w:cs="Arial"/>
                                <w:b/>
                                <w:bCs/>
                                <w:sz w:val="22"/>
                                <w:szCs w:val="24"/>
                              </w:rPr>
                            </w:pPr>
                            <w:r w:rsidRPr="00F33BC1">
                              <w:rPr>
                                <w:rFonts w:ascii="Arial" w:hAnsi="Arial" w:cs="Arial"/>
                                <w:b/>
                                <w:bCs/>
                                <w:sz w:val="22"/>
                                <w:szCs w:val="24"/>
                              </w:rPr>
                              <w:t xml:space="preserve">Were you able to remember a substantial number of examples of this criterion showing up during your childhood? </w:t>
                            </w:r>
                            <w:r w:rsidRPr="00F33BC1">
                              <w:rPr>
                                <w:rFonts w:ascii="Arial" w:hAnsi="Arial" w:cs="Arial"/>
                                <w:sz w:val="22"/>
                                <w:szCs w:val="24"/>
                              </w:rPr>
                              <w:t xml:space="preserve">This includes observable, masked / internalized, and accommodated examples. For </w:t>
                            </w:r>
                            <w:proofErr w:type="gramStart"/>
                            <w:r w:rsidRPr="00F33BC1">
                              <w:rPr>
                                <w:rFonts w:ascii="Arial" w:hAnsi="Arial" w:cs="Arial"/>
                                <w:sz w:val="22"/>
                                <w:szCs w:val="24"/>
                              </w:rPr>
                              <w:t>accommodated</w:t>
                            </w:r>
                            <w:proofErr w:type="gramEnd"/>
                            <w:r w:rsidRPr="00F33BC1">
                              <w:rPr>
                                <w:rFonts w:ascii="Arial" w:hAnsi="Arial" w:cs="Arial"/>
                                <w:sz w:val="22"/>
                                <w:szCs w:val="24"/>
                              </w:rPr>
                              <w:t>, think about what your experiences in those circumstances would have been like if those accommodations were removed.</w:t>
                            </w:r>
                          </w:p>
                          <w:p w14:paraId="2D62AEAD"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3DD3F0B3" w14:textId="77777777" w:rsidR="009C476A" w:rsidRPr="001A36B5" w:rsidRDefault="009C476A" w:rsidP="00F33BC1">
                            <w:pPr>
                              <w:pStyle w:val="ListParagraph"/>
                              <w:numPr>
                                <w:ilvl w:val="0"/>
                                <w:numId w:val="32"/>
                              </w:numPr>
                              <w:spacing w:after="180"/>
                              <w:ind w:right="190"/>
                              <w:rPr>
                                <w:rFonts w:ascii="Arial" w:hAnsi="Arial" w:cs="Arial"/>
                                <w:b/>
                                <w:bCs/>
                                <w:sz w:val="22"/>
                                <w:szCs w:val="24"/>
                              </w:rPr>
                            </w:pPr>
                            <w:r w:rsidRPr="001A36B5">
                              <w:rPr>
                                <w:rFonts w:ascii="Arial" w:hAnsi="Arial" w:cs="Arial"/>
                                <w:b/>
                                <w:bCs/>
                                <w:sz w:val="22"/>
                                <w:szCs w:val="24"/>
                              </w:rPr>
                              <w:t xml:space="preserve">Were you able to think of a substantial number of examples of this criterion showing up for you throughout your life? </w:t>
                            </w:r>
                            <w:r>
                              <w:rPr>
                                <w:rFonts w:ascii="Arial" w:hAnsi="Arial" w:cs="Arial"/>
                                <w:sz w:val="22"/>
                                <w:szCs w:val="24"/>
                              </w:rPr>
                              <w:t xml:space="preserve">Including </w:t>
                            </w:r>
                            <w:r w:rsidRPr="001A36B5">
                              <w:rPr>
                                <w:rFonts w:ascii="Arial" w:hAnsi="Arial" w:cs="Arial"/>
                                <w:sz w:val="22"/>
                                <w:szCs w:val="24"/>
                              </w:rPr>
                              <w:t>observable, masked/internalized, and accommodated</w:t>
                            </w:r>
                            <w:r>
                              <w:rPr>
                                <w:rFonts w:ascii="Arial" w:hAnsi="Arial" w:cs="Arial"/>
                                <w:sz w:val="22"/>
                                <w:szCs w:val="24"/>
                              </w:rPr>
                              <w:t>.</w:t>
                            </w:r>
                          </w:p>
                          <w:p w14:paraId="06C5D24E"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6E21B48D" w14:textId="77777777" w:rsidR="009C476A" w:rsidRPr="001A36B5" w:rsidRDefault="009C476A" w:rsidP="00F33BC1">
                            <w:pPr>
                              <w:pStyle w:val="ListParagraph"/>
                              <w:numPr>
                                <w:ilvl w:val="0"/>
                                <w:numId w:val="32"/>
                              </w:numPr>
                              <w:spacing w:after="180"/>
                              <w:ind w:right="190"/>
                              <w:rPr>
                                <w:rFonts w:ascii="Arial" w:hAnsi="Arial" w:cs="Arial"/>
                                <w:b/>
                                <w:bCs/>
                                <w:sz w:val="22"/>
                                <w:szCs w:val="24"/>
                              </w:rPr>
                            </w:pPr>
                            <w:r w:rsidRPr="001A36B5">
                              <w:rPr>
                                <w:rFonts w:ascii="Arial" w:hAnsi="Arial" w:cs="Arial"/>
                                <w:b/>
                                <w:bCs/>
                                <w:sz w:val="22"/>
                                <w:szCs w:val="24"/>
                              </w:rPr>
                              <w:t>Would you say that this criterion shows up for you in ways that meaningfully interfere with your life and important life activities?</w:t>
                            </w:r>
                          </w:p>
                          <w:p w14:paraId="1E188A99"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2E89CF59" w14:textId="77777777" w:rsidR="009C476A" w:rsidRPr="001A36B5" w:rsidRDefault="009C476A" w:rsidP="00F33BC1">
                            <w:pPr>
                              <w:pStyle w:val="ListParagraph"/>
                              <w:numPr>
                                <w:ilvl w:val="0"/>
                                <w:numId w:val="32"/>
                              </w:numPr>
                              <w:spacing w:after="180"/>
                              <w:ind w:right="190"/>
                              <w:rPr>
                                <w:rFonts w:ascii="Arial" w:hAnsi="Arial" w:cs="Arial"/>
                                <w:b/>
                                <w:bCs/>
                                <w:sz w:val="22"/>
                                <w:szCs w:val="24"/>
                              </w:rPr>
                            </w:pPr>
                            <w:r w:rsidRPr="001A36B5">
                              <w:rPr>
                                <w:rFonts w:ascii="Arial" w:hAnsi="Arial" w:cs="Arial"/>
                                <w:b/>
                                <w:bCs/>
                                <w:sz w:val="22"/>
                                <w:szCs w:val="24"/>
                              </w:rPr>
                              <w:t>After reviewing the Intellectual Disability and Global Development Delay criteria in the DSM 5-TR, do you believe the examples you provided are most likely explained by autism and not either of the other conditions?</w:t>
                            </w:r>
                          </w:p>
                          <w:p w14:paraId="77E452E9"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0D4D9CB9" w14:textId="77777777" w:rsidR="009C476A" w:rsidRPr="00FC49DD" w:rsidRDefault="009C476A" w:rsidP="009C476A">
                            <w:pPr>
                              <w:spacing w:after="0"/>
                              <w:ind w:left="187" w:right="187"/>
                              <w:rPr>
                                <w:rFonts w:ascii="Arial" w:hAnsi="Arial" w:cs="Arial"/>
                                <w:i/>
                                <w:iCs/>
                                <w:sz w:val="22"/>
                                <w:szCs w:val="24"/>
                              </w:rPr>
                            </w:pPr>
                            <w:r w:rsidRPr="00FC49DD">
                              <w:rPr>
                                <w:rFonts w:ascii="Arial" w:hAnsi="Arial" w:cs="Arial"/>
                                <w:i/>
                                <w:iCs/>
                                <w:sz w:val="22"/>
                                <w:szCs w:val="24"/>
                              </w:rPr>
                              <w:t xml:space="preserve">Note: You will transfer these answers to the Assessment Rubric after you complete your full </w:t>
                            </w:r>
                            <w:r>
                              <w:rPr>
                                <w:rFonts w:ascii="Arial" w:hAnsi="Arial" w:cs="Arial"/>
                                <w:i/>
                                <w:iCs/>
                                <w:sz w:val="22"/>
                                <w:szCs w:val="24"/>
                              </w:rPr>
                              <w:br/>
                            </w:r>
                            <w:r w:rsidRPr="00FC49DD">
                              <w:rPr>
                                <w:rFonts w:ascii="Arial" w:hAnsi="Arial" w:cs="Arial"/>
                                <w:i/>
                                <w:iCs/>
                                <w:sz w:val="22"/>
                                <w:szCs w:val="24"/>
                              </w:rPr>
                              <w:t xml:space="preserve">self-assessment activity. </w:t>
                            </w:r>
                          </w:p>
                          <w:p w14:paraId="75822438" w14:textId="77777777" w:rsidR="009C476A" w:rsidRDefault="009C476A" w:rsidP="009C476A">
                            <w:pPr>
                              <w:pBdr>
                                <w:bottom w:val="single" w:sz="6" w:space="1" w:color="auto"/>
                              </w:pBdr>
                              <w:spacing w:after="180"/>
                              <w:ind w:right="190"/>
                              <w:rPr>
                                <w:rFonts w:ascii="Arial" w:hAnsi="Arial" w:cs="Arial"/>
                                <w:b/>
                                <w:bCs/>
                                <w:sz w:val="22"/>
                                <w:szCs w:val="24"/>
                              </w:rPr>
                            </w:pPr>
                          </w:p>
                          <w:p w14:paraId="1CB46F55" w14:textId="77777777" w:rsidR="009C476A" w:rsidRDefault="009C476A" w:rsidP="009C476A">
                            <w:pPr>
                              <w:spacing w:before="240" w:after="180"/>
                              <w:ind w:left="180" w:right="190"/>
                              <w:rPr>
                                <w:rFonts w:ascii="Arial" w:hAnsi="Arial" w:cs="Arial"/>
                                <w:sz w:val="22"/>
                                <w:szCs w:val="24"/>
                              </w:rPr>
                            </w:pPr>
                            <w:r>
                              <w:rPr>
                                <w:rFonts w:ascii="Arial" w:hAnsi="Arial" w:cs="Arial"/>
                                <w:sz w:val="22"/>
                                <w:szCs w:val="24"/>
                              </w:rPr>
                              <w:t>REMINDER</w:t>
                            </w:r>
                          </w:p>
                          <w:p w14:paraId="511FD470"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If you answered “unsure” to any of the above questions</w:t>
                            </w:r>
                          </w:p>
                          <w:p w14:paraId="4D25AE3E"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You may want to come back and continue brainstorming after you’ve completed the remaining sections. Completing later sections may help you remember examples pertaining to this one.</w:t>
                            </w:r>
                          </w:p>
                          <w:p w14:paraId="399A6D65"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not meant to be linear</w:t>
                            </w:r>
                          </w:p>
                          <w:p w14:paraId="7463929B" w14:textId="52BFB3CB"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You can move freely between criteria and document different aspects of your experiences as you think of them. Many life experiences will span multiple criteria and will pertain to more than one section of this </w:t>
                            </w:r>
                            <w:r w:rsidR="002E5F9C" w:rsidRPr="002E5F9C">
                              <w:rPr>
                                <w:rFonts w:ascii="Arial" w:hAnsi="Arial" w:cs="Arial"/>
                                <w:sz w:val="20"/>
                              </w:rPr>
                              <w:t>guide</w:t>
                            </w:r>
                            <w:r w:rsidRPr="008C35FE">
                              <w:rPr>
                                <w:rFonts w:ascii="Arial" w:hAnsi="Arial" w:cs="Arial"/>
                                <w:sz w:val="20"/>
                              </w:rPr>
                              <w:t xml:space="preserve">. </w:t>
                            </w:r>
                          </w:p>
                          <w:p w14:paraId="2AFC3920"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also not meant to be completed in one sitting</w:t>
                            </w:r>
                          </w:p>
                          <w:p w14:paraId="29283AFF"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Thinking about and remembering decades of your life is not an easy task. It also takes time. Take as many breaks as you need. Even if those breaks span days or even weeks. </w:t>
                            </w:r>
                          </w:p>
                          <w:p w14:paraId="076C0F39" w14:textId="77777777" w:rsidR="009C476A" w:rsidRPr="008C35FE" w:rsidRDefault="009C476A" w:rsidP="009C476A">
                            <w:pPr>
                              <w:spacing w:after="18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6435479" id="_x0000_s1046" type="#_x0000_t202" style="width:492.5pt;height:6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" fillcolor="#f7f5f9" stroked="f" strokeweight=".5pt">
                <v:textbox>
                  <w:txbxContent>
                    <w:p w14:paraId="7DA9B430" w14:textId="77777777" w:rsidR="009C476A" w:rsidRPr="00FC49DD" w:rsidRDefault="009C476A" w:rsidP="009C476A">
                      <w:pPr>
                        <w:spacing w:after="180"/>
                        <w:ind w:left="180" w:right="190"/>
                        <w:rPr>
                          <w:rFonts w:ascii="Arial" w:hAnsi="Arial" w:cs="Arial"/>
                          <w:sz w:val="22"/>
                          <w:szCs w:val="24"/>
                        </w:rPr>
                      </w:pPr>
                      <w:r w:rsidRPr="00FC49DD">
                        <w:rPr>
                          <w:rFonts w:ascii="Arial" w:hAnsi="Arial" w:cs="Arial"/>
                          <w:sz w:val="22"/>
                          <w:szCs w:val="24"/>
                        </w:rPr>
                        <w:t xml:space="preserve">Complete </w:t>
                      </w:r>
                      <w:r>
                        <w:rPr>
                          <w:rFonts w:ascii="Arial" w:hAnsi="Arial" w:cs="Arial"/>
                          <w:sz w:val="22"/>
                          <w:szCs w:val="24"/>
                        </w:rPr>
                        <w:t xml:space="preserve">this section </w:t>
                      </w:r>
                      <w:r w:rsidRPr="00FC49DD">
                        <w:rPr>
                          <w:rFonts w:ascii="Arial" w:hAnsi="Arial" w:cs="Arial"/>
                          <w:sz w:val="22"/>
                          <w:szCs w:val="24"/>
                        </w:rPr>
                        <w:t>after documenting your childhood and adult experiences</w:t>
                      </w:r>
                      <w:r>
                        <w:rPr>
                          <w:rFonts w:ascii="Arial" w:hAnsi="Arial" w:cs="Arial"/>
                          <w:sz w:val="22"/>
                          <w:szCs w:val="24"/>
                        </w:rPr>
                        <w:t xml:space="preserve"> as exhaustively as possible</w:t>
                      </w:r>
                      <w:r w:rsidRPr="00FC49DD">
                        <w:rPr>
                          <w:rFonts w:ascii="Arial" w:hAnsi="Arial" w:cs="Arial"/>
                          <w:sz w:val="22"/>
                          <w:szCs w:val="24"/>
                        </w:rPr>
                        <w:t>.</w:t>
                      </w:r>
                      <w:r>
                        <w:rPr>
                          <w:rFonts w:ascii="Arial" w:hAnsi="Arial" w:cs="Arial"/>
                          <w:sz w:val="22"/>
                          <w:szCs w:val="24"/>
                        </w:rPr>
                        <w:t xml:space="preserve"> </w:t>
                      </w:r>
                    </w:p>
                    <w:p w14:paraId="72727E42" w14:textId="34CD87DA" w:rsidR="009C476A" w:rsidRPr="00F33BC1" w:rsidRDefault="009C476A" w:rsidP="00F33BC1">
                      <w:pPr>
                        <w:pStyle w:val="ListParagraph"/>
                        <w:numPr>
                          <w:ilvl w:val="0"/>
                          <w:numId w:val="32"/>
                        </w:numPr>
                        <w:spacing w:after="180"/>
                        <w:ind w:right="190"/>
                        <w:rPr>
                          <w:rFonts w:ascii="Arial" w:hAnsi="Arial" w:cs="Arial"/>
                          <w:b/>
                          <w:bCs/>
                          <w:sz w:val="22"/>
                          <w:szCs w:val="24"/>
                        </w:rPr>
                      </w:pPr>
                      <w:r w:rsidRPr="00F33BC1">
                        <w:rPr>
                          <w:rFonts w:ascii="Arial" w:hAnsi="Arial" w:cs="Arial"/>
                          <w:b/>
                          <w:bCs/>
                          <w:sz w:val="22"/>
                          <w:szCs w:val="24"/>
                        </w:rPr>
                        <w:t xml:space="preserve">Were you able to remember a substantial number of examples of this criterion showing up during your childhood? </w:t>
                      </w:r>
                      <w:r w:rsidRPr="00F33BC1">
                        <w:rPr>
                          <w:rFonts w:ascii="Arial" w:hAnsi="Arial" w:cs="Arial"/>
                          <w:sz w:val="22"/>
                          <w:szCs w:val="24"/>
                        </w:rPr>
                        <w:t xml:space="preserve">This includes observable, masked / internalized, and accommodated examples. For </w:t>
                      </w:r>
                      <w:proofErr w:type="gramStart"/>
                      <w:r w:rsidRPr="00F33BC1">
                        <w:rPr>
                          <w:rFonts w:ascii="Arial" w:hAnsi="Arial" w:cs="Arial"/>
                          <w:sz w:val="22"/>
                          <w:szCs w:val="24"/>
                        </w:rPr>
                        <w:t>accommodated</w:t>
                      </w:r>
                      <w:proofErr w:type="gramEnd"/>
                      <w:r w:rsidRPr="00F33BC1">
                        <w:rPr>
                          <w:rFonts w:ascii="Arial" w:hAnsi="Arial" w:cs="Arial"/>
                          <w:sz w:val="22"/>
                          <w:szCs w:val="24"/>
                        </w:rPr>
                        <w:t>, think about what your experiences in those circumstances would have been like if those accommodations were removed.</w:t>
                      </w:r>
                    </w:p>
                    <w:p w14:paraId="2D62AEAD"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3DD3F0B3" w14:textId="77777777" w:rsidR="009C476A" w:rsidRPr="001A36B5" w:rsidRDefault="009C476A" w:rsidP="00F33BC1">
                      <w:pPr>
                        <w:pStyle w:val="ListParagraph"/>
                        <w:numPr>
                          <w:ilvl w:val="0"/>
                          <w:numId w:val="32"/>
                        </w:numPr>
                        <w:spacing w:after="180"/>
                        <w:ind w:right="190"/>
                        <w:rPr>
                          <w:rFonts w:ascii="Arial" w:hAnsi="Arial" w:cs="Arial"/>
                          <w:b/>
                          <w:bCs/>
                          <w:sz w:val="22"/>
                          <w:szCs w:val="24"/>
                        </w:rPr>
                      </w:pPr>
                      <w:r w:rsidRPr="001A36B5">
                        <w:rPr>
                          <w:rFonts w:ascii="Arial" w:hAnsi="Arial" w:cs="Arial"/>
                          <w:b/>
                          <w:bCs/>
                          <w:sz w:val="22"/>
                          <w:szCs w:val="24"/>
                        </w:rPr>
                        <w:t xml:space="preserve">Were you able to think of a substantial number of examples of this criterion showing up for you throughout your life? </w:t>
                      </w:r>
                      <w:r>
                        <w:rPr>
                          <w:rFonts w:ascii="Arial" w:hAnsi="Arial" w:cs="Arial"/>
                          <w:sz w:val="22"/>
                          <w:szCs w:val="24"/>
                        </w:rPr>
                        <w:t xml:space="preserve">Including </w:t>
                      </w:r>
                      <w:r w:rsidRPr="001A36B5">
                        <w:rPr>
                          <w:rFonts w:ascii="Arial" w:hAnsi="Arial" w:cs="Arial"/>
                          <w:sz w:val="22"/>
                          <w:szCs w:val="24"/>
                        </w:rPr>
                        <w:t>observable, masked/internalized, and accommodated</w:t>
                      </w:r>
                      <w:r>
                        <w:rPr>
                          <w:rFonts w:ascii="Arial" w:hAnsi="Arial" w:cs="Arial"/>
                          <w:sz w:val="22"/>
                          <w:szCs w:val="24"/>
                        </w:rPr>
                        <w:t>.</w:t>
                      </w:r>
                    </w:p>
                    <w:p w14:paraId="06C5D24E"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6E21B48D" w14:textId="77777777" w:rsidR="009C476A" w:rsidRPr="001A36B5" w:rsidRDefault="009C476A" w:rsidP="00F33BC1">
                      <w:pPr>
                        <w:pStyle w:val="ListParagraph"/>
                        <w:numPr>
                          <w:ilvl w:val="0"/>
                          <w:numId w:val="32"/>
                        </w:numPr>
                        <w:spacing w:after="180"/>
                        <w:ind w:right="190"/>
                        <w:rPr>
                          <w:rFonts w:ascii="Arial" w:hAnsi="Arial" w:cs="Arial"/>
                          <w:b/>
                          <w:bCs/>
                          <w:sz w:val="22"/>
                          <w:szCs w:val="24"/>
                        </w:rPr>
                      </w:pPr>
                      <w:r w:rsidRPr="001A36B5">
                        <w:rPr>
                          <w:rFonts w:ascii="Arial" w:hAnsi="Arial" w:cs="Arial"/>
                          <w:b/>
                          <w:bCs/>
                          <w:sz w:val="22"/>
                          <w:szCs w:val="24"/>
                        </w:rPr>
                        <w:t>Would you say that this criterion shows up for you in ways that meaningfully interfere with your life and important life activities?</w:t>
                      </w:r>
                    </w:p>
                    <w:p w14:paraId="1E188A99"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2E89CF59" w14:textId="77777777" w:rsidR="009C476A" w:rsidRPr="001A36B5" w:rsidRDefault="009C476A" w:rsidP="00F33BC1">
                      <w:pPr>
                        <w:pStyle w:val="ListParagraph"/>
                        <w:numPr>
                          <w:ilvl w:val="0"/>
                          <w:numId w:val="32"/>
                        </w:numPr>
                        <w:spacing w:after="180"/>
                        <w:ind w:right="190"/>
                        <w:rPr>
                          <w:rFonts w:ascii="Arial" w:hAnsi="Arial" w:cs="Arial"/>
                          <w:b/>
                          <w:bCs/>
                          <w:sz w:val="22"/>
                          <w:szCs w:val="24"/>
                        </w:rPr>
                      </w:pPr>
                      <w:r w:rsidRPr="001A36B5">
                        <w:rPr>
                          <w:rFonts w:ascii="Arial" w:hAnsi="Arial" w:cs="Arial"/>
                          <w:b/>
                          <w:bCs/>
                          <w:sz w:val="22"/>
                          <w:szCs w:val="24"/>
                        </w:rPr>
                        <w:t>After reviewing the Intellectual Disability and Global Development Delay criteria in the DSM 5-TR, do you believe the examples you provided are most likely explained by autism and not either of the other conditions?</w:t>
                      </w:r>
                    </w:p>
                    <w:p w14:paraId="77E452E9"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0D4D9CB9" w14:textId="77777777" w:rsidR="009C476A" w:rsidRPr="00FC49DD" w:rsidRDefault="009C476A" w:rsidP="009C476A">
                      <w:pPr>
                        <w:spacing w:after="0"/>
                        <w:ind w:left="187" w:right="187"/>
                        <w:rPr>
                          <w:rFonts w:ascii="Arial" w:hAnsi="Arial" w:cs="Arial"/>
                          <w:i/>
                          <w:iCs/>
                          <w:sz w:val="22"/>
                          <w:szCs w:val="24"/>
                        </w:rPr>
                      </w:pPr>
                      <w:r w:rsidRPr="00FC49DD">
                        <w:rPr>
                          <w:rFonts w:ascii="Arial" w:hAnsi="Arial" w:cs="Arial"/>
                          <w:i/>
                          <w:iCs/>
                          <w:sz w:val="22"/>
                          <w:szCs w:val="24"/>
                        </w:rPr>
                        <w:t xml:space="preserve">Note: You will transfer these answers to the Assessment Rubric after you complete your full </w:t>
                      </w:r>
                      <w:r>
                        <w:rPr>
                          <w:rFonts w:ascii="Arial" w:hAnsi="Arial" w:cs="Arial"/>
                          <w:i/>
                          <w:iCs/>
                          <w:sz w:val="22"/>
                          <w:szCs w:val="24"/>
                        </w:rPr>
                        <w:br/>
                      </w:r>
                      <w:r w:rsidRPr="00FC49DD">
                        <w:rPr>
                          <w:rFonts w:ascii="Arial" w:hAnsi="Arial" w:cs="Arial"/>
                          <w:i/>
                          <w:iCs/>
                          <w:sz w:val="22"/>
                          <w:szCs w:val="24"/>
                        </w:rPr>
                        <w:t xml:space="preserve">self-assessment activity. </w:t>
                      </w:r>
                    </w:p>
                    <w:p w14:paraId="75822438" w14:textId="77777777" w:rsidR="009C476A" w:rsidRDefault="009C476A" w:rsidP="009C476A">
                      <w:pPr>
                        <w:pBdr>
                          <w:bottom w:val="single" w:sz="6" w:space="1" w:color="auto"/>
                        </w:pBdr>
                        <w:spacing w:after="180"/>
                        <w:ind w:right="190"/>
                        <w:rPr>
                          <w:rFonts w:ascii="Arial" w:hAnsi="Arial" w:cs="Arial"/>
                          <w:b/>
                          <w:bCs/>
                          <w:sz w:val="22"/>
                          <w:szCs w:val="24"/>
                        </w:rPr>
                      </w:pPr>
                    </w:p>
                    <w:p w14:paraId="1CB46F55" w14:textId="77777777" w:rsidR="009C476A" w:rsidRDefault="009C476A" w:rsidP="009C476A">
                      <w:pPr>
                        <w:spacing w:before="240" w:after="180"/>
                        <w:ind w:left="180" w:right="190"/>
                        <w:rPr>
                          <w:rFonts w:ascii="Arial" w:hAnsi="Arial" w:cs="Arial"/>
                          <w:sz w:val="22"/>
                          <w:szCs w:val="24"/>
                        </w:rPr>
                      </w:pPr>
                      <w:r>
                        <w:rPr>
                          <w:rFonts w:ascii="Arial" w:hAnsi="Arial" w:cs="Arial"/>
                          <w:sz w:val="22"/>
                          <w:szCs w:val="24"/>
                        </w:rPr>
                        <w:t>REMINDER</w:t>
                      </w:r>
                    </w:p>
                    <w:p w14:paraId="511FD470"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If you answered “unsure” to any of the above questions</w:t>
                      </w:r>
                    </w:p>
                    <w:p w14:paraId="4D25AE3E"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You may want to come back and continue brainstorming after you’ve completed the remaining sections. Completing later sections may help you remember examples pertaining to this one.</w:t>
                      </w:r>
                    </w:p>
                    <w:p w14:paraId="399A6D65"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not meant to be linear</w:t>
                      </w:r>
                    </w:p>
                    <w:p w14:paraId="7463929B" w14:textId="52BFB3CB"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You can move freely between criteria and document different aspects of your experiences as you think of them. Many life experiences will span multiple criteria and will pertain to more than one section of this </w:t>
                      </w:r>
                      <w:r w:rsidR="002E5F9C" w:rsidRPr="002E5F9C">
                        <w:rPr>
                          <w:rFonts w:ascii="Arial" w:hAnsi="Arial" w:cs="Arial"/>
                          <w:sz w:val="20"/>
                        </w:rPr>
                        <w:t>guide</w:t>
                      </w:r>
                      <w:r w:rsidRPr="008C35FE">
                        <w:rPr>
                          <w:rFonts w:ascii="Arial" w:hAnsi="Arial" w:cs="Arial"/>
                          <w:sz w:val="20"/>
                        </w:rPr>
                        <w:t xml:space="preserve">. </w:t>
                      </w:r>
                    </w:p>
                    <w:p w14:paraId="2AFC3920"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also not meant to be completed in one sitting</w:t>
                      </w:r>
                    </w:p>
                    <w:p w14:paraId="29283AFF"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Thinking about and remembering decades of your life is not an easy task. It also takes time. Take as many breaks as you need. Even if those breaks span days or even weeks. </w:t>
                      </w:r>
                    </w:p>
                    <w:p w14:paraId="076C0F39" w14:textId="77777777" w:rsidR="009C476A" w:rsidRPr="008C35FE" w:rsidRDefault="009C476A" w:rsidP="009C476A">
                      <w:pPr>
                        <w:spacing w:after="180"/>
                        <w:rPr>
                          <w:sz w:val="20"/>
                          <w:szCs w:val="20"/>
                        </w:rPr>
                      </w:pPr>
                    </w:p>
                  </w:txbxContent>
                </v:textbox>
                <w10:anchorlock/>
              </v:shape>
            </w:pict>
          </mc:Fallback>
        </mc:AlternateContent>
      </w:r>
    </w:p>
    <w:p w14:paraId="492AB3DF" w14:textId="77777777" w:rsidR="009C476A" w:rsidRDefault="009C476A" w:rsidP="009C476A">
      <w:pPr>
        <w:spacing w:after="200"/>
        <w:rPr>
          <w:rFonts w:ascii="Arial" w:eastAsiaTheme="majorEastAsia" w:hAnsi="Arial" w:cs="Arial"/>
          <w:b/>
          <w:bCs/>
          <w:color w:val="8064A2" w:themeColor="accent4"/>
          <w:sz w:val="22"/>
          <w:szCs w:val="24"/>
        </w:rPr>
      </w:pPr>
      <w:r>
        <w:rPr>
          <w:rFonts w:ascii="Arial" w:hAnsi="Arial" w:cs="Arial"/>
          <w:b/>
          <w:bCs/>
          <w:color w:val="8064A2" w:themeColor="accent4"/>
          <w:sz w:val="22"/>
          <w:szCs w:val="24"/>
        </w:rPr>
        <w:br w:type="page"/>
      </w:r>
    </w:p>
    <w:p w14:paraId="7FF1DEF5" w14:textId="48DE8C7E" w:rsidR="00560D23" w:rsidRDefault="00560D23" w:rsidP="00D80790">
      <w:pPr>
        <w:pStyle w:val="Heading4"/>
        <w:shd w:val="clear" w:color="auto" w:fill="E8F4F8"/>
        <w:spacing w:after="120"/>
        <w:rPr>
          <w:rFonts w:ascii="Arial" w:hAnsi="Arial" w:cs="Arial"/>
          <w:i w:val="0"/>
          <w:iCs w:val="0"/>
          <w:color w:val="0070C0"/>
          <w:sz w:val="24"/>
          <w:szCs w:val="28"/>
        </w:rPr>
      </w:pPr>
      <w:r w:rsidRPr="00480CF8">
        <w:rPr>
          <w:rFonts w:ascii="Arial" w:hAnsi="Arial" w:cs="Arial"/>
          <w:i w:val="0"/>
          <w:iCs w:val="0"/>
          <w:color w:val="0070C0"/>
          <w:sz w:val="24"/>
          <w:szCs w:val="28"/>
        </w:rPr>
        <w:lastRenderedPageBreak/>
        <w:t>Criterion B</w:t>
      </w:r>
      <w:r>
        <w:rPr>
          <w:rFonts w:ascii="Arial" w:hAnsi="Arial" w:cs="Arial"/>
          <w:i w:val="0"/>
          <w:iCs w:val="0"/>
          <w:color w:val="0070C0"/>
          <w:sz w:val="24"/>
          <w:szCs w:val="28"/>
        </w:rPr>
        <w:t>2</w:t>
      </w:r>
      <w:r w:rsidR="00DB6550">
        <w:rPr>
          <w:rFonts w:ascii="Arial" w:hAnsi="Arial" w:cs="Arial"/>
          <w:i w:val="0"/>
          <w:iCs w:val="0"/>
          <w:color w:val="0070C0"/>
          <w:sz w:val="24"/>
          <w:szCs w:val="28"/>
        </w:rPr>
        <w:t xml:space="preserve"> Guided Section</w:t>
      </w:r>
    </w:p>
    <w:p w14:paraId="6D3B9EB0" w14:textId="3467BD0E" w:rsidR="00BF3F37" w:rsidRDefault="00B04C6F" w:rsidP="006D34A4">
      <w:pPr>
        <w:spacing w:before="240"/>
        <w:rPr>
          <w:rFonts w:ascii="Arial" w:hAnsi="Arial" w:cs="Arial"/>
          <w:noProof/>
          <w:sz w:val="22"/>
        </w:rPr>
      </w:pPr>
      <w:r>
        <w:rPr>
          <w:rFonts w:ascii="Arial" w:hAnsi="Arial" w:cs="Arial"/>
          <w:b/>
          <w:bCs/>
          <w:noProof/>
          <w:sz w:val="22"/>
        </w:rPr>
        <w:t>DSM Criterion:</w:t>
      </w:r>
      <w:r>
        <w:rPr>
          <w:rFonts w:ascii="Arial" w:hAnsi="Arial" w:cs="Arial"/>
          <w:noProof/>
          <w:sz w:val="22"/>
        </w:rPr>
        <w:t xml:space="preserve"> </w:t>
      </w:r>
      <w:r w:rsidR="00BF3F37" w:rsidRPr="00480CF8">
        <w:rPr>
          <w:rFonts w:ascii="Arial" w:hAnsi="Arial" w:cs="Arial"/>
          <w:noProof/>
          <w:sz w:val="22"/>
        </w:rPr>
        <w:t>Insistence on sameness, inflexible adherence to routines, or ritualized patterns of verbal or nonverbal behavior (e.g., extreme distress at small changes, difficulties with transitions, rigid thinking patterns, greeting rituals, need to take same route or eat same food every day).</w:t>
      </w:r>
    </w:p>
    <w:p w14:paraId="7C0086DC" w14:textId="77777777" w:rsidR="00002FE5" w:rsidRPr="00DB6550" w:rsidRDefault="00002FE5" w:rsidP="00002FE5">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t>Provided</w:t>
      </w:r>
      <w:r w:rsidRPr="00DB6550">
        <w:rPr>
          <w:rFonts w:ascii="Arial" w:hAnsi="Arial" w:cs="Arial"/>
          <w:b/>
          <w:bCs/>
          <w:color w:val="8064A2" w:themeColor="accent4"/>
          <w:sz w:val="22"/>
          <w:szCs w:val="24"/>
        </w:rPr>
        <w:t xml:space="preserve"> Examples</w:t>
      </w:r>
    </w:p>
    <w:p w14:paraId="7D03509D" w14:textId="21DEB52E" w:rsidR="00560D23" w:rsidRPr="00480CF8" w:rsidRDefault="00560D23" w:rsidP="00560D23">
      <w:pPr>
        <w:spacing w:afterLines="120" w:after="288" w:line="288" w:lineRule="auto"/>
        <w:rPr>
          <w:rFonts w:ascii="Arial" w:hAnsi="Arial" w:cs="Arial"/>
          <w:noProof/>
          <w:sz w:val="22"/>
        </w:rPr>
      </w:pPr>
      <w:r w:rsidRPr="00480CF8">
        <w:rPr>
          <w:rFonts w:ascii="Arial" w:hAnsi="Arial" w:cs="Arial"/>
          <w:i/>
          <w:iCs/>
          <w:noProof/>
          <w:sz w:val="24"/>
          <w:szCs w:val="24"/>
        </w:rPr>
        <mc:AlternateContent>
          <mc:Choice Requires="wps">
            <w:drawing>
              <wp:inline distT="0" distB="0" distL="0" distR="0" wp14:anchorId="14E29141" wp14:editId="5C030B75">
                <wp:extent cx="6339840" cy="6321287"/>
                <wp:effectExtent l="0" t="0" r="3810" b="3810"/>
                <wp:docPr id="1620956577" name="Text Box 2"/>
                <wp:cNvGraphicFramePr/>
                <a:graphic xmlns:a="http://schemas.openxmlformats.org/drawingml/2006/main">
                  <a:graphicData uri="http://schemas.microsoft.com/office/word/2010/wordprocessingShape">
                    <wps:wsp>
                      <wps:cNvSpPr txBox="1"/>
                      <wps:spPr>
                        <a:xfrm>
                          <a:off x="0" y="0"/>
                          <a:ext cx="6339840" cy="6321287"/>
                        </a:xfrm>
                        <a:prstGeom prst="rect">
                          <a:avLst/>
                        </a:prstGeom>
                        <a:solidFill>
                          <a:srgbClr val="F7F5F9"/>
                        </a:solidFill>
                        <a:ln w="6350">
                          <a:noFill/>
                        </a:ln>
                      </wps:spPr>
                      <wps:txbx>
                        <w:txbxContent>
                          <w:p w14:paraId="300049C0" w14:textId="77777777" w:rsidR="00D408DC" w:rsidRPr="00082A39" w:rsidRDefault="00D408DC" w:rsidP="00D408DC">
                            <w:pPr>
                              <w:spacing w:after="240"/>
                              <w:rPr>
                                <w:rFonts w:ascii="Arial" w:hAnsi="Arial" w:cs="Arial"/>
                                <w:b/>
                                <w:bCs/>
                                <w:sz w:val="22"/>
                                <w:szCs w:val="24"/>
                              </w:rPr>
                            </w:pPr>
                            <w:r>
                              <w:rPr>
                                <w:rFonts w:ascii="Arial" w:hAnsi="Arial" w:cs="Arial"/>
                                <w:b/>
                                <w:bCs/>
                                <w:sz w:val="22"/>
                                <w:szCs w:val="24"/>
                              </w:rPr>
                              <w:t>General</w:t>
                            </w:r>
                            <w:r w:rsidRPr="00082A39">
                              <w:rPr>
                                <w:rFonts w:ascii="Arial" w:hAnsi="Arial" w:cs="Arial"/>
                                <w:b/>
                                <w:bCs/>
                                <w:sz w:val="22"/>
                                <w:szCs w:val="24"/>
                              </w:rPr>
                              <w:t xml:space="preserve"> examples:</w:t>
                            </w:r>
                          </w:p>
                          <w:p w14:paraId="58F0EBA2" w14:textId="364E7D37" w:rsidR="00FD443D" w:rsidRPr="00082A39" w:rsidRDefault="00FD443D" w:rsidP="00082A39">
                            <w:pPr>
                              <w:spacing w:after="240"/>
                              <w:rPr>
                                <w:rFonts w:ascii="Arial" w:hAnsi="Arial" w:cs="Arial"/>
                                <w:sz w:val="22"/>
                                <w:szCs w:val="24"/>
                              </w:rPr>
                            </w:pPr>
                            <w:r w:rsidRPr="00082A39">
                              <w:rPr>
                                <w:rFonts w:ascii="Arial" w:hAnsi="Arial" w:cs="Arial"/>
                                <w:sz w:val="22"/>
                                <w:szCs w:val="24"/>
                              </w:rPr>
                              <w:t xml:space="preserve">Routine is extremely important and a break in routine causes anxiety. </w:t>
                            </w:r>
                            <w:proofErr w:type="gramStart"/>
                            <w:r w:rsidRPr="00082A39">
                              <w:rPr>
                                <w:rFonts w:ascii="Arial" w:hAnsi="Arial" w:cs="Arial"/>
                                <w:sz w:val="22"/>
                                <w:szCs w:val="24"/>
                              </w:rPr>
                              <w:t>Eats</w:t>
                            </w:r>
                            <w:proofErr w:type="gramEnd"/>
                            <w:r w:rsidRPr="00082A39">
                              <w:rPr>
                                <w:rFonts w:ascii="Arial" w:hAnsi="Arial" w:cs="Arial"/>
                                <w:sz w:val="22"/>
                                <w:szCs w:val="24"/>
                              </w:rPr>
                              <w:t xml:space="preserve"> the same food regularly, </w:t>
                            </w:r>
                            <w:proofErr w:type="gramStart"/>
                            <w:r w:rsidRPr="00082A39">
                              <w:rPr>
                                <w:rFonts w:ascii="Arial" w:hAnsi="Arial" w:cs="Arial"/>
                                <w:sz w:val="22"/>
                                <w:szCs w:val="24"/>
                              </w:rPr>
                              <w:t>wears</w:t>
                            </w:r>
                            <w:proofErr w:type="gramEnd"/>
                            <w:r w:rsidRPr="00082A39">
                              <w:rPr>
                                <w:rFonts w:ascii="Arial" w:hAnsi="Arial" w:cs="Arial"/>
                                <w:sz w:val="22"/>
                                <w:szCs w:val="24"/>
                              </w:rPr>
                              <w:t xml:space="preserve"> the same clothes regularly, </w:t>
                            </w:r>
                            <w:proofErr w:type="gramStart"/>
                            <w:r w:rsidRPr="00082A39">
                              <w:rPr>
                                <w:rFonts w:ascii="Arial" w:hAnsi="Arial" w:cs="Arial"/>
                                <w:sz w:val="22"/>
                                <w:szCs w:val="24"/>
                              </w:rPr>
                              <w:t>prefers</w:t>
                            </w:r>
                            <w:proofErr w:type="gramEnd"/>
                            <w:r w:rsidRPr="00082A39">
                              <w:rPr>
                                <w:rFonts w:ascii="Arial" w:hAnsi="Arial" w:cs="Arial"/>
                                <w:sz w:val="22"/>
                                <w:szCs w:val="24"/>
                              </w:rPr>
                              <w:t xml:space="preserve"> using the same products regularly.</w:t>
                            </w:r>
                          </w:p>
                          <w:p w14:paraId="14AADD03"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childhood</w:t>
                            </w:r>
                          </w:p>
                          <w:p w14:paraId="26A12B0C" w14:textId="2045F180" w:rsidR="00FD443D" w:rsidRPr="00082A39" w:rsidRDefault="00FD443D" w:rsidP="00082A39">
                            <w:pPr>
                              <w:spacing w:after="240"/>
                              <w:rPr>
                                <w:rFonts w:ascii="Arial" w:hAnsi="Arial" w:cs="Arial"/>
                                <w:sz w:val="22"/>
                                <w:szCs w:val="24"/>
                              </w:rPr>
                            </w:pPr>
                            <w:r w:rsidRPr="00082A39">
                              <w:rPr>
                                <w:rFonts w:ascii="Arial" w:hAnsi="Arial" w:cs="Arial"/>
                                <w:sz w:val="22"/>
                                <w:szCs w:val="24"/>
                              </w:rPr>
                              <w:t xml:space="preserve">Penelope can be very rigid when it comes to her personal preferences. Example, she won’t wear clothes with bows on them. Needs to use specific items, like a certain type of pen or specific gloves. Will have “meltdowns” when not able to use those items. This has come up many times at school and has been mentioned by most of her teachers, including her current homeroom teacher. Has a wide range of foods she’ll </w:t>
                            </w:r>
                            <w:proofErr w:type="gramStart"/>
                            <w:r w:rsidRPr="00082A39">
                              <w:rPr>
                                <w:rFonts w:ascii="Arial" w:hAnsi="Arial" w:cs="Arial"/>
                                <w:sz w:val="22"/>
                                <w:szCs w:val="24"/>
                              </w:rPr>
                              <w:t>eat, but</w:t>
                            </w:r>
                            <w:proofErr w:type="gramEnd"/>
                            <w:r w:rsidRPr="00082A39">
                              <w:rPr>
                                <w:rFonts w:ascii="Arial" w:hAnsi="Arial" w:cs="Arial"/>
                                <w:sz w:val="22"/>
                                <w:szCs w:val="24"/>
                              </w:rPr>
                              <w:t xml:space="preserve"> is also very particular when it comes to specific types of foods… example, fruit needs to be a certain type of ripeness or </w:t>
                            </w:r>
                            <w:proofErr w:type="gramStart"/>
                            <w:r w:rsidRPr="00082A39">
                              <w:rPr>
                                <w:rFonts w:ascii="Arial" w:hAnsi="Arial" w:cs="Arial"/>
                                <w:sz w:val="22"/>
                                <w:szCs w:val="24"/>
                              </w:rPr>
                              <w:t>has to</w:t>
                            </w:r>
                            <w:proofErr w:type="gramEnd"/>
                            <w:r w:rsidRPr="00082A39">
                              <w:rPr>
                                <w:rFonts w:ascii="Arial" w:hAnsi="Arial" w:cs="Arial"/>
                                <w:sz w:val="22"/>
                                <w:szCs w:val="24"/>
                              </w:rPr>
                              <w:t xml:space="preserve"> look (or not look) a certain way to eat it. She will also ask to eat the same food items for months at a time (e.g. lentils)</w:t>
                            </w:r>
                          </w:p>
                          <w:p w14:paraId="0FFD23A2"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adulthood</w:t>
                            </w:r>
                          </w:p>
                          <w:p w14:paraId="422804F3" w14:textId="77777777"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Routine is </w:t>
                            </w:r>
                            <w:proofErr w:type="gramStart"/>
                            <w:r w:rsidRPr="00082A39">
                              <w:rPr>
                                <w:rFonts w:ascii="Arial" w:hAnsi="Arial" w:cs="Arial"/>
                                <w:sz w:val="22"/>
                                <w:szCs w:val="24"/>
                              </w:rPr>
                              <w:t>definitely extremely</w:t>
                            </w:r>
                            <w:proofErr w:type="gramEnd"/>
                            <w:r w:rsidRPr="00082A39">
                              <w:rPr>
                                <w:rFonts w:ascii="Arial" w:hAnsi="Arial" w:cs="Arial"/>
                                <w:sz w:val="22"/>
                                <w:szCs w:val="24"/>
                              </w:rPr>
                              <w:t xml:space="preserve"> important to me and if my routine is thrown off, it gives me massive anxiety… especially if the change has to do with something social. For example, I need a LOT of mental preparation when it comes to visiting my husband’s family. Last year, we made plans to visit them for Christmas several months in advance (we live in Michigan, they live in New York). The plan was set, and I had plenty of time to get comfortable with the trip. Two days before we were set to leave, my husband’s parents tell us that we are going to a restaurant with the family instead of having Christmas dinner at one of their houses. This change gave me a huge amount of anxiety for many reasons… but the last-minute change in plans plus the social aspect put it over the top for me. </w:t>
                            </w:r>
                          </w:p>
                          <w:p w14:paraId="1452B3B0" w14:textId="77777777"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Thankfully, my husband was on the same page as me and was able to empathize. We did end up going to the restaurant… but having his support really made the difference and made it possible for me to transition to the changed plan in my mind without having a meltdown. </w:t>
                            </w:r>
                          </w:p>
                          <w:p w14:paraId="43C43430" w14:textId="77777777"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That said, there have been many situations where plan changes have led to meltdowns/anxiety attacks.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4E29141" id="_x0000_s1047" type="#_x0000_t202" style="width:499.2pt;height:49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" fillcolor="#f7f5f9" stroked="f" strokeweight=".5pt">
                <v:textbox>
                  <w:txbxContent>
                    <w:p w14:paraId="300049C0" w14:textId="77777777" w:rsidR="00D408DC" w:rsidRPr="00082A39" w:rsidRDefault="00D408DC" w:rsidP="00D408DC">
                      <w:pPr>
                        <w:spacing w:after="240"/>
                        <w:rPr>
                          <w:rFonts w:ascii="Arial" w:hAnsi="Arial" w:cs="Arial"/>
                          <w:b/>
                          <w:bCs/>
                          <w:sz w:val="22"/>
                          <w:szCs w:val="24"/>
                        </w:rPr>
                      </w:pPr>
                      <w:r>
                        <w:rPr>
                          <w:rFonts w:ascii="Arial" w:hAnsi="Arial" w:cs="Arial"/>
                          <w:b/>
                          <w:bCs/>
                          <w:sz w:val="22"/>
                          <w:szCs w:val="24"/>
                        </w:rPr>
                        <w:t>General</w:t>
                      </w:r>
                      <w:r w:rsidRPr="00082A39">
                        <w:rPr>
                          <w:rFonts w:ascii="Arial" w:hAnsi="Arial" w:cs="Arial"/>
                          <w:b/>
                          <w:bCs/>
                          <w:sz w:val="22"/>
                          <w:szCs w:val="24"/>
                        </w:rPr>
                        <w:t xml:space="preserve"> examples:</w:t>
                      </w:r>
                    </w:p>
                    <w:p w14:paraId="58F0EBA2" w14:textId="364E7D37" w:rsidR="00FD443D" w:rsidRPr="00082A39" w:rsidRDefault="00FD443D" w:rsidP="00082A39">
                      <w:pPr>
                        <w:spacing w:after="240"/>
                        <w:rPr>
                          <w:rFonts w:ascii="Arial" w:hAnsi="Arial" w:cs="Arial"/>
                          <w:sz w:val="22"/>
                          <w:szCs w:val="24"/>
                        </w:rPr>
                      </w:pPr>
                      <w:r w:rsidRPr="00082A39">
                        <w:rPr>
                          <w:rFonts w:ascii="Arial" w:hAnsi="Arial" w:cs="Arial"/>
                          <w:sz w:val="22"/>
                          <w:szCs w:val="24"/>
                        </w:rPr>
                        <w:t xml:space="preserve">Routine is extremely important and a break in routine causes anxiety. </w:t>
                      </w:r>
                      <w:proofErr w:type="gramStart"/>
                      <w:r w:rsidRPr="00082A39">
                        <w:rPr>
                          <w:rFonts w:ascii="Arial" w:hAnsi="Arial" w:cs="Arial"/>
                          <w:sz w:val="22"/>
                          <w:szCs w:val="24"/>
                        </w:rPr>
                        <w:t>Eats</w:t>
                      </w:r>
                      <w:proofErr w:type="gramEnd"/>
                      <w:r w:rsidRPr="00082A39">
                        <w:rPr>
                          <w:rFonts w:ascii="Arial" w:hAnsi="Arial" w:cs="Arial"/>
                          <w:sz w:val="22"/>
                          <w:szCs w:val="24"/>
                        </w:rPr>
                        <w:t xml:space="preserve"> the same food regularly, </w:t>
                      </w:r>
                      <w:proofErr w:type="gramStart"/>
                      <w:r w:rsidRPr="00082A39">
                        <w:rPr>
                          <w:rFonts w:ascii="Arial" w:hAnsi="Arial" w:cs="Arial"/>
                          <w:sz w:val="22"/>
                          <w:szCs w:val="24"/>
                        </w:rPr>
                        <w:t>wears</w:t>
                      </w:r>
                      <w:proofErr w:type="gramEnd"/>
                      <w:r w:rsidRPr="00082A39">
                        <w:rPr>
                          <w:rFonts w:ascii="Arial" w:hAnsi="Arial" w:cs="Arial"/>
                          <w:sz w:val="22"/>
                          <w:szCs w:val="24"/>
                        </w:rPr>
                        <w:t xml:space="preserve"> the same clothes regularly, </w:t>
                      </w:r>
                      <w:proofErr w:type="gramStart"/>
                      <w:r w:rsidRPr="00082A39">
                        <w:rPr>
                          <w:rFonts w:ascii="Arial" w:hAnsi="Arial" w:cs="Arial"/>
                          <w:sz w:val="22"/>
                          <w:szCs w:val="24"/>
                        </w:rPr>
                        <w:t>prefers</w:t>
                      </w:r>
                      <w:proofErr w:type="gramEnd"/>
                      <w:r w:rsidRPr="00082A39">
                        <w:rPr>
                          <w:rFonts w:ascii="Arial" w:hAnsi="Arial" w:cs="Arial"/>
                          <w:sz w:val="22"/>
                          <w:szCs w:val="24"/>
                        </w:rPr>
                        <w:t xml:space="preserve"> using the same products regularly.</w:t>
                      </w:r>
                    </w:p>
                    <w:p w14:paraId="14AADD03"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childhood</w:t>
                      </w:r>
                    </w:p>
                    <w:p w14:paraId="26A12B0C" w14:textId="2045F180" w:rsidR="00FD443D" w:rsidRPr="00082A39" w:rsidRDefault="00FD443D" w:rsidP="00082A39">
                      <w:pPr>
                        <w:spacing w:after="240"/>
                        <w:rPr>
                          <w:rFonts w:ascii="Arial" w:hAnsi="Arial" w:cs="Arial"/>
                          <w:sz w:val="22"/>
                          <w:szCs w:val="24"/>
                        </w:rPr>
                      </w:pPr>
                      <w:r w:rsidRPr="00082A39">
                        <w:rPr>
                          <w:rFonts w:ascii="Arial" w:hAnsi="Arial" w:cs="Arial"/>
                          <w:sz w:val="22"/>
                          <w:szCs w:val="24"/>
                        </w:rPr>
                        <w:t xml:space="preserve">Penelope can be very rigid when it comes to her personal preferences. Example, she won’t wear clothes with bows on them. Needs to use specific items, like a certain type of pen or specific gloves. Will have “meltdowns” when not able to use those items. This has come up many times at school and has been mentioned by most of her teachers, including her current homeroom teacher. Has a wide range of foods she’ll </w:t>
                      </w:r>
                      <w:proofErr w:type="gramStart"/>
                      <w:r w:rsidRPr="00082A39">
                        <w:rPr>
                          <w:rFonts w:ascii="Arial" w:hAnsi="Arial" w:cs="Arial"/>
                          <w:sz w:val="22"/>
                          <w:szCs w:val="24"/>
                        </w:rPr>
                        <w:t>eat, but</w:t>
                      </w:r>
                      <w:proofErr w:type="gramEnd"/>
                      <w:r w:rsidRPr="00082A39">
                        <w:rPr>
                          <w:rFonts w:ascii="Arial" w:hAnsi="Arial" w:cs="Arial"/>
                          <w:sz w:val="22"/>
                          <w:szCs w:val="24"/>
                        </w:rPr>
                        <w:t xml:space="preserve"> is also very particular when it comes to specific types of foods… example, fruit needs to be a certain type of ripeness or </w:t>
                      </w:r>
                      <w:proofErr w:type="gramStart"/>
                      <w:r w:rsidRPr="00082A39">
                        <w:rPr>
                          <w:rFonts w:ascii="Arial" w:hAnsi="Arial" w:cs="Arial"/>
                          <w:sz w:val="22"/>
                          <w:szCs w:val="24"/>
                        </w:rPr>
                        <w:t>has to</w:t>
                      </w:r>
                      <w:proofErr w:type="gramEnd"/>
                      <w:r w:rsidRPr="00082A39">
                        <w:rPr>
                          <w:rFonts w:ascii="Arial" w:hAnsi="Arial" w:cs="Arial"/>
                          <w:sz w:val="22"/>
                          <w:szCs w:val="24"/>
                        </w:rPr>
                        <w:t xml:space="preserve"> look (or not look) a certain way to eat it. She will also ask to eat the same food items for months at a time (e.g. lentils)</w:t>
                      </w:r>
                    </w:p>
                    <w:p w14:paraId="0FFD23A2"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adulthood</w:t>
                      </w:r>
                    </w:p>
                    <w:p w14:paraId="422804F3" w14:textId="77777777"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Routine is </w:t>
                      </w:r>
                      <w:proofErr w:type="gramStart"/>
                      <w:r w:rsidRPr="00082A39">
                        <w:rPr>
                          <w:rFonts w:ascii="Arial" w:hAnsi="Arial" w:cs="Arial"/>
                          <w:sz w:val="22"/>
                          <w:szCs w:val="24"/>
                        </w:rPr>
                        <w:t>definitely extremely</w:t>
                      </w:r>
                      <w:proofErr w:type="gramEnd"/>
                      <w:r w:rsidRPr="00082A39">
                        <w:rPr>
                          <w:rFonts w:ascii="Arial" w:hAnsi="Arial" w:cs="Arial"/>
                          <w:sz w:val="22"/>
                          <w:szCs w:val="24"/>
                        </w:rPr>
                        <w:t xml:space="preserve"> important to me and if my routine is thrown off, it gives me massive anxiety… especially if the change has to do with something social. For example, I need a LOT of mental preparation when it comes to visiting my husband’s family. Last year, we made plans to visit them for Christmas several months in advance (we live in Michigan, they live in New York). The plan was set, and I had plenty of time to get comfortable with the trip. Two days before we were set to leave, my husband’s parents tell us that we are going to a restaurant with the family instead of having Christmas dinner at one of their houses. This change gave me a huge amount of anxiety for many reasons… but the last-minute change in plans plus the social aspect put it over the top for me. </w:t>
                      </w:r>
                    </w:p>
                    <w:p w14:paraId="1452B3B0" w14:textId="77777777"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Thankfully, my husband was on the same page as me and was able to empathize. We did end up going to the restaurant… but having his support really made the difference and made it possible for me to transition to the changed plan in my mind without having a meltdown. </w:t>
                      </w:r>
                    </w:p>
                    <w:p w14:paraId="43C43430" w14:textId="77777777"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That said, there have been many situations where plan changes have led to meltdowns/anxiety attacks. </w:t>
                      </w:r>
                    </w:p>
                  </w:txbxContent>
                </v:textbox>
                <w10:anchorlock/>
              </v:shape>
            </w:pict>
          </mc:Fallback>
        </mc:AlternateContent>
      </w:r>
    </w:p>
    <w:p w14:paraId="1E51FF38" w14:textId="0DB6CB05" w:rsidR="00560D23" w:rsidRDefault="003A1587" w:rsidP="00560D23">
      <w:pPr>
        <w:spacing w:before="360" w:after="240" w:line="264" w:lineRule="auto"/>
        <w:rPr>
          <w:rFonts w:ascii="Segoe UI" w:hAnsi="Segoe UI" w:cs="Segoe UI"/>
          <w:b/>
          <w:bCs/>
          <w:color w:val="244061" w:themeColor="accent1" w:themeShade="80"/>
          <w:sz w:val="28"/>
          <w:szCs w:val="28"/>
        </w:rPr>
      </w:pPr>
      <w:r w:rsidRPr="00480CF8">
        <w:rPr>
          <w:rFonts w:ascii="Arial" w:hAnsi="Arial" w:cs="Arial"/>
          <w:i/>
          <w:iCs/>
          <w:noProof/>
          <w:sz w:val="24"/>
          <w:szCs w:val="24"/>
        </w:rPr>
        <w:lastRenderedPageBreak/>
        <mc:AlternateContent>
          <mc:Choice Requires="wps">
            <w:drawing>
              <wp:inline distT="0" distB="0" distL="0" distR="0" wp14:anchorId="3897446D" wp14:editId="6B9D0AC0">
                <wp:extent cx="6254750" cy="3347499"/>
                <wp:effectExtent l="0" t="0" r="0" b="5715"/>
                <wp:docPr id="1786922978" name="Text Box 2"/>
                <wp:cNvGraphicFramePr/>
                <a:graphic xmlns:a="http://schemas.openxmlformats.org/drawingml/2006/main">
                  <a:graphicData uri="http://schemas.microsoft.com/office/word/2010/wordprocessingShape">
                    <wps:wsp>
                      <wps:cNvSpPr txBox="1"/>
                      <wps:spPr>
                        <a:xfrm>
                          <a:off x="0" y="0"/>
                          <a:ext cx="6254750" cy="3347499"/>
                        </a:xfrm>
                        <a:prstGeom prst="rect">
                          <a:avLst/>
                        </a:prstGeom>
                        <a:solidFill>
                          <a:srgbClr val="F7F5F9"/>
                        </a:solidFill>
                        <a:ln w="6350">
                          <a:noFill/>
                        </a:ln>
                      </wps:spPr>
                      <wps:txbx>
                        <w:txbxContent>
                          <w:p w14:paraId="29FCBA3C" w14:textId="77777777" w:rsidR="006D34A4" w:rsidRDefault="003A1587" w:rsidP="00D408DC">
                            <w:pPr>
                              <w:spacing w:after="240"/>
                            </w:pPr>
                            <w:r w:rsidRPr="00D408DC">
                              <w:rPr>
                                <w:rFonts w:ascii="Arial" w:hAnsi="Arial" w:cs="Arial"/>
                                <w:b/>
                                <w:bCs/>
                                <w:sz w:val="22"/>
                                <w:szCs w:val="24"/>
                              </w:rPr>
                              <w:t>Layered real-world example from adulthood (continued)</w:t>
                            </w:r>
                            <w:r w:rsidR="006D34A4" w:rsidRPr="00D408DC">
                              <w:rPr>
                                <w:rFonts w:ascii="Arial" w:hAnsi="Arial" w:cs="Arial"/>
                                <w:b/>
                                <w:bCs/>
                                <w:sz w:val="22"/>
                                <w:szCs w:val="24"/>
                              </w:rPr>
                              <w:t xml:space="preserve"> </w:t>
                            </w:r>
                          </w:p>
                          <w:p w14:paraId="72AA122D" w14:textId="77777777" w:rsidR="006D34A4" w:rsidRPr="00D408DC" w:rsidRDefault="006D34A4" w:rsidP="00D408DC">
                            <w:pPr>
                              <w:spacing w:after="240"/>
                              <w:rPr>
                                <w:rFonts w:ascii="Arial" w:hAnsi="Arial" w:cs="Arial"/>
                                <w:sz w:val="22"/>
                                <w:szCs w:val="24"/>
                              </w:rPr>
                            </w:pPr>
                            <w:r w:rsidRPr="00D408DC">
                              <w:rPr>
                                <w:rFonts w:ascii="Arial" w:hAnsi="Arial" w:cs="Arial"/>
                                <w:sz w:val="22"/>
                                <w:szCs w:val="24"/>
                              </w:rPr>
                              <w:t xml:space="preserve">About the same food question… I eat the same breakfast every morning, sometimes for years, until I get tired of it… then find myself grasping to find something I like again… then eat the same thing again until I get tired of it. For 2 years, at least, I ate scrambled eggs and turkey bacon every morning. </w:t>
                            </w:r>
                          </w:p>
                          <w:p w14:paraId="32FBE1B1" w14:textId="79C416C2" w:rsidR="003A1587" w:rsidRPr="00D408DC" w:rsidRDefault="006D34A4" w:rsidP="00D408DC">
                            <w:pPr>
                              <w:spacing w:after="240"/>
                              <w:rPr>
                                <w:rFonts w:ascii="Arial" w:hAnsi="Arial" w:cs="Arial"/>
                                <w:sz w:val="22"/>
                                <w:szCs w:val="24"/>
                              </w:rPr>
                            </w:pPr>
                            <w:r w:rsidRPr="00D408DC">
                              <w:rPr>
                                <w:rFonts w:ascii="Arial" w:hAnsi="Arial" w:cs="Arial"/>
                                <w:sz w:val="22"/>
                                <w:szCs w:val="24"/>
                              </w:rPr>
                              <w:t xml:space="preserve">Then, it was the Starbucks bacon egg bites and an iced latte for a couple of years. I’m currently in the mid-zone where I can’t quite figure out what to eat. It’s extremely frustrating. </w:t>
                            </w:r>
                            <w:proofErr w:type="gramStart"/>
                            <w:r w:rsidRPr="00D408DC">
                              <w:rPr>
                                <w:rFonts w:ascii="Arial" w:hAnsi="Arial" w:cs="Arial"/>
                                <w:sz w:val="22"/>
                                <w:szCs w:val="24"/>
                              </w:rPr>
                              <w:t>In spite of</w:t>
                            </w:r>
                            <w:proofErr w:type="gramEnd"/>
                            <w:r w:rsidRPr="00D408DC">
                              <w:rPr>
                                <w:rFonts w:ascii="Arial" w:hAnsi="Arial" w:cs="Arial"/>
                                <w:sz w:val="22"/>
                                <w:szCs w:val="24"/>
                              </w:rPr>
                              <w:t xml:space="preserve"> that, I give my kids a very well-rounded and alternating breakfast… and no matter what they’re eating, I’ll take my drive to Starbucks and get my latte (and now, vacillate between breakfast options that are “meh”</w:t>
                            </w:r>
                          </w:p>
                          <w:p w14:paraId="20FFD979" w14:textId="62D94E6D" w:rsidR="00F342BA" w:rsidRPr="00D408DC" w:rsidRDefault="003A1587" w:rsidP="00D408DC">
                            <w:pPr>
                              <w:spacing w:after="240"/>
                              <w:rPr>
                                <w:rFonts w:ascii="Arial" w:hAnsi="Arial" w:cs="Arial"/>
                                <w:sz w:val="22"/>
                                <w:szCs w:val="24"/>
                              </w:rPr>
                            </w:pPr>
                            <w:r w:rsidRPr="00D408DC">
                              <w:rPr>
                                <w:rFonts w:ascii="Arial" w:hAnsi="Arial" w:cs="Arial"/>
                                <w:sz w:val="22"/>
                                <w:szCs w:val="24"/>
                              </w:rPr>
                              <w:t xml:space="preserve">My wardrobe consists of three things… leggings, tank tops, and hoodies. I have about 15 different pairs of leggings and about the same number of different colored tank tops… and probably 6 or 8 hoodies. I’ll wear my hoodie as far into summer as possible until it gets too hot out… then, I’ll have the AC on indoors and wear my </w:t>
                            </w:r>
                            <w:proofErr w:type="gramStart"/>
                            <w:r w:rsidRPr="00D408DC">
                              <w:rPr>
                                <w:rFonts w:ascii="Arial" w:hAnsi="Arial" w:cs="Arial"/>
                                <w:sz w:val="22"/>
                                <w:szCs w:val="24"/>
                              </w:rPr>
                              <w:t>hoodie, and</w:t>
                            </w:r>
                            <w:proofErr w:type="gramEnd"/>
                            <w:r w:rsidRPr="00D408DC">
                              <w:rPr>
                                <w:rFonts w:ascii="Arial" w:hAnsi="Arial" w:cs="Arial"/>
                                <w:sz w:val="22"/>
                                <w:szCs w:val="24"/>
                              </w:rPr>
                              <w:t xml:space="preserve"> only take it off outside.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897446D" id="_x0000_s1048" type="#_x0000_t202" style="width:492.5pt;height:26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" fillcolor="#f7f5f9" stroked="f" strokeweight=".5pt">
                <v:textbox>
                  <w:txbxContent>
                    <w:p w14:paraId="29FCBA3C" w14:textId="77777777" w:rsidR="006D34A4" w:rsidRDefault="003A1587" w:rsidP="00D408DC">
                      <w:pPr>
                        <w:spacing w:after="240"/>
                      </w:pPr>
                      <w:r w:rsidRPr="00D408DC">
                        <w:rPr>
                          <w:rFonts w:ascii="Arial" w:hAnsi="Arial" w:cs="Arial"/>
                          <w:b/>
                          <w:bCs/>
                          <w:sz w:val="22"/>
                          <w:szCs w:val="24"/>
                        </w:rPr>
                        <w:t>Layered real-world example from adulthood (continued)</w:t>
                      </w:r>
                      <w:r w:rsidR="006D34A4" w:rsidRPr="00D408DC">
                        <w:rPr>
                          <w:rFonts w:ascii="Arial" w:hAnsi="Arial" w:cs="Arial"/>
                          <w:b/>
                          <w:bCs/>
                          <w:sz w:val="22"/>
                          <w:szCs w:val="24"/>
                        </w:rPr>
                        <w:t xml:space="preserve"> </w:t>
                      </w:r>
                    </w:p>
                    <w:p w14:paraId="72AA122D" w14:textId="77777777" w:rsidR="006D34A4" w:rsidRPr="00D408DC" w:rsidRDefault="006D34A4" w:rsidP="00D408DC">
                      <w:pPr>
                        <w:spacing w:after="240"/>
                        <w:rPr>
                          <w:rFonts w:ascii="Arial" w:hAnsi="Arial" w:cs="Arial"/>
                          <w:sz w:val="22"/>
                          <w:szCs w:val="24"/>
                        </w:rPr>
                      </w:pPr>
                      <w:r w:rsidRPr="00D408DC">
                        <w:rPr>
                          <w:rFonts w:ascii="Arial" w:hAnsi="Arial" w:cs="Arial"/>
                          <w:sz w:val="22"/>
                          <w:szCs w:val="24"/>
                        </w:rPr>
                        <w:t xml:space="preserve">About the same food question… I eat the same breakfast every morning, sometimes for years, until I get tired of it… then find myself grasping to find something I like again… then eat the same thing again until I get tired of it. For 2 years, at least, I ate scrambled eggs and turkey bacon every morning. </w:t>
                      </w:r>
                    </w:p>
                    <w:p w14:paraId="32FBE1B1" w14:textId="79C416C2" w:rsidR="003A1587" w:rsidRPr="00D408DC" w:rsidRDefault="006D34A4" w:rsidP="00D408DC">
                      <w:pPr>
                        <w:spacing w:after="240"/>
                        <w:rPr>
                          <w:rFonts w:ascii="Arial" w:hAnsi="Arial" w:cs="Arial"/>
                          <w:sz w:val="22"/>
                          <w:szCs w:val="24"/>
                        </w:rPr>
                      </w:pPr>
                      <w:r w:rsidRPr="00D408DC">
                        <w:rPr>
                          <w:rFonts w:ascii="Arial" w:hAnsi="Arial" w:cs="Arial"/>
                          <w:sz w:val="22"/>
                          <w:szCs w:val="24"/>
                        </w:rPr>
                        <w:t xml:space="preserve">Then, it was the Starbucks bacon egg bites and an iced latte for a couple of years. I’m currently in the mid-zone where I can’t quite figure out what to eat. It’s extremely frustrating. </w:t>
                      </w:r>
                      <w:proofErr w:type="gramStart"/>
                      <w:r w:rsidRPr="00D408DC">
                        <w:rPr>
                          <w:rFonts w:ascii="Arial" w:hAnsi="Arial" w:cs="Arial"/>
                          <w:sz w:val="22"/>
                          <w:szCs w:val="24"/>
                        </w:rPr>
                        <w:t>In spite of</w:t>
                      </w:r>
                      <w:proofErr w:type="gramEnd"/>
                      <w:r w:rsidRPr="00D408DC">
                        <w:rPr>
                          <w:rFonts w:ascii="Arial" w:hAnsi="Arial" w:cs="Arial"/>
                          <w:sz w:val="22"/>
                          <w:szCs w:val="24"/>
                        </w:rPr>
                        <w:t xml:space="preserve"> that, I give my kids a very well-rounded and alternating breakfast… and no matter what they’re eating, I’ll take my drive to Starbucks and get my latte (and now, vacillate between breakfast options that are “meh”</w:t>
                      </w:r>
                    </w:p>
                    <w:p w14:paraId="20FFD979" w14:textId="62D94E6D" w:rsidR="00F342BA" w:rsidRPr="00D408DC" w:rsidRDefault="003A1587" w:rsidP="00D408DC">
                      <w:pPr>
                        <w:spacing w:after="240"/>
                        <w:rPr>
                          <w:rFonts w:ascii="Arial" w:hAnsi="Arial" w:cs="Arial"/>
                          <w:sz w:val="22"/>
                          <w:szCs w:val="24"/>
                        </w:rPr>
                      </w:pPr>
                      <w:r w:rsidRPr="00D408DC">
                        <w:rPr>
                          <w:rFonts w:ascii="Arial" w:hAnsi="Arial" w:cs="Arial"/>
                          <w:sz w:val="22"/>
                          <w:szCs w:val="24"/>
                        </w:rPr>
                        <w:t xml:space="preserve">My wardrobe consists of three things… leggings, tank tops, and hoodies. I have about 15 different pairs of leggings and about the same number of different colored tank tops… and probably 6 or 8 hoodies. I’ll wear my hoodie as far into summer as possible until it gets too hot out… then, I’ll have the AC on indoors and wear my </w:t>
                      </w:r>
                      <w:proofErr w:type="gramStart"/>
                      <w:r w:rsidRPr="00D408DC">
                        <w:rPr>
                          <w:rFonts w:ascii="Arial" w:hAnsi="Arial" w:cs="Arial"/>
                          <w:sz w:val="22"/>
                          <w:szCs w:val="24"/>
                        </w:rPr>
                        <w:t>hoodie, and</w:t>
                      </w:r>
                      <w:proofErr w:type="gramEnd"/>
                      <w:r w:rsidRPr="00D408DC">
                        <w:rPr>
                          <w:rFonts w:ascii="Arial" w:hAnsi="Arial" w:cs="Arial"/>
                          <w:sz w:val="22"/>
                          <w:szCs w:val="24"/>
                        </w:rPr>
                        <w:t xml:space="preserve"> only take it off outside.</w:t>
                      </w:r>
                    </w:p>
                  </w:txbxContent>
                </v:textbox>
                <w10:anchorlock/>
              </v:shape>
            </w:pict>
          </mc:Fallback>
        </mc:AlternateContent>
      </w:r>
    </w:p>
    <w:p w14:paraId="7F28F6FC" w14:textId="2982D37C" w:rsidR="002E5F9C" w:rsidRDefault="002E5F9C" w:rsidP="002E5F9C">
      <w:pPr>
        <w:spacing w:before="360" w:after="240" w:line="264" w:lineRule="auto"/>
        <w:rPr>
          <w:rFonts w:ascii="Segoe UI" w:hAnsi="Segoe UI" w:cs="Segoe UI"/>
          <w:b/>
          <w:bCs/>
          <w:color w:val="244061" w:themeColor="accent1" w:themeShade="80"/>
          <w:sz w:val="28"/>
          <w:szCs w:val="28"/>
        </w:rPr>
      </w:pPr>
    </w:p>
    <w:p w14:paraId="48C00243" w14:textId="77777777" w:rsidR="002E5F9C" w:rsidRPr="002E5F9C" w:rsidRDefault="002E5F9C" w:rsidP="002E5F9C">
      <w:pPr>
        <w:rPr>
          <w:rFonts w:ascii="Segoe UI" w:hAnsi="Segoe UI" w:cs="Segoe UI"/>
          <w:sz w:val="28"/>
          <w:szCs w:val="28"/>
        </w:rPr>
      </w:pPr>
    </w:p>
    <w:p w14:paraId="522D1FF6" w14:textId="77777777" w:rsidR="00B04C6F" w:rsidRPr="00BA4AEC" w:rsidRDefault="00B04C6F" w:rsidP="00B04C6F">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Your Examples: E</w:t>
      </w:r>
      <w:r w:rsidRPr="00BA4AEC">
        <w:rPr>
          <w:rFonts w:ascii="Arial" w:hAnsi="Arial" w:cs="Arial"/>
          <w:b/>
          <w:bCs/>
          <w:color w:val="8064A2" w:themeColor="accent4"/>
          <w:sz w:val="22"/>
          <w:szCs w:val="24"/>
        </w:rPr>
        <w:t xml:space="preserve">arly life through adolescence </w:t>
      </w:r>
    </w:p>
    <w:p w14:paraId="14960797" w14:textId="77777777" w:rsidR="00A7113C" w:rsidRDefault="00A7113C" w:rsidP="00A7113C">
      <w:pPr>
        <w:spacing w:after="360" w:line="360" w:lineRule="auto"/>
        <w:rPr>
          <w:rFonts w:ascii="Arial" w:hAnsi="Arial" w:cs="Arial"/>
          <w:sz w:val="24"/>
          <w:szCs w:val="28"/>
        </w:rPr>
      </w:pPr>
      <w:r>
        <w:rPr>
          <w:rFonts w:ascii="Arial" w:hAnsi="Arial" w:cs="Arial"/>
          <w:b/>
          <w:noProof/>
          <w:sz w:val="24"/>
          <w:szCs w:val="24"/>
        </w:rPr>
        <mc:AlternateContent>
          <mc:Choice Requires="wps">
            <w:drawing>
              <wp:inline distT="0" distB="0" distL="0" distR="0" wp14:anchorId="5B5AB1AE" wp14:editId="6796F04F">
                <wp:extent cx="6339840" cy="8358997"/>
                <wp:effectExtent l="0" t="0" r="3810" b="4445"/>
                <wp:docPr id="465898436" name="Text Box 2"/>
                <wp:cNvGraphicFramePr/>
                <a:graphic xmlns:a="http://schemas.openxmlformats.org/drawingml/2006/main">
                  <a:graphicData uri="http://schemas.microsoft.com/office/word/2010/wordprocessingShape">
                    <wps:wsp>
                      <wps:cNvSpPr txBox="1"/>
                      <wps:spPr>
                        <a:xfrm>
                          <a:off x="0" y="0"/>
                          <a:ext cx="6339840" cy="8358997"/>
                        </a:xfrm>
                        <a:prstGeom prst="rect">
                          <a:avLst/>
                        </a:prstGeom>
                        <a:solidFill>
                          <a:srgbClr val="F0F7FA"/>
                        </a:solidFill>
                        <a:ln w="6350">
                          <a:noFill/>
                        </a:ln>
                      </wps:spPr>
                      <wps:txbx>
                        <w:txbxContent>
                          <w:p w14:paraId="42FD2339" w14:textId="77777777" w:rsidR="00A7113C" w:rsidRPr="003B29D5" w:rsidRDefault="00A7113C" w:rsidP="00A7113C">
                            <w:pPr>
                              <w:rPr>
                                <w:sz w:val="22"/>
                                <w:szCs w:val="24"/>
                              </w:rPr>
                            </w:pPr>
                            <w:r w:rsidRPr="003B29D5">
                              <w:rPr>
                                <w:b/>
                                <w:bCs/>
                                <w:sz w:val="22"/>
                                <w:szCs w:val="24"/>
                              </w:rPr>
                              <w:t xml:space="preserve">List stories and examples of this criterion showing up for you in visible ways from </w:t>
                            </w:r>
                            <w:r>
                              <w:rPr>
                                <w:b/>
                                <w:bCs/>
                                <w:sz w:val="22"/>
                                <w:szCs w:val="24"/>
                              </w:rPr>
                              <w:t>early life through adolescence</w:t>
                            </w:r>
                            <w:r w:rsidRPr="003B29D5">
                              <w:rPr>
                                <w:b/>
                                <w:bCs/>
                                <w:sz w:val="22"/>
                                <w:szCs w:val="24"/>
                              </w:rPr>
                              <w:t>.</w:t>
                            </w:r>
                            <w:r w:rsidRPr="003B29D5">
                              <w:rPr>
                                <w:sz w:val="22"/>
                                <w:szCs w:val="24"/>
                              </w:rPr>
                              <w:t xml:space="preserve"> There is no such thing as too many.</w:t>
                            </w:r>
                          </w:p>
                          <w:p w14:paraId="043D0C1D" w14:textId="77777777" w:rsidR="00A7113C" w:rsidRDefault="00A7113C" w:rsidP="00A7113C">
                            <w:pPr>
                              <w:rPr>
                                <w:sz w:val="22"/>
                                <w:szCs w:val="24"/>
                              </w:rPr>
                            </w:pPr>
                          </w:p>
                          <w:p w14:paraId="3506762C" w14:textId="77777777" w:rsidR="00A7113C" w:rsidRDefault="00A7113C" w:rsidP="00A7113C">
                            <w:pPr>
                              <w:rPr>
                                <w:sz w:val="22"/>
                                <w:szCs w:val="24"/>
                              </w:rPr>
                            </w:pPr>
                          </w:p>
                          <w:p w14:paraId="53F05451" w14:textId="77777777" w:rsidR="00A7113C" w:rsidRPr="003B29D5" w:rsidRDefault="00A7113C" w:rsidP="00A7113C">
                            <w:pPr>
                              <w:rPr>
                                <w:sz w:val="22"/>
                                <w:szCs w:val="24"/>
                              </w:rPr>
                            </w:pPr>
                          </w:p>
                          <w:p w14:paraId="45DF9B91" w14:textId="77777777" w:rsidR="00A7113C" w:rsidRDefault="00A7113C" w:rsidP="00A7113C">
                            <w:pPr>
                              <w:rPr>
                                <w:sz w:val="22"/>
                                <w:szCs w:val="24"/>
                              </w:rPr>
                            </w:pPr>
                          </w:p>
                          <w:p w14:paraId="731D165F" w14:textId="77777777" w:rsidR="00002FE5" w:rsidRPr="003B29D5" w:rsidRDefault="00002FE5" w:rsidP="00A7113C">
                            <w:pPr>
                              <w:rPr>
                                <w:sz w:val="22"/>
                                <w:szCs w:val="24"/>
                              </w:rPr>
                            </w:pPr>
                          </w:p>
                          <w:p w14:paraId="2E5FD1FC" w14:textId="77777777" w:rsidR="00A7113C" w:rsidRPr="003B29D5" w:rsidRDefault="00A7113C" w:rsidP="00A7113C">
                            <w:pPr>
                              <w:rPr>
                                <w:sz w:val="22"/>
                                <w:szCs w:val="24"/>
                              </w:rPr>
                            </w:pPr>
                          </w:p>
                          <w:p w14:paraId="2D076EE4" w14:textId="77777777" w:rsidR="00A7113C" w:rsidRPr="003B29D5" w:rsidRDefault="00A7113C" w:rsidP="00A7113C">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1135D91A" w14:textId="77777777" w:rsidR="00A7113C" w:rsidRPr="003B29D5" w:rsidRDefault="00A7113C" w:rsidP="00A7113C">
                            <w:pPr>
                              <w:rPr>
                                <w:sz w:val="22"/>
                                <w:szCs w:val="24"/>
                              </w:rPr>
                            </w:pPr>
                          </w:p>
                          <w:p w14:paraId="59D67DBB" w14:textId="77777777" w:rsidR="00A7113C" w:rsidRDefault="00A7113C" w:rsidP="00A7113C">
                            <w:pPr>
                              <w:rPr>
                                <w:sz w:val="22"/>
                                <w:szCs w:val="24"/>
                              </w:rPr>
                            </w:pPr>
                          </w:p>
                          <w:p w14:paraId="14A24D1F" w14:textId="77777777" w:rsidR="00A7113C" w:rsidRDefault="00A7113C" w:rsidP="00A7113C">
                            <w:pPr>
                              <w:rPr>
                                <w:sz w:val="22"/>
                                <w:szCs w:val="24"/>
                              </w:rPr>
                            </w:pPr>
                          </w:p>
                          <w:p w14:paraId="31755E1A" w14:textId="77777777" w:rsidR="00A7113C" w:rsidRDefault="00A7113C" w:rsidP="00A7113C">
                            <w:pPr>
                              <w:rPr>
                                <w:sz w:val="22"/>
                                <w:szCs w:val="24"/>
                              </w:rPr>
                            </w:pPr>
                          </w:p>
                          <w:p w14:paraId="7EA7DBFD" w14:textId="77777777" w:rsidR="00A7113C" w:rsidRPr="003B29D5" w:rsidRDefault="00A7113C" w:rsidP="00A7113C">
                            <w:pPr>
                              <w:rPr>
                                <w:sz w:val="22"/>
                                <w:szCs w:val="24"/>
                              </w:rPr>
                            </w:pPr>
                          </w:p>
                          <w:p w14:paraId="08AF833B" w14:textId="77777777" w:rsidR="00A7113C" w:rsidRPr="003B29D5" w:rsidRDefault="00A7113C" w:rsidP="00A7113C">
                            <w:pPr>
                              <w:rPr>
                                <w:sz w:val="22"/>
                                <w:szCs w:val="24"/>
                              </w:rPr>
                            </w:pPr>
                          </w:p>
                          <w:p w14:paraId="504A2DE6" w14:textId="77777777" w:rsidR="00A7113C" w:rsidRPr="003B29D5" w:rsidRDefault="00A7113C" w:rsidP="00A7113C">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accommodation was inaccessible whenever possible. </w:t>
                            </w:r>
                          </w:p>
                          <w:p w14:paraId="48CFA4A0" w14:textId="77777777" w:rsidR="00A7113C" w:rsidRDefault="00A7113C" w:rsidP="00A7113C">
                            <w:pPr>
                              <w:rPr>
                                <w:sz w:val="22"/>
                                <w:szCs w:val="24"/>
                              </w:rPr>
                            </w:pPr>
                          </w:p>
                          <w:p w14:paraId="60EB6052" w14:textId="77777777" w:rsidR="00A7113C" w:rsidRDefault="00A7113C" w:rsidP="00A7113C">
                            <w:pPr>
                              <w:rPr>
                                <w:sz w:val="22"/>
                                <w:szCs w:val="24"/>
                              </w:rPr>
                            </w:pPr>
                          </w:p>
                          <w:p w14:paraId="40DB0D98" w14:textId="77777777" w:rsidR="00A7113C" w:rsidRDefault="00A7113C" w:rsidP="00A7113C">
                            <w:pPr>
                              <w:rPr>
                                <w:sz w:val="22"/>
                                <w:szCs w:val="24"/>
                              </w:rPr>
                            </w:pPr>
                          </w:p>
                          <w:p w14:paraId="2EA557F6" w14:textId="77777777" w:rsidR="00A7113C" w:rsidRDefault="00A7113C" w:rsidP="00A7113C">
                            <w:pPr>
                              <w:rPr>
                                <w:sz w:val="22"/>
                                <w:szCs w:val="24"/>
                              </w:rPr>
                            </w:pPr>
                          </w:p>
                          <w:p w14:paraId="182C46BF" w14:textId="77777777" w:rsidR="00A7113C" w:rsidRPr="003B29D5" w:rsidRDefault="00A7113C" w:rsidP="00A7113C">
                            <w:pPr>
                              <w:rPr>
                                <w:sz w:val="22"/>
                                <w:szCs w:val="24"/>
                              </w:rPr>
                            </w:pPr>
                          </w:p>
                          <w:p w14:paraId="75A2C0B6" w14:textId="77777777" w:rsidR="00A7113C" w:rsidRPr="003B29D5" w:rsidRDefault="00A7113C" w:rsidP="00A7113C">
                            <w:pPr>
                              <w:rPr>
                                <w:sz w:val="22"/>
                                <w:szCs w:val="24"/>
                              </w:rPr>
                            </w:pPr>
                          </w:p>
                          <w:p w14:paraId="7FC7F036" w14:textId="77777777" w:rsidR="00A7113C" w:rsidRPr="003B29D5" w:rsidRDefault="00A7113C" w:rsidP="00A7113C">
                            <w:pPr>
                              <w:rPr>
                                <w:b/>
                                <w:bCs/>
                                <w:sz w:val="22"/>
                                <w:szCs w:val="24"/>
                              </w:rPr>
                            </w:pPr>
                            <w:r w:rsidRPr="003B29D5">
                              <w:rPr>
                                <w:b/>
                                <w:bCs/>
                                <w:sz w:val="22"/>
                                <w:szCs w:val="24"/>
                              </w:rPr>
                              <w:t xml:space="preserve">List examples of how this criterion meaningfully impacted you or caused impairment in your daily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B5AB1AE" id="_x0000_s1049" type="#_x0000_t202" style="width:499.2pt;height:65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" fillcolor="#f0f7fa" stroked="f" strokeweight=".5pt">
                <v:textbox>
                  <w:txbxContent>
                    <w:p w14:paraId="42FD2339" w14:textId="77777777" w:rsidR="00A7113C" w:rsidRPr="003B29D5" w:rsidRDefault="00A7113C" w:rsidP="00A7113C">
                      <w:pPr>
                        <w:rPr>
                          <w:sz w:val="22"/>
                          <w:szCs w:val="24"/>
                        </w:rPr>
                      </w:pPr>
                      <w:r w:rsidRPr="003B29D5">
                        <w:rPr>
                          <w:b/>
                          <w:bCs/>
                          <w:sz w:val="22"/>
                          <w:szCs w:val="24"/>
                        </w:rPr>
                        <w:t xml:space="preserve">List stories and examples of this criterion showing up for you in visible ways from </w:t>
                      </w:r>
                      <w:r>
                        <w:rPr>
                          <w:b/>
                          <w:bCs/>
                          <w:sz w:val="22"/>
                          <w:szCs w:val="24"/>
                        </w:rPr>
                        <w:t>early life through adolescence</w:t>
                      </w:r>
                      <w:r w:rsidRPr="003B29D5">
                        <w:rPr>
                          <w:b/>
                          <w:bCs/>
                          <w:sz w:val="22"/>
                          <w:szCs w:val="24"/>
                        </w:rPr>
                        <w:t>.</w:t>
                      </w:r>
                      <w:r w:rsidRPr="003B29D5">
                        <w:rPr>
                          <w:sz w:val="22"/>
                          <w:szCs w:val="24"/>
                        </w:rPr>
                        <w:t xml:space="preserve"> There is no such thing as too many.</w:t>
                      </w:r>
                    </w:p>
                    <w:p w14:paraId="043D0C1D" w14:textId="77777777" w:rsidR="00A7113C" w:rsidRDefault="00A7113C" w:rsidP="00A7113C">
                      <w:pPr>
                        <w:rPr>
                          <w:sz w:val="22"/>
                          <w:szCs w:val="24"/>
                        </w:rPr>
                      </w:pPr>
                    </w:p>
                    <w:p w14:paraId="3506762C" w14:textId="77777777" w:rsidR="00A7113C" w:rsidRDefault="00A7113C" w:rsidP="00A7113C">
                      <w:pPr>
                        <w:rPr>
                          <w:sz w:val="22"/>
                          <w:szCs w:val="24"/>
                        </w:rPr>
                      </w:pPr>
                    </w:p>
                    <w:p w14:paraId="53F05451" w14:textId="77777777" w:rsidR="00A7113C" w:rsidRPr="003B29D5" w:rsidRDefault="00A7113C" w:rsidP="00A7113C">
                      <w:pPr>
                        <w:rPr>
                          <w:sz w:val="22"/>
                          <w:szCs w:val="24"/>
                        </w:rPr>
                      </w:pPr>
                    </w:p>
                    <w:p w14:paraId="45DF9B91" w14:textId="77777777" w:rsidR="00A7113C" w:rsidRDefault="00A7113C" w:rsidP="00A7113C">
                      <w:pPr>
                        <w:rPr>
                          <w:sz w:val="22"/>
                          <w:szCs w:val="24"/>
                        </w:rPr>
                      </w:pPr>
                    </w:p>
                    <w:p w14:paraId="731D165F" w14:textId="77777777" w:rsidR="00002FE5" w:rsidRPr="003B29D5" w:rsidRDefault="00002FE5" w:rsidP="00A7113C">
                      <w:pPr>
                        <w:rPr>
                          <w:sz w:val="22"/>
                          <w:szCs w:val="24"/>
                        </w:rPr>
                      </w:pPr>
                    </w:p>
                    <w:p w14:paraId="2E5FD1FC" w14:textId="77777777" w:rsidR="00A7113C" w:rsidRPr="003B29D5" w:rsidRDefault="00A7113C" w:rsidP="00A7113C">
                      <w:pPr>
                        <w:rPr>
                          <w:sz w:val="22"/>
                          <w:szCs w:val="24"/>
                        </w:rPr>
                      </w:pPr>
                    </w:p>
                    <w:p w14:paraId="2D076EE4" w14:textId="77777777" w:rsidR="00A7113C" w:rsidRPr="003B29D5" w:rsidRDefault="00A7113C" w:rsidP="00A7113C">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1135D91A" w14:textId="77777777" w:rsidR="00A7113C" w:rsidRPr="003B29D5" w:rsidRDefault="00A7113C" w:rsidP="00A7113C">
                      <w:pPr>
                        <w:rPr>
                          <w:sz w:val="22"/>
                          <w:szCs w:val="24"/>
                        </w:rPr>
                      </w:pPr>
                    </w:p>
                    <w:p w14:paraId="59D67DBB" w14:textId="77777777" w:rsidR="00A7113C" w:rsidRDefault="00A7113C" w:rsidP="00A7113C">
                      <w:pPr>
                        <w:rPr>
                          <w:sz w:val="22"/>
                          <w:szCs w:val="24"/>
                        </w:rPr>
                      </w:pPr>
                    </w:p>
                    <w:p w14:paraId="14A24D1F" w14:textId="77777777" w:rsidR="00A7113C" w:rsidRDefault="00A7113C" w:rsidP="00A7113C">
                      <w:pPr>
                        <w:rPr>
                          <w:sz w:val="22"/>
                          <w:szCs w:val="24"/>
                        </w:rPr>
                      </w:pPr>
                    </w:p>
                    <w:p w14:paraId="31755E1A" w14:textId="77777777" w:rsidR="00A7113C" w:rsidRDefault="00A7113C" w:rsidP="00A7113C">
                      <w:pPr>
                        <w:rPr>
                          <w:sz w:val="22"/>
                          <w:szCs w:val="24"/>
                        </w:rPr>
                      </w:pPr>
                    </w:p>
                    <w:p w14:paraId="7EA7DBFD" w14:textId="77777777" w:rsidR="00A7113C" w:rsidRPr="003B29D5" w:rsidRDefault="00A7113C" w:rsidP="00A7113C">
                      <w:pPr>
                        <w:rPr>
                          <w:sz w:val="22"/>
                          <w:szCs w:val="24"/>
                        </w:rPr>
                      </w:pPr>
                    </w:p>
                    <w:p w14:paraId="08AF833B" w14:textId="77777777" w:rsidR="00A7113C" w:rsidRPr="003B29D5" w:rsidRDefault="00A7113C" w:rsidP="00A7113C">
                      <w:pPr>
                        <w:rPr>
                          <w:sz w:val="22"/>
                          <w:szCs w:val="24"/>
                        </w:rPr>
                      </w:pPr>
                    </w:p>
                    <w:p w14:paraId="504A2DE6" w14:textId="77777777" w:rsidR="00A7113C" w:rsidRPr="003B29D5" w:rsidRDefault="00A7113C" w:rsidP="00A7113C">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accommodation was inaccessible whenever possible. </w:t>
                      </w:r>
                    </w:p>
                    <w:p w14:paraId="48CFA4A0" w14:textId="77777777" w:rsidR="00A7113C" w:rsidRDefault="00A7113C" w:rsidP="00A7113C">
                      <w:pPr>
                        <w:rPr>
                          <w:sz w:val="22"/>
                          <w:szCs w:val="24"/>
                        </w:rPr>
                      </w:pPr>
                    </w:p>
                    <w:p w14:paraId="60EB6052" w14:textId="77777777" w:rsidR="00A7113C" w:rsidRDefault="00A7113C" w:rsidP="00A7113C">
                      <w:pPr>
                        <w:rPr>
                          <w:sz w:val="22"/>
                          <w:szCs w:val="24"/>
                        </w:rPr>
                      </w:pPr>
                    </w:p>
                    <w:p w14:paraId="40DB0D98" w14:textId="77777777" w:rsidR="00A7113C" w:rsidRDefault="00A7113C" w:rsidP="00A7113C">
                      <w:pPr>
                        <w:rPr>
                          <w:sz w:val="22"/>
                          <w:szCs w:val="24"/>
                        </w:rPr>
                      </w:pPr>
                    </w:p>
                    <w:p w14:paraId="2EA557F6" w14:textId="77777777" w:rsidR="00A7113C" w:rsidRDefault="00A7113C" w:rsidP="00A7113C">
                      <w:pPr>
                        <w:rPr>
                          <w:sz w:val="22"/>
                          <w:szCs w:val="24"/>
                        </w:rPr>
                      </w:pPr>
                    </w:p>
                    <w:p w14:paraId="182C46BF" w14:textId="77777777" w:rsidR="00A7113C" w:rsidRPr="003B29D5" w:rsidRDefault="00A7113C" w:rsidP="00A7113C">
                      <w:pPr>
                        <w:rPr>
                          <w:sz w:val="22"/>
                          <w:szCs w:val="24"/>
                        </w:rPr>
                      </w:pPr>
                    </w:p>
                    <w:p w14:paraId="75A2C0B6" w14:textId="77777777" w:rsidR="00A7113C" w:rsidRPr="003B29D5" w:rsidRDefault="00A7113C" w:rsidP="00A7113C">
                      <w:pPr>
                        <w:rPr>
                          <w:sz w:val="22"/>
                          <w:szCs w:val="24"/>
                        </w:rPr>
                      </w:pPr>
                    </w:p>
                    <w:p w14:paraId="7FC7F036" w14:textId="77777777" w:rsidR="00A7113C" w:rsidRPr="003B29D5" w:rsidRDefault="00A7113C" w:rsidP="00A7113C">
                      <w:pPr>
                        <w:rPr>
                          <w:b/>
                          <w:bCs/>
                          <w:sz w:val="22"/>
                          <w:szCs w:val="24"/>
                        </w:rPr>
                      </w:pPr>
                      <w:r w:rsidRPr="003B29D5">
                        <w:rPr>
                          <w:b/>
                          <w:bCs/>
                          <w:sz w:val="22"/>
                          <w:szCs w:val="24"/>
                        </w:rPr>
                        <w:t xml:space="preserve">List examples of how this criterion meaningfully impacted you or caused impairment in your daily life. </w:t>
                      </w:r>
                    </w:p>
                  </w:txbxContent>
                </v:textbox>
                <w10:anchorlock/>
              </v:shape>
            </w:pict>
          </mc:Fallback>
        </mc:AlternateContent>
      </w:r>
    </w:p>
    <w:p w14:paraId="769CD9DD" w14:textId="2A6B1696" w:rsidR="00DB6550" w:rsidRPr="00B04C6F" w:rsidRDefault="00A7113C" w:rsidP="00DB6550">
      <w:pPr>
        <w:pStyle w:val="Heading5"/>
        <w:spacing w:after="240"/>
        <w:rPr>
          <w:rFonts w:ascii="Arial" w:hAnsi="Arial" w:cs="Arial"/>
          <w:b/>
          <w:bCs/>
          <w:color w:val="8064A2" w:themeColor="accent4"/>
          <w:sz w:val="22"/>
          <w:szCs w:val="24"/>
        </w:rPr>
      </w:pPr>
      <w:r>
        <w:rPr>
          <w:rFonts w:ascii="Arial" w:hAnsi="Arial" w:cs="Arial"/>
          <w:i/>
          <w:iCs/>
          <w:color w:val="0070C0"/>
          <w:sz w:val="24"/>
          <w:szCs w:val="28"/>
        </w:rPr>
        <w:br w:type="page"/>
      </w:r>
      <w:r w:rsidR="00B04C6F">
        <w:rPr>
          <w:rFonts w:ascii="Arial" w:hAnsi="Arial" w:cs="Arial"/>
          <w:b/>
          <w:bCs/>
          <w:color w:val="8064A2" w:themeColor="accent4"/>
          <w:sz w:val="22"/>
          <w:szCs w:val="24"/>
        </w:rPr>
        <w:lastRenderedPageBreak/>
        <w:t>Your Examples: E</w:t>
      </w:r>
      <w:r w:rsidR="00B04C6F" w:rsidRPr="00BA4AEC">
        <w:rPr>
          <w:rFonts w:ascii="Arial" w:hAnsi="Arial" w:cs="Arial"/>
          <w:b/>
          <w:bCs/>
          <w:color w:val="8064A2" w:themeColor="accent4"/>
          <w:sz w:val="22"/>
          <w:szCs w:val="24"/>
        </w:rPr>
        <w:t xml:space="preserve">arly adulthood through present </w:t>
      </w:r>
    </w:p>
    <w:p w14:paraId="7A5EFAD4" w14:textId="77777777" w:rsidR="00DB6550" w:rsidRDefault="00DB6550" w:rsidP="00DB6550">
      <w:pPr>
        <w:spacing w:after="200"/>
        <w:rPr>
          <w:b/>
          <w:bCs/>
          <w:sz w:val="22"/>
          <w:szCs w:val="24"/>
        </w:rPr>
      </w:pPr>
      <w:r>
        <w:rPr>
          <w:rFonts w:ascii="Arial" w:hAnsi="Arial" w:cs="Arial"/>
          <w:b/>
          <w:noProof/>
          <w:sz w:val="24"/>
          <w:szCs w:val="24"/>
        </w:rPr>
        <mc:AlternateContent>
          <mc:Choice Requires="wps">
            <w:drawing>
              <wp:inline distT="0" distB="0" distL="0" distR="0" wp14:anchorId="565F6C3F" wp14:editId="25C8A2AD">
                <wp:extent cx="6339840" cy="8280867"/>
                <wp:effectExtent l="0" t="0" r="3810" b="6350"/>
                <wp:docPr id="2093870230" name="Text Box 2"/>
                <wp:cNvGraphicFramePr/>
                <a:graphic xmlns:a="http://schemas.openxmlformats.org/drawingml/2006/main">
                  <a:graphicData uri="http://schemas.microsoft.com/office/word/2010/wordprocessingShape">
                    <wps:wsp>
                      <wps:cNvSpPr txBox="1"/>
                      <wps:spPr>
                        <a:xfrm>
                          <a:off x="0" y="0"/>
                          <a:ext cx="6339840" cy="8280867"/>
                        </a:xfrm>
                        <a:prstGeom prst="rect">
                          <a:avLst/>
                        </a:prstGeom>
                        <a:solidFill>
                          <a:srgbClr val="F0F7FA"/>
                        </a:solidFill>
                        <a:ln w="6350">
                          <a:noFill/>
                        </a:ln>
                      </wps:spPr>
                      <wps:txbx>
                        <w:txbxContent>
                          <w:p w14:paraId="464FC749" w14:textId="77777777" w:rsidR="00DB6550" w:rsidRPr="003B29D5" w:rsidRDefault="00DB6550" w:rsidP="00DB6550">
                            <w:pPr>
                              <w:rPr>
                                <w:sz w:val="22"/>
                                <w:szCs w:val="24"/>
                              </w:rPr>
                            </w:pPr>
                            <w:r w:rsidRPr="003B29D5">
                              <w:rPr>
                                <w:b/>
                                <w:bCs/>
                                <w:sz w:val="22"/>
                                <w:szCs w:val="24"/>
                              </w:rPr>
                              <w:t xml:space="preserve">List stories and examples of this criterion showing up for you in visible ways from </w:t>
                            </w:r>
                            <w:r>
                              <w:rPr>
                                <w:b/>
                                <w:bCs/>
                                <w:sz w:val="22"/>
                                <w:szCs w:val="24"/>
                              </w:rPr>
                              <w:t>early adulthood through the present</w:t>
                            </w:r>
                            <w:r w:rsidRPr="003B29D5">
                              <w:rPr>
                                <w:b/>
                                <w:bCs/>
                                <w:sz w:val="22"/>
                                <w:szCs w:val="24"/>
                              </w:rPr>
                              <w:t>.</w:t>
                            </w:r>
                            <w:r w:rsidRPr="003B29D5">
                              <w:rPr>
                                <w:sz w:val="22"/>
                                <w:szCs w:val="24"/>
                              </w:rPr>
                              <w:t xml:space="preserve"> There is no such thing as too many.</w:t>
                            </w:r>
                          </w:p>
                          <w:p w14:paraId="7D9D21CB" w14:textId="77777777" w:rsidR="00DB6550" w:rsidRDefault="00DB6550" w:rsidP="00DB6550">
                            <w:pPr>
                              <w:rPr>
                                <w:sz w:val="22"/>
                                <w:szCs w:val="24"/>
                              </w:rPr>
                            </w:pPr>
                          </w:p>
                          <w:p w14:paraId="102666A1" w14:textId="77777777" w:rsidR="00DB6550" w:rsidRDefault="00DB6550" w:rsidP="00DB6550">
                            <w:pPr>
                              <w:rPr>
                                <w:sz w:val="22"/>
                                <w:szCs w:val="24"/>
                              </w:rPr>
                            </w:pPr>
                          </w:p>
                          <w:p w14:paraId="2C3BE7F6" w14:textId="77777777" w:rsidR="00DB6550" w:rsidRDefault="00DB6550" w:rsidP="00DB6550">
                            <w:pPr>
                              <w:rPr>
                                <w:sz w:val="22"/>
                                <w:szCs w:val="24"/>
                              </w:rPr>
                            </w:pPr>
                          </w:p>
                          <w:p w14:paraId="0A8A370C" w14:textId="77777777" w:rsidR="00002FE5" w:rsidRPr="003B29D5" w:rsidRDefault="00002FE5" w:rsidP="00DB6550">
                            <w:pPr>
                              <w:rPr>
                                <w:sz w:val="22"/>
                                <w:szCs w:val="24"/>
                              </w:rPr>
                            </w:pPr>
                          </w:p>
                          <w:p w14:paraId="113E880F" w14:textId="77777777" w:rsidR="00DB6550" w:rsidRPr="003B29D5" w:rsidRDefault="00DB6550" w:rsidP="00DB6550">
                            <w:pPr>
                              <w:rPr>
                                <w:sz w:val="22"/>
                                <w:szCs w:val="24"/>
                              </w:rPr>
                            </w:pPr>
                          </w:p>
                          <w:p w14:paraId="26F66A10" w14:textId="77777777" w:rsidR="00DB6550" w:rsidRPr="003B29D5" w:rsidRDefault="00DB6550" w:rsidP="00DB6550">
                            <w:pPr>
                              <w:rPr>
                                <w:sz w:val="22"/>
                                <w:szCs w:val="24"/>
                              </w:rPr>
                            </w:pPr>
                          </w:p>
                          <w:p w14:paraId="564FADA5" w14:textId="77777777" w:rsidR="00DB6550" w:rsidRPr="003B29D5" w:rsidRDefault="00DB6550" w:rsidP="00DB6550">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49C577DF" w14:textId="77777777" w:rsidR="00DB6550" w:rsidRPr="003B29D5" w:rsidRDefault="00DB6550" w:rsidP="00DB6550">
                            <w:pPr>
                              <w:rPr>
                                <w:sz w:val="22"/>
                                <w:szCs w:val="24"/>
                              </w:rPr>
                            </w:pPr>
                          </w:p>
                          <w:p w14:paraId="37947330" w14:textId="77777777" w:rsidR="00DB6550" w:rsidRDefault="00DB6550" w:rsidP="00DB6550">
                            <w:pPr>
                              <w:rPr>
                                <w:sz w:val="22"/>
                                <w:szCs w:val="24"/>
                              </w:rPr>
                            </w:pPr>
                          </w:p>
                          <w:p w14:paraId="5513D5B9" w14:textId="77777777" w:rsidR="00DB6550" w:rsidRDefault="00DB6550" w:rsidP="00DB6550">
                            <w:pPr>
                              <w:rPr>
                                <w:sz w:val="22"/>
                                <w:szCs w:val="24"/>
                              </w:rPr>
                            </w:pPr>
                          </w:p>
                          <w:p w14:paraId="74FAF983" w14:textId="77777777" w:rsidR="00DB6550" w:rsidRDefault="00DB6550" w:rsidP="00DB6550">
                            <w:pPr>
                              <w:rPr>
                                <w:sz w:val="22"/>
                                <w:szCs w:val="24"/>
                              </w:rPr>
                            </w:pPr>
                          </w:p>
                          <w:p w14:paraId="5B431897" w14:textId="77777777" w:rsidR="00DB6550" w:rsidRPr="003B29D5" w:rsidRDefault="00DB6550" w:rsidP="00DB6550">
                            <w:pPr>
                              <w:rPr>
                                <w:sz w:val="22"/>
                                <w:szCs w:val="24"/>
                              </w:rPr>
                            </w:pPr>
                          </w:p>
                          <w:p w14:paraId="38133864" w14:textId="77777777" w:rsidR="00DB6550" w:rsidRPr="003B29D5" w:rsidRDefault="00DB6550" w:rsidP="00DB6550">
                            <w:pPr>
                              <w:rPr>
                                <w:sz w:val="22"/>
                                <w:szCs w:val="24"/>
                              </w:rPr>
                            </w:pPr>
                          </w:p>
                          <w:p w14:paraId="54671E82" w14:textId="77777777" w:rsidR="00DB6550" w:rsidRPr="003B29D5" w:rsidRDefault="00DB6550" w:rsidP="00DB6550">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inaccessible whenever possible. </w:t>
                            </w:r>
                          </w:p>
                          <w:p w14:paraId="130A3453" w14:textId="77777777" w:rsidR="00DB6550" w:rsidRDefault="00DB6550" w:rsidP="00DB6550">
                            <w:pPr>
                              <w:rPr>
                                <w:sz w:val="22"/>
                                <w:szCs w:val="24"/>
                              </w:rPr>
                            </w:pPr>
                          </w:p>
                          <w:p w14:paraId="0986187E" w14:textId="77777777" w:rsidR="00DB6550" w:rsidRDefault="00DB6550" w:rsidP="00DB6550">
                            <w:pPr>
                              <w:rPr>
                                <w:sz w:val="22"/>
                                <w:szCs w:val="24"/>
                              </w:rPr>
                            </w:pPr>
                          </w:p>
                          <w:p w14:paraId="7866400F" w14:textId="77777777" w:rsidR="00DB6550" w:rsidRDefault="00DB6550" w:rsidP="00DB6550">
                            <w:pPr>
                              <w:rPr>
                                <w:sz w:val="22"/>
                                <w:szCs w:val="24"/>
                              </w:rPr>
                            </w:pPr>
                          </w:p>
                          <w:p w14:paraId="05B478B0" w14:textId="77777777" w:rsidR="00DB6550" w:rsidRDefault="00DB6550" w:rsidP="00DB6550">
                            <w:pPr>
                              <w:rPr>
                                <w:sz w:val="22"/>
                                <w:szCs w:val="24"/>
                              </w:rPr>
                            </w:pPr>
                          </w:p>
                          <w:p w14:paraId="7786A784" w14:textId="77777777" w:rsidR="00DB6550" w:rsidRPr="003B29D5" w:rsidRDefault="00DB6550" w:rsidP="00DB6550">
                            <w:pPr>
                              <w:rPr>
                                <w:sz w:val="22"/>
                                <w:szCs w:val="24"/>
                              </w:rPr>
                            </w:pPr>
                          </w:p>
                          <w:p w14:paraId="03D559E9" w14:textId="77777777" w:rsidR="00DB6550" w:rsidRPr="003B29D5" w:rsidRDefault="00DB6550" w:rsidP="00DB6550">
                            <w:pPr>
                              <w:rPr>
                                <w:sz w:val="22"/>
                                <w:szCs w:val="24"/>
                              </w:rPr>
                            </w:pPr>
                          </w:p>
                          <w:p w14:paraId="2AE6E2F0" w14:textId="77777777" w:rsidR="00DB6550" w:rsidRPr="003B29D5" w:rsidRDefault="00DB6550" w:rsidP="00DB6550">
                            <w:pPr>
                              <w:rPr>
                                <w:b/>
                                <w:bCs/>
                                <w:sz w:val="22"/>
                                <w:szCs w:val="24"/>
                              </w:rPr>
                            </w:pPr>
                            <w:r w:rsidRPr="003B29D5">
                              <w:rPr>
                                <w:b/>
                                <w:bCs/>
                                <w:sz w:val="22"/>
                                <w:szCs w:val="24"/>
                              </w:rPr>
                              <w:t xml:space="preserve">List examples of how this criterion meaningfully impacted you or caused impairment in your daily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65F6C3F" id="_x0000_s1050" type="#_x0000_t202" style="width:499.2pt;height:652.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" fillcolor="#f0f7fa" stroked="f" strokeweight=".5pt">
                <v:textbox>
                  <w:txbxContent>
                    <w:p w14:paraId="464FC749" w14:textId="77777777" w:rsidR="00DB6550" w:rsidRPr="003B29D5" w:rsidRDefault="00DB6550" w:rsidP="00DB6550">
                      <w:pPr>
                        <w:rPr>
                          <w:sz w:val="22"/>
                          <w:szCs w:val="24"/>
                        </w:rPr>
                      </w:pPr>
                      <w:r w:rsidRPr="003B29D5">
                        <w:rPr>
                          <w:b/>
                          <w:bCs/>
                          <w:sz w:val="22"/>
                          <w:szCs w:val="24"/>
                        </w:rPr>
                        <w:t xml:space="preserve">List stories and examples of this criterion showing up for you in visible ways from </w:t>
                      </w:r>
                      <w:r>
                        <w:rPr>
                          <w:b/>
                          <w:bCs/>
                          <w:sz w:val="22"/>
                          <w:szCs w:val="24"/>
                        </w:rPr>
                        <w:t>early adulthood through the present</w:t>
                      </w:r>
                      <w:r w:rsidRPr="003B29D5">
                        <w:rPr>
                          <w:b/>
                          <w:bCs/>
                          <w:sz w:val="22"/>
                          <w:szCs w:val="24"/>
                        </w:rPr>
                        <w:t>.</w:t>
                      </w:r>
                      <w:r w:rsidRPr="003B29D5">
                        <w:rPr>
                          <w:sz w:val="22"/>
                          <w:szCs w:val="24"/>
                        </w:rPr>
                        <w:t xml:space="preserve"> There is no such thing as too many.</w:t>
                      </w:r>
                    </w:p>
                    <w:p w14:paraId="7D9D21CB" w14:textId="77777777" w:rsidR="00DB6550" w:rsidRDefault="00DB6550" w:rsidP="00DB6550">
                      <w:pPr>
                        <w:rPr>
                          <w:sz w:val="22"/>
                          <w:szCs w:val="24"/>
                        </w:rPr>
                      </w:pPr>
                    </w:p>
                    <w:p w14:paraId="102666A1" w14:textId="77777777" w:rsidR="00DB6550" w:rsidRDefault="00DB6550" w:rsidP="00DB6550">
                      <w:pPr>
                        <w:rPr>
                          <w:sz w:val="22"/>
                          <w:szCs w:val="24"/>
                        </w:rPr>
                      </w:pPr>
                    </w:p>
                    <w:p w14:paraId="2C3BE7F6" w14:textId="77777777" w:rsidR="00DB6550" w:rsidRDefault="00DB6550" w:rsidP="00DB6550">
                      <w:pPr>
                        <w:rPr>
                          <w:sz w:val="22"/>
                          <w:szCs w:val="24"/>
                        </w:rPr>
                      </w:pPr>
                    </w:p>
                    <w:p w14:paraId="0A8A370C" w14:textId="77777777" w:rsidR="00002FE5" w:rsidRPr="003B29D5" w:rsidRDefault="00002FE5" w:rsidP="00DB6550">
                      <w:pPr>
                        <w:rPr>
                          <w:sz w:val="22"/>
                          <w:szCs w:val="24"/>
                        </w:rPr>
                      </w:pPr>
                    </w:p>
                    <w:p w14:paraId="113E880F" w14:textId="77777777" w:rsidR="00DB6550" w:rsidRPr="003B29D5" w:rsidRDefault="00DB6550" w:rsidP="00DB6550">
                      <w:pPr>
                        <w:rPr>
                          <w:sz w:val="22"/>
                          <w:szCs w:val="24"/>
                        </w:rPr>
                      </w:pPr>
                    </w:p>
                    <w:p w14:paraId="26F66A10" w14:textId="77777777" w:rsidR="00DB6550" w:rsidRPr="003B29D5" w:rsidRDefault="00DB6550" w:rsidP="00DB6550">
                      <w:pPr>
                        <w:rPr>
                          <w:sz w:val="22"/>
                          <w:szCs w:val="24"/>
                        </w:rPr>
                      </w:pPr>
                    </w:p>
                    <w:p w14:paraId="564FADA5" w14:textId="77777777" w:rsidR="00DB6550" w:rsidRPr="003B29D5" w:rsidRDefault="00DB6550" w:rsidP="00DB6550">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49C577DF" w14:textId="77777777" w:rsidR="00DB6550" w:rsidRPr="003B29D5" w:rsidRDefault="00DB6550" w:rsidP="00DB6550">
                      <w:pPr>
                        <w:rPr>
                          <w:sz w:val="22"/>
                          <w:szCs w:val="24"/>
                        </w:rPr>
                      </w:pPr>
                    </w:p>
                    <w:p w14:paraId="37947330" w14:textId="77777777" w:rsidR="00DB6550" w:rsidRDefault="00DB6550" w:rsidP="00DB6550">
                      <w:pPr>
                        <w:rPr>
                          <w:sz w:val="22"/>
                          <w:szCs w:val="24"/>
                        </w:rPr>
                      </w:pPr>
                    </w:p>
                    <w:p w14:paraId="5513D5B9" w14:textId="77777777" w:rsidR="00DB6550" w:rsidRDefault="00DB6550" w:rsidP="00DB6550">
                      <w:pPr>
                        <w:rPr>
                          <w:sz w:val="22"/>
                          <w:szCs w:val="24"/>
                        </w:rPr>
                      </w:pPr>
                    </w:p>
                    <w:p w14:paraId="74FAF983" w14:textId="77777777" w:rsidR="00DB6550" w:rsidRDefault="00DB6550" w:rsidP="00DB6550">
                      <w:pPr>
                        <w:rPr>
                          <w:sz w:val="22"/>
                          <w:szCs w:val="24"/>
                        </w:rPr>
                      </w:pPr>
                    </w:p>
                    <w:p w14:paraId="5B431897" w14:textId="77777777" w:rsidR="00DB6550" w:rsidRPr="003B29D5" w:rsidRDefault="00DB6550" w:rsidP="00DB6550">
                      <w:pPr>
                        <w:rPr>
                          <w:sz w:val="22"/>
                          <w:szCs w:val="24"/>
                        </w:rPr>
                      </w:pPr>
                    </w:p>
                    <w:p w14:paraId="38133864" w14:textId="77777777" w:rsidR="00DB6550" w:rsidRPr="003B29D5" w:rsidRDefault="00DB6550" w:rsidP="00DB6550">
                      <w:pPr>
                        <w:rPr>
                          <w:sz w:val="22"/>
                          <w:szCs w:val="24"/>
                        </w:rPr>
                      </w:pPr>
                    </w:p>
                    <w:p w14:paraId="54671E82" w14:textId="77777777" w:rsidR="00DB6550" w:rsidRPr="003B29D5" w:rsidRDefault="00DB6550" w:rsidP="00DB6550">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inaccessible whenever possible. </w:t>
                      </w:r>
                    </w:p>
                    <w:p w14:paraId="130A3453" w14:textId="77777777" w:rsidR="00DB6550" w:rsidRDefault="00DB6550" w:rsidP="00DB6550">
                      <w:pPr>
                        <w:rPr>
                          <w:sz w:val="22"/>
                          <w:szCs w:val="24"/>
                        </w:rPr>
                      </w:pPr>
                    </w:p>
                    <w:p w14:paraId="0986187E" w14:textId="77777777" w:rsidR="00DB6550" w:rsidRDefault="00DB6550" w:rsidP="00DB6550">
                      <w:pPr>
                        <w:rPr>
                          <w:sz w:val="22"/>
                          <w:szCs w:val="24"/>
                        </w:rPr>
                      </w:pPr>
                    </w:p>
                    <w:p w14:paraId="7866400F" w14:textId="77777777" w:rsidR="00DB6550" w:rsidRDefault="00DB6550" w:rsidP="00DB6550">
                      <w:pPr>
                        <w:rPr>
                          <w:sz w:val="22"/>
                          <w:szCs w:val="24"/>
                        </w:rPr>
                      </w:pPr>
                    </w:p>
                    <w:p w14:paraId="05B478B0" w14:textId="77777777" w:rsidR="00DB6550" w:rsidRDefault="00DB6550" w:rsidP="00DB6550">
                      <w:pPr>
                        <w:rPr>
                          <w:sz w:val="22"/>
                          <w:szCs w:val="24"/>
                        </w:rPr>
                      </w:pPr>
                    </w:p>
                    <w:p w14:paraId="7786A784" w14:textId="77777777" w:rsidR="00DB6550" w:rsidRPr="003B29D5" w:rsidRDefault="00DB6550" w:rsidP="00DB6550">
                      <w:pPr>
                        <w:rPr>
                          <w:sz w:val="22"/>
                          <w:szCs w:val="24"/>
                        </w:rPr>
                      </w:pPr>
                    </w:p>
                    <w:p w14:paraId="03D559E9" w14:textId="77777777" w:rsidR="00DB6550" w:rsidRPr="003B29D5" w:rsidRDefault="00DB6550" w:rsidP="00DB6550">
                      <w:pPr>
                        <w:rPr>
                          <w:sz w:val="22"/>
                          <w:szCs w:val="24"/>
                        </w:rPr>
                      </w:pPr>
                    </w:p>
                    <w:p w14:paraId="2AE6E2F0" w14:textId="77777777" w:rsidR="00DB6550" w:rsidRPr="003B29D5" w:rsidRDefault="00DB6550" w:rsidP="00DB6550">
                      <w:pPr>
                        <w:rPr>
                          <w:b/>
                          <w:bCs/>
                          <w:sz w:val="22"/>
                          <w:szCs w:val="24"/>
                        </w:rPr>
                      </w:pPr>
                      <w:r w:rsidRPr="003B29D5">
                        <w:rPr>
                          <w:b/>
                          <w:bCs/>
                          <w:sz w:val="22"/>
                          <w:szCs w:val="24"/>
                        </w:rPr>
                        <w:t xml:space="preserve">List examples of how this criterion meaningfully impacted you or caused impairment in your daily life. </w:t>
                      </w:r>
                    </w:p>
                  </w:txbxContent>
                </v:textbox>
                <w10:anchorlock/>
              </v:shape>
            </w:pict>
          </mc:Fallback>
        </mc:AlternateContent>
      </w:r>
    </w:p>
    <w:p w14:paraId="64BB7C02" w14:textId="77777777" w:rsidR="009C476A" w:rsidRDefault="009C476A" w:rsidP="009C476A">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Assessing your collected information</w:t>
      </w:r>
    </w:p>
    <w:p w14:paraId="07913F4F" w14:textId="77777777" w:rsidR="009C476A" w:rsidRPr="001A36B5" w:rsidRDefault="009C476A" w:rsidP="009C476A">
      <w:pPr>
        <w:rPr>
          <w:rFonts w:ascii="Arial" w:eastAsiaTheme="majorEastAsia" w:hAnsi="Arial" w:cs="Arial"/>
          <w:b/>
          <w:bCs/>
          <w:color w:val="8064A2" w:themeColor="accent4"/>
          <w:sz w:val="22"/>
          <w:szCs w:val="24"/>
        </w:rPr>
      </w:pPr>
      <w:r w:rsidRPr="001A36B5">
        <w:rPr>
          <w:b/>
          <w:bCs/>
          <w:noProof/>
        </w:rPr>
        <mc:AlternateContent>
          <mc:Choice Requires="wps">
            <w:drawing>
              <wp:inline distT="0" distB="0" distL="0" distR="0" wp14:anchorId="431B9F22" wp14:editId="15B4C2E8">
                <wp:extent cx="6254750" cy="8010525"/>
                <wp:effectExtent l="0" t="0" r="0" b="9525"/>
                <wp:docPr id="1187637788" name="Text Box 2"/>
                <wp:cNvGraphicFramePr/>
                <a:graphic xmlns:a="http://schemas.openxmlformats.org/drawingml/2006/main">
                  <a:graphicData uri="http://schemas.microsoft.com/office/word/2010/wordprocessingShape">
                    <wps:wsp>
                      <wps:cNvSpPr txBox="1"/>
                      <wps:spPr>
                        <a:xfrm>
                          <a:off x="0" y="0"/>
                          <a:ext cx="6254750" cy="8010525"/>
                        </a:xfrm>
                        <a:prstGeom prst="rect">
                          <a:avLst/>
                        </a:prstGeom>
                        <a:solidFill>
                          <a:srgbClr val="F7F5F9"/>
                        </a:solidFill>
                        <a:ln w="6350">
                          <a:noFill/>
                        </a:ln>
                      </wps:spPr>
                      <wps:txbx>
                        <w:txbxContent>
                          <w:p w14:paraId="3C6EC135" w14:textId="77777777" w:rsidR="009C476A" w:rsidRPr="00FC49DD" w:rsidRDefault="009C476A" w:rsidP="009C476A">
                            <w:pPr>
                              <w:spacing w:after="180"/>
                              <w:ind w:left="180" w:right="190"/>
                              <w:rPr>
                                <w:rFonts w:ascii="Arial" w:hAnsi="Arial" w:cs="Arial"/>
                                <w:sz w:val="22"/>
                                <w:szCs w:val="24"/>
                              </w:rPr>
                            </w:pPr>
                            <w:r w:rsidRPr="00FC49DD">
                              <w:rPr>
                                <w:rFonts w:ascii="Arial" w:hAnsi="Arial" w:cs="Arial"/>
                                <w:sz w:val="22"/>
                                <w:szCs w:val="24"/>
                              </w:rPr>
                              <w:t xml:space="preserve">Complete </w:t>
                            </w:r>
                            <w:r>
                              <w:rPr>
                                <w:rFonts w:ascii="Arial" w:hAnsi="Arial" w:cs="Arial"/>
                                <w:sz w:val="22"/>
                                <w:szCs w:val="24"/>
                              </w:rPr>
                              <w:t xml:space="preserve">this section </w:t>
                            </w:r>
                            <w:r w:rsidRPr="00FC49DD">
                              <w:rPr>
                                <w:rFonts w:ascii="Arial" w:hAnsi="Arial" w:cs="Arial"/>
                                <w:sz w:val="22"/>
                                <w:szCs w:val="24"/>
                              </w:rPr>
                              <w:t>after documenting your childhood and adult experiences</w:t>
                            </w:r>
                            <w:r>
                              <w:rPr>
                                <w:rFonts w:ascii="Arial" w:hAnsi="Arial" w:cs="Arial"/>
                                <w:sz w:val="22"/>
                                <w:szCs w:val="24"/>
                              </w:rPr>
                              <w:t xml:space="preserve"> as exhaustively as possible</w:t>
                            </w:r>
                            <w:r w:rsidRPr="00FC49DD">
                              <w:rPr>
                                <w:rFonts w:ascii="Arial" w:hAnsi="Arial" w:cs="Arial"/>
                                <w:sz w:val="22"/>
                                <w:szCs w:val="24"/>
                              </w:rPr>
                              <w:t>.</w:t>
                            </w:r>
                            <w:r>
                              <w:rPr>
                                <w:rFonts w:ascii="Arial" w:hAnsi="Arial" w:cs="Arial"/>
                                <w:sz w:val="22"/>
                                <w:szCs w:val="24"/>
                              </w:rPr>
                              <w:t xml:space="preserve"> </w:t>
                            </w:r>
                          </w:p>
                          <w:p w14:paraId="7FF6EDB5" w14:textId="626E0C03" w:rsidR="009C476A" w:rsidRPr="00F33BC1" w:rsidRDefault="009C476A" w:rsidP="00F33BC1">
                            <w:pPr>
                              <w:pStyle w:val="ListParagraph"/>
                              <w:numPr>
                                <w:ilvl w:val="0"/>
                                <w:numId w:val="33"/>
                              </w:numPr>
                              <w:spacing w:after="180"/>
                              <w:ind w:right="190"/>
                              <w:rPr>
                                <w:rFonts w:ascii="Arial" w:hAnsi="Arial" w:cs="Arial"/>
                                <w:b/>
                                <w:bCs/>
                                <w:sz w:val="22"/>
                                <w:szCs w:val="24"/>
                              </w:rPr>
                            </w:pPr>
                            <w:r w:rsidRPr="00F33BC1">
                              <w:rPr>
                                <w:rFonts w:ascii="Arial" w:hAnsi="Arial" w:cs="Arial"/>
                                <w:b/>
                                <w:bCs/>
                                <w:sz w:val="22"/>
                                <w:szCs w:val="24"/>
                              </w:rPr>
                              <w:t xml:space="preserve">Were you able to remember a substantial number of examples of this criterion showing up during your childhood? </w:t>
                            </w:r>
                            <w:r w:rsidRPr="00F33BC1">
                              <w:rPr>
                                <w:rFonts w:ascii="Arial" w:hAnsi="Arial" w:cs="Arial"/>
                                <w:sz w:val="22"/>
                                <w:szCs w:val="24"/>
                              </w:rPr>
                              <w:t xml:space="preserve">This includes observable, masked / internalized, and accommodated examples. For </w:t>
                            </w:r>
                            <w:proofErr w:type="gramStart"/>
                            <w:r w:rsidRPr="00F33BC1">
                              <w:rPr>
                                <w:rFonts w:ascii="Arial" w:hAnsi="Arial" w:cs="Arial"/>
                                <w:sz w:val="22"/>
                                <w:szCs w:val="24"/>
                              </w:rPr>
                              <w:t>accommodated</w:t>
                            </w:r>
                            <w:proofErr w:type="gramEnd"/>
                            <w:r w:rsidRPr="00F33BC1">
                              <w:rPr>
                                <w:rFonts w:ascii="Arial" w:hAnsi="Arial" w:cs="Arial"/>
                                <w:sz w:val="22"/>
                                <w:szCs w:val="24"/>
                              </w:rPr>
                              <w:t>, think about what your experiences in those circumstances would have been like if those accommodations were removed.</w:t>
                            </w:r>
                          </w:p>
                          <w:p w14:paraId="3F0A48B1"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08938599" w14:textId="77777777" w:rsidR="009C476A" w:rsidRPr="001A36B5" w:rsidRDefault="009C476A" w:rsidP="00F33BC1">
                            <w:pPr>
                              <w:pStyle w:val="ListParagraph"/>
                              <w:numPr>
                                <w:ilvl w:val="0"/>
                                <w:numId w:val="33"/>
                              </w:numPr>
                              <w:spacing w:after="180"/>
                              <w:ind w:right="190"/>
                              <w:rPr>
                                <w:rFonts w:ascii="Arial" w:hAnsi="Arial" w:cs="Arial"/>
                                <w:b/>
                                <w:bCs/>
                                <w:sz w:val="22"/>
                                <w:szCs w:val="24"/>
                              </w:rPr>
                            </w:pPr>
                            <w:r w:rsidRPr="001A36B5">
                              <w:rPr>
                                <w:rFonts w:ascii="Arial" w:hAnsi="Arial" w:cs="Arial"/>
                                <w:b/>
                                <w:bCs/>
                                <w:sz w:val="22"/>
                                <w:szCs w:val="24"/>
                              </w:rPr>
                              <w:t xml:space="preserve">Were you able to think of a substantial number of examples of this criterion showing up for you throughout your life? </w:t>
                            </w:r>
                            <w:r>
                              <w:rPr>
                                <w:rFonts w:ascii="Arial" w:hAnsi="Arial" w:cs="Arial"/>
                                <w:sz w:val="22"/>
                                <w:szCs w:val="24"/>
                              </w:rPr>
                              <w:t xml:space="preserve">Including </w:t>
                            </w:r>
                            <w:r w:rsidRPr="001A36B5">
                              <w:rPr>
                                <w:rFonts w:ascii="Arial" w:hAnsi="Arial" w:cs="Arial"/>
                                <w:sz w:val="22"/>
                                <w:szCs w:val="24"/>
                              </w:rPr>
                              <w:t>observable, masked/internalized, and accommodated</w:t>
                            </w:r>
                            <w:r>
                              <w:rPr>
                                <w:rFonts w:ascii="Arial" w:hAnsi="Arial" w:cs="Arial"/>
                                <w:sz w:val="22"/>
                                <w:szCs w:val="24"/>
                              </w:rPr>
                              <w:t>.</w:t>
                            </w:r>
                          </w:p>
                          <w:p w14:paraId="1E78E326"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1EAEF4DC" w14:textId="77777777" w:rsidR="009C476A" w:rsidRPr="001A36B5" w:rsidRDefault="009C476A" w:rsidP="00F33BC1">
                            <w:pPr>
                              <w:pStyle w:val="ListParagraph"/>
                              <w:numPr>
                                <w:ilvl w:val="0"/>
                                <w:numId w:val="33"/>
                              </w:numPr>
                              <w:spacing w:after="180"/>
                              <w:ind w:right="190"/>
                              <w:rPr>
                                <w:rFonts w:ascii="Arial" w:hAnsi="Arial" w:cs="Arial"/>
                                <w:b/>
                                <w:bCs/>
                                <w:sz w:val="22"/>
                                <w:szCs w:val="24"/>
                              </w:rPr>
                            </w:pPr>
                            <w:r w:rsidRPr="001A36B5">
                              <w:rPr>
                                <w:rFonts w:ascii="Arial" w:hAnsi="Arial" w:cs="Arial"/>
                                <w:b/>
                                <w:bCs/>
                                <w:sz w:val="22"/>
                                <w:szCs w:val="24"/>
                              </w:rPr>
                              <w:t>Would you say that this criterion shows up for you in ways that meaningfully interfere with your life and important life activities?</w:t>
                            </w:r>
                          </w:p>
                          <w:p w14:paraId="38F45D69"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11B0558C" w14:textId="77777777" w:rsidR="009C476A" w:rsidRPr="001A36B5" w:rsidRDefault="009C476A" w:rsidP="00F33BC1">
                            <w:pPr>
                              <w:pStyle w:val="ListParagraph"/>
                              <w:numPr>
                                <w:ilvl w:val="0"/>
                                <w:numId w:val="33"/>
                              </w:numPr>
                              <w:spacing w:after="180"/>
                              <w:ind w:right="190"/>
                              <w:rPr>
                                <w:rFonts w:ascii="Arial" w:hAnsi="Arial" w:cs="Arial"/>
                                <w:b/>
                                <w:bCs/>
                                <w:sz w:val="22"/>
                                <w:szCs w:val="24"/>
                              </w:rPr>
                            </w:pPr>
                            <w:r w:rsidRPr="001A36B5">
                              <w:rPr>
                                <w:rFonts w:ascii="Arial" w:hAnsi="Arial" w:cs="Arial"/>
                                <w:b/>
                                <w:bCs/>
                                <w:sz w:val="22"/>
                                <w:szCs w:val="24"/>
                              </w:rPr>
                              <w:t>After reviewing the Intellectual Disability and Global Development Delay criteria in the DSM 5-TR, do you believe the examples you provided are most likely explained by autism and not either of the other conditions?</w:t>
                            </w:r>
                          </w:p>
                          <w:p w14:paraId="34CE8B84"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72CB0E82" w14:textId="77777777" w:rsidR="009C476A" w:rsidRPr="00FC49DD" w:rsidRDefault="009C476A" w:rsidP="009C476A">
                            <w:pPr>
                              <w:spacing w:after="0"/>
                              <w:ind w:left="187" w:right="187"/>
                              <w:rPr>
                                <w:rFonts w:ascii="Arial" w:hAnsi="Arial" w:cs="Arial"/>
                                <w:i/>
                                <w:iCs/>
                                <w:sz w:val="22"/>
                                <w:szCs w:val="24"/>
                              </w:rPr>
                            </w:pPr>
                            <w:r w:rsidRPr="00FC49DD">
                              <w:rPr>
                                <w:rFonts w:ascii="Arial" w:hAnsi="Arial" w:cs="Arial"/>
                                <w:i/>
                                <w:iCs/>
                                <w:sz w:val="22"/>
                                <w:szCs w:val="24"/>
                              </w:rPr>
                              <w:t xml:space="preserve">Note: You will transfer these answers to the Assessment Rubric after you complete your full </w:t>
                            </w:r>
                            <w:r>
                              <w:rPr>
                                <w:rFonts w:ascii="Arial" w:hAnsi="Arial" w:cs="Arial"/>
                                <w:i/>
                                <w:iCs/>
                                <w:sz w:val="22"/>
                                <w:szCs w:val="24"/>
                              </w:rPr>
                              <w:br/>
                            </w:r>
                            <w:r w:rsidRPr="00FC49DD">
                              <w:rPr>
                                <w:rFonts w:ascii="Arial" w:hAnsi="Arial" w:cs="Arial"/>
                                <w:i/>
                                <w:iCs/>
                                <w:sz w:val="22"/>
                                <w:szCs w:val="24"/>
                              </w:rPr>
                              <w:t xml:space="preserve">self-assessment activity. </w:t>
                            </w:r>
                          </w:p>
                          <w:p w14:paraId="72F87CF8" w14:textId="77777777" w:rsidR="009C476A" w:rsidRDefault="009C476A" w:rsidP="009C476A">
                            <w:pPr>
                              <w:pBdr>
                                <w:bottom w:val="single" w:sz="6" w:space="1" w:color="auto"/>
                              </w:pBdr>
                              <w:spacing w:after="180"/>
                              <w:ind w:right="190"/>
                              <w:rPr>
                                <w:rFonts w:ascii="Arial" w:hAnsi="Arial" w:cs="Arial"/>
                                <w:b/>
                                <w:bCs/>
                                <w:sz w:val="22"/>
                                <w:szCs w:val="24"/>
                              </w:rPr>
                            </w:pPr>
                          </w:p>
                          <w:p w14:paraId="41DF3E17" w14:textId="77777777" w:rsidR="009C476A" w:rsidRDefault="009C476A" w:rsidP="009C476A">
                            <w:pPr>
                              <w:spacing w:before="240" w:after="180"/>
                              <w:ind w:left="180" w:right="190"/>
                              <w:rPr>
                                <w:rFonts w:ascii="Arial" w:hAnsi="Arial" w:cs="Arial"/>
                                <w:sz w:val="22"/>
                                <w:szCs w:val="24"/>
                              </w:rPr>
                            </w:pPr>
                            <w:r>
                              <w:rPr>
                                <w:rFonts w:ascii="Arial" w:hAnsi="Arial" w:cs="Arial"/>
                                <w:sz w:val="22"/>
                                <w:szCs w:val="24"/>
                              </w:rPr>
                              <w:t>REMINDER</w:t>
                            </w:r>
                          </w:p>
                          <w:p w14:paraId="2C5DC5E8"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If you answered “unsure” to any of the above questions</w:t>
                            </w:r>
                          </w:p>
                          <w:p w14:paraId="247E2F0C"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You may want to come back and continue brainstorming after you’ve completed the remaining sections. Completing later sections may help you remember examples pertaining to this one.</w:t>
                            </w:r>
                          </w:p>
                          <w:p w14:paraId="17DFAA11"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not meant to be linear</w:t>
                            </w:r>
                          </w:p>
                          <w:p w14:paraId="7A8C0552" w14:textId="4F5D7F43"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You can move freely between criteria and document different aspects of your experiences as you think of them. Many life experiences will span multiple criteria and will pertain to more than one section of this </w:t>
                            </w:r>
                            <w:r w:rsidR="002E5F9C" w:rsidRPr="002E5F9C">
                              <w:rPr>
                                <w:rFonts w:ascii="Arial" w:hAnsi="Arial" w:cs="Arial"/>
                                <w:sz w:val="20"/>
                              </w:rPr>
                              <w:t>guide</w:t>
                            </w:r>
                            <w:r w:rsidRPr="008C35FE">
                              <w:rPr>
                                <w:rFonts w:ascii="Arial" w:hAnsi="Arial" w:cs="Arial"/>
                                <w:sz w:val="20"/>
                              </w:rPr>
                              <w:t xml:space="preserve">. </w:t>
                            </w:r>
                          </w:p>
                          <w:p w14:paraId="68B50F00"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also not meant to be completed in one sitting</w:t>
                            </w:r>
                          </w:p>
                          <w:p w14:paraId="050D68B7"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Thinking about and remembering decades of your life is not an easy task. It also takes time. Take as many breaks as you need. Even if those breaks span days or even weeks. </w:t>
                            </w:r>
                          </w:p>
                          <w:p w14:paraId="6E76F5AA" w14:textId="77777777" w:rsidR="009C476A" w:rsidRPr="008C35FE" w:rsidRDefault="009C476A" w:rsidP="009C476A">
                            <w:pPr>
                              <w:spacing w:after="18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31B9F22" id="_x0000_s1051" type="#_x0000_t202" style="width:492.5pt;height:6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" fillcolor="#f7f5f9" stroked="f" strokeweight=".5pt">
                <v:textbox>
                  <w:txbxContent>
                    <w:p w14:paraId="3C6EC135" w14:textId="77777777" w:rsidR="009C476A" w:rsidRPr="00FC49DD" w:rsidRDefault="009C476A" w:rsidP="009C476A">
                      <w:pPr>
                        <w:spacing w:after="180"/>
                        <w:ind w:left="180" w:right="190"/>
                        <w:rPr>
                          <w:rFonts w:ascii="Arial" w:hAnsi="Arial" w:cs="Arial"/>
                          <w:sz w:val="22"/>
                          <w:szCs w:val="24"/>
                        </w:rPr>
                      </w:pPr>
                      <w:r w:rsidRPr="00FC49DD">
                        <w:rPr>
                          <w:rFonts w:ascii="Arial" w:hAnsi="Arial" w:cs="Arial"/>
                          <w:sz w:val="22"/>
                          <w:szCs w:val="24"/>
                        </w:rPr>
                        <w:t xml:space="preserve">Complete </w:t>
                      </w:r>
                      <w:r>
                        <w:rPr>
                          <w:rFonts w:ascii="Arial" w:hAnsi="Arial" w:cs="Arial"/>
                          <w:sz w:val="22"/>
                          <w:szCs w:val="24"/>
                        </w:rPr>
                        <w:t xml:space="preserve">this section </w:t>
                      </w:r>
                      <w:r w:rsidRPr="00FC49DD">
                        <w:rPr>
                          <w:rFonts w:ascii="Arial" w:hAnsi="Arial" w:cs="Arial"/>
                          <w:sz w:val="22"/>
                          <w:szCs w:val="24"/>
                        </w:rPr>
                        <w:t>after documenting your childhood and adult experiences</w:t>
                      </w:r>
                      <w:r>
                        <w:rPr>
                          <w:rFonts w:ascii="Arial" w:hAnsi="Arial" w:cs="Arial"/>
                          <w:sz w:val="22"/>
                          <w:szCs w:val="24"/>
                        </w:rPr>
                        <w:t xml:space="preserve"> as exhaustively as possible</w:t>
                      </w:r>
                      <w:r w:rsidRPr="00FC49DD">
                        <w:rPr>
                          <w:rFonts w:ascii="Arial" w:hAnsi="Arial" w:cs="Arial"/>
                          <w:sz w:val="22"/>
                          <w:szCs w:val="24"/>
                        </w:rPr>
                        <w:t>.</w:t>
                      </w:r>
                      <w:r>
                        <w:rPr>
                          <w:rFonts w:ascii="Arial" w:hAnsi="Arial" w:cs="Arial"/>
                          <w:sz w:val="22"/>
                          <w:szCs w:val="24"/>
                        </w:rPr>
                        <w:t xml:space="preserve"> </w:t>
                      </w:r>
                    </w:p>
                    <w:p w14:paraId="7FF6EDB5" w14:textId="626E0C03" w:rsidR="009C476A" w:rsidRPr="00F33BC1" w:rsidRDefault="009C476A" w:rsidP="00F33BC1">
                      <w:pPr>
                        <w:pStyle w:val="ListParagraph"/>
                        <w:numPr>
                          <w:ilvl w:val="0"/>
                          <w:numId w:val="33"/>
                        </w:numPr>
                        <w:spacing w:after="180"/>
                        <w:ind w:right="190"/>
                        <w:rPr>
                          <w:rFonts w:ascii="Arial" w:hAnsi="Arial" w:cs="Arial"/>
                          <w:b/>
                          <w:bCs/>
                          <w:sz w:val="22"/>
                          <w:szCs w:val="24"/>
                        </w:rPr>
                      </w:pPr>
                      <w:r w:rsidRPr="00F33BC1">
                        <w:rPr>
                          <w:rFonts w:ascii="Arial" w:hAnsi="Arial" w:cs="Arial"/>
                          <w:b/>
                          <w:bCs/>
                          <w:sz w:val="22"/>
                          <w:szCs w:val="24"/>
                        </w:rPr>
                        <w:t xml:space="preserve">Were you able to remember a substantial number of examples of this criterion showing up during your childhood? </w:t>
                      </w:r>
                      <w:r w:rsidRPr="00F33BC1">
                        <w:rPr>
                          <w:rFonts w:ascii="Arial" w:hAnsi="Arial" w:cs="Arial"/>
                          <w:sz w:val="22"/>
                          <w:szCs w:val="24"/>
                        </w:rPr>
                        <w:t xml:space="preserve">This includes observable, masked / internalized, and accommodated examples. For </w:t>
                      </w:r>
                      <w:proofErr w:type="gramStart"/>
                      <w:r w:rsidRPr="00F33BC1">
                        <w:rPr>
                          <w:rFonts w:ascii="Arial" w:hAnsi="Arial" w:cs="Arial"/>
                          <w:sz w:val="22"/>
                          <w:szCs w:val="24"/>
                        </w:rPr>
                        <w:t>accommodated</w:t>
                      </w:r>
                      <w:proofErr w:type="gramEnd"/>
                      <w:r w:rsidRPr="00F33BC1">
                        <w:rPr>
                          <w:rFonts w:ascii="Arial" w:hAnsi="Arial" w:cs="Arial"/>
                          <w:sz w:val="22"/>
                          <w:szCs w:val="24"/>
                        </w:rPr>
                        <w:t>, think about what your experiences in those circumstances would have been like if those accommodations were removed.</w:t>
                      </w:r>
                    </w:p>
                    <w:p w14:paraId="3F0A48B1"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08938599" w14:textId="77777777" w:rsidR="009C476A" w:rsidRPr="001A36B5" w:rsidRDefault="009C476A" w:rsidP="00F33BC1">
                      <w:pPr>
                        <w:pStyle w:val="ListParagraph"/>
                        <w:numPr>
                          <w:ilvl w:val="0"/>
                          <w:numId w:val="33"/>
                        </w:numPr>
                        <w:spacing w:after="180"/>
                        <w:ind w:right="190"/>
                        <w:rPr>
                          <w:rFonts w:ascii="Arial" w:hAnsi="Arial" w:cs="Arial"/>
                          <w:b/>
                          <w:bCs/>
                          <w:sz w:val="22"/>
                          <w:szCs w:val="24"/>
                        </w:rPr>
                      </w:pPr>
                      <w:r w:rsidRPr="001A36B5">
                        <w:rPr>
                          <w:rFonts w:ascii="Arial" w:hAnsi="Arial" w:cs="Arial"/>
                          <w:b/>
                          <w:bCs/>
                          <w:sz w:val="22"/>
                          <w:szCs w:val="24"/>
                        </w:rPr>
                        <w:t xml:space="preserve">Were you able to think of a substantial number of examples of this criterion showing up for you throughout your life? </w:t>
                      </w:r>
                      <w:r>
                        <w:rPr>
                          <w:rFonts w:ascii="Arial" w:hAnsi="Arial" w:cs="Arial"/>
                          <w:sz w:val="22"/>
                          <w:szCs w:val="24"/>
                        </w:rPr>
                        <w:t xml:space="preserve">Including </w:t>
                      </w:r>
                      <w:r w:rsidRPr="001A36B5">
                        <w:rPr>
                          <w:rFonts w:ascii="Arial" w:hAnsi="Arial" w:cs="Arial"/>
                          <w:sz w:val="22"/>
                          <w:szCs w:val="24"/>
                        </w:rPr>
                        <w:t>observable, masked/internalized, and accommodated</w:t>
                      </w:r>
                      <w:r>
                        <w:rPr>
                          <w:rFonts w:ascii="Arial" w:hAnsi="Arial" w:cs="Arial"/>
                          <w:sz w:val="22"/>
                          <w:szCs w:val="24"/>
                        </w:rPr>
                        <w:t>.</w:t>
                      </w:r>
                    </w:p>
                    <w:p w14:paraId="1E78E326"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1EAEF4DC" w14:textId="77777777" w:rsidR="009C476A" w:rsidRPr="001A36B5" w:rsidRDefault="009C476A" w:rsidP="00F33BC1">
                      <w:pPr>
                        <w:pStyle w:val="ListParagraph"/>
                        <w:numPr>
                          <w:ilvl w:val="0"/>
                          <w:numId w:val="33"/>
                        </w:numPr>
                        <w:spacing w:after="180"/>
                        <w:ind w:right="190"/>
                        <w:rPr>
                          <w:rFonts w:ascii="Arial" w:hAnsi="Arial" w:cs="Arial"/>
                          <w:b/>
                          <w:bCs/>
                          <w:sz w:val="22"/>
                          <w:szCs w:val="24"/>
                        </w:rPr>
                      </w:pPr>
                      <w:r w:rsidRPr="001A36B5">
                        <w:rPr>
                          <w:rFonts w:ascii="Arial" w:hAnsi="Arial" w:cs="Arial"/>
                          <w:b/>
                          <w:bCs/>
                          <w:sz w:val="22"/>
                          <w:szCs w:val="24"/>
                        </w:rPr>
                        <w:t>Would you say that this criterion shows up for you in ways that meaningfully interfere with your life and important life activities?</w:t>
                      </w:r>
                    </w:p>
                    <w:p w14:paraId="38F45D69"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11B0558C" w14:textId="77777777" w:rsidR="009C476A" w:rsidRPr="001A36B5" w:rsidRDefault="009C476A" w:rsidP="00F33BC1">
                      <w:pPr>
                        <w:pStyle w:val="ListParagraph"/>
                        <w:numPr>
                          <w:ilvl w:val="0"/>
                          <w:numId w:val="33"/>
                        </w:numPr>
                        <w:spacing w:after="180"/>
                        <w:ind w:right="190"/>
                        <w:rPr>
                          <w:rFonts w:ascii="Arial" w:hAnsi="Arial" w:cs="Arial"/>
                          <w:b/>
                          <w:bCs/>
                          <w:sz w:val="22"/>
                          <w:szCs w:val="24"/>
                        </w:rPr>
                      </w:pPr>
                      <w:r w:rsidRPr="001A36B5">
                        <w:rPr>
                          <w:rFonts w:ascii="Arial" w:hAnsi="Arial" w:cs="Arial"/>
                          <w:b/>
                          <w:bCs/>
                          <w:sz w:val="22"/>
                          <w:szCs w:val="24"/>
                        </w:rPr>
                        <w:t>After reviewing the Intellectual Disability and Global Development Delay criteria in the DSM 5-TR, do you believe the examples you provided are most likely explained by autism and not either of the other conditions?</w:t>
                      </w:r>
                    </w:p>
                    <w:p w14:paraId="34CE8B84"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72CB0E82" w14:textId="77777777" w:rsidR="009C476A" w:rsidRPr="00FC49DD" w:rsidRDefault="009C476A" w:rsidP="009C476A">
                      <w:pPr>
                        <w:spacing w:after="0"/>
                        <w:ind w:left="187" w:right="187"/>
                        <w:rPr>
                          <w:rFonts w:ascii="Arial" w:hAnsi="Arial" w:cs="Arial"/>
                          <w:i/>
                          <w:iCs/>
                          <w:sz w:val="22"/>
                          <w:szCs w:val="24"/>
                        </w:rPr>
                      </w:pPr>
                      <w:r w:rsidRPr="00FC49DD">
                        <w:rPr>
                          <w:rFonts w:ascii="Arial" w:hAnsi="Arial" w:cs="Arial"/>
                          <w:i/>
                          <w:iCs/>
                          <w:sz w:val="22"/>
                          <w:szCs w:val="24"/>
                        </w:rPr>
                        <w:t xml:space="preserve">Note: You will transfer these answers to the Assessment Rubric after you complete your full </w:t>
                      </w:r>
                      <w:r>
                        <w:rPr>
                          <w:rFonts w:ascii="Arial" w:hAnsi="Arial" w:cs="Arial"/>
                          <w:i/>
                          <w:iCs/>
                          <w:sz w:val="22"/>
                          <w:szCs w:val="24"/>
                        </w:rPr>
                        <w:br/>
                      </w:r>
                      <w:r w:rsidRPr="00FC49DD">
                        <w:rPr>
                          <w:rFonts w:ascii="Arial" w:hAnsi="Arial" w:cs="Arial"/>
                          <w:i/>
                          <w:iCs/>
                          <w:sz w:val="22"/>
                          <w:szCs w:val="24"/>
                        </w:rPr>
                        <w:t xml:space="preserve">self-assessment activity. </w:t>
                      </w:r>
                    </w:p>
                    <w:p w14:paraId="72F87CF8" w14:textId="77777777" w:rsidR="009C476A" w:rsidRDefault="009C476A" w:rsidP="009C476A">
                      <w:pPr>
                        <w:pBdr>
                          <w:bottom w:val="single" w:sz="6" w:space="1" w:color="auto"/>
                        </w:pBdr>
                        <w:spacing w:after="180"/>
                        <w:ind w:right="190"/>
                        <w:rPr>
                          <w:rFonts w:ascii="Arial" w:hAnsi="Arial" w:cs="Arial"/>
                          <w:b/>
                          <w:bCs/>
                          <w:sz w:val="22"/>
                          <w:szCs w:val="24"/>
                        </w:rPr>
                      </w:pPr>
                    </w:p>
                    <w:p w14:paraId="41DF3E17" w14:textId="77777777" w:rsidR="009C476A" w:rsidRDefault="009C476A" w:rsidP="009C476A">
                      <w:pPr>
                        <w:spacing w:before="240" w:after="180"/>
                        <w:ind w:left="180" w:right="190"/>
                        <w:rPr>
                          <w:rFonts w:ascii="Arial" w:hAnsi="Arial" w:cs="Arial"/>
                          <w:sz w:val="22"/>
                          <w:szCs w:val="24"/>
                        </w:rPr>
                      </w:pPr>
                      <w:r>
                        <w:rPr>
                          <w:rFonts w:ascii="Arial" w:hAnsi="Arial" w:cs="Arial"/>
                          <w:sz w:val="22"/>
                          <w:szCs w:val="24"/>
                        </w:rPr>
                        <w:t>REMINDER</w:t>
                      </w:r>
                    </w:p>
                    <w:p w14:paraId="2C5DC5E8"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If you answered “unsure” to any of the above questions</w:t>
                      </w:r>
                    </w:p>
                    <w:p w14:paraId="247E2F0C"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You may want to come back and continue brainstorming after you’ve completed the remaining sections. Completing later sections may help you remember examples pertaining to this one.</w:t>
                      </w:r>
                    </w:p>
                    <w:p w14:paraId="17DFAA11"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not meant to be linear</w:t>
                      </w:r>
                    </w:p>
                    <w:p w14:paraId="7A8C0552" w14:textId="4F5D7F43"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You can move freely between criteria and document different aspects of your experiences as you think of them. Many life experiences will span multiple criteria and will pertain to more than one section of this </w:t>
                      </w:r>
                      <w:r w:rsidR="002E5F9C" w:rsidRPr="002E5F9C">
                        <w:rPr>
                          <w:rFonts w:ascii="Arial" w:hAnsi="Arial" w:cs="Arial"/>
                          <w:sz w:val="20"/>
                        </w:rPr>
                        <w:t>guide</w:t>
                      </w:r>
                      <w:r w:rsidRPr="008C35FE">
                        <w:rPr>
                          <w:rFonts w:ascii="Arial" w:hAnsi="Arial" w:cs="Arial"/>
                          <w:sz w:val="20"/>
                        </w:rPr>
                        <w:t xml:space="preserve">. </w:t>
                      </w:r>
                    </w:p>
                    <w:p w14:paraId="68B50F00"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also not meant to be completed in one sitting</w:t>
                      </w:r>
                    </w:p>
                    <w:p w14:paraId="050D68B7"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Thinking about and remembering decades of your life is not an easy task. It also takes time. Take as many breaks as you need. Even if those breaks span days or even weeks. </w:t>
                      </w:r>
                    </w:p>
                    <w:p w14:paraId="6E76F5AA" w14:textId="77777777" w:rsidR="009C476A" w:rsidRPr="008C35FE" w:rsidRDefault="009C476A" w:rsidP="009C476A">
                      <w:pPr>
                        <w:spacing w:after="180"/>
                        <w:rPr>
                          <w:sz w:val="20"/>
                          <w:szCs w:val="20"/>
                        </w:rPr>
                      </w:pPr>
                    </w:p>
                  </w:txbxContent>
                </v:textbox>
                <w10:anchorlock/>
              </v:shape>
            </w:pict>
          </mc:Fallback>
        </mc:AlternateContent>
      </w:r>
    </w:p>
    <w:p w14:paraId="6A36605C" w14:textId="77777777" w:rsidR="009C476A" w:rsidRDefault="009C476A" w:rsidP="009C476A">
      <w:pPr>
        <w:spacing w:after="200"/>
        <w:rPr>
          <w:rFonts w:ascii="Arial" w:eastAsiaTheme="majorEastAsia" w:hAnsi="Arial" w:cs="Arial"/>
          <w:b/>
          <w:bCs/>
          <w:color w:val="8064A2" w:themeColor="accent4"/>
          <w:sz w:val="22"/>
          <w:szCs w:val="24"/>
        </w:rPr>
      </w:pPr>
      <w:r>
        <w:rPr>
          <w:rFonts w:ascii="Arial" w:hAnsi="Arial" w:cs="Arial"/>
          <w:b/>
          <w:bCs/>
          <w:color w:val="8064A2" w:themeColor="accent4"/>
          <w:sz w:val="22"/>
          <w:szCs w:val="24"/>
        </w:rPr>
        <w:br w:type="page"/>
      </w:r>
    </w:p>
    <w:p w14:paraId="6FC05069" w14:textId="77DE443C" w:rsidR="00F006EF" w:rsidRDefault="00F006EF" w:rsidP="00D80790">
      <w:pPr>
        <w:pStyle w:val="Heading4"/>
        <w:shd w:val="clear" w:color="auto" w:fill="E8F4F8"/>
        <w:tabs>
          <w:tab w:val="left" w:pos="3150"/>
        </w:tabs>
        <w:spacing w:after="120"/>
        <w:rPr>
          <w:rFonts w:ascii="Arial" w:hAnsi="Arial" w:cs="Arial"/>
          <w:i w:val="0"/>
          <w:iCs w:val="0"/>
          <w:color w:val="0070C0"/>
          <w:sz w:val="24"/>
          <w:szCs w:val="28"/>
        </w:rPr>
      </w:pPr>
      <w:r w:rsidRPr="00480CF8">
        <w:rPr>
          <w:rFonts w:ascii="Arial" w:hAnsi="Arial" w:cs="Arial"/>
          <w:i w:val="0"/>
          <w:iCs w:val="0"/>
          <w:color w:val="0070C0"/>
          <w:sz w:val="24"/>
          <w:szCs w:val="28"/>
        </w:rPr>
        <w:lastRenderedPageBreak/>
        <w:t>Criterion B</w:t>
      </w:r>
      <w:r>
        <w:rPr>
          <w:rFonts w:ascii="Arial" w:hAnsi="Arial" w:cs="Arial"/>
          <w:i w:val="0"/>
          <w:iCs w:val="0"/>
          <w:color w:val="0070C0"/>
          <w:sz w:val="24"/>
          <w:szCs w:val="28"/>
        </w:rPr>
        <w:t>3</w:t>
      </w:r>
      <w:r w:rsidR="00DB6550">
        <w:rPr>
          <w:rFonts w:ascii="Arial" w:hAnsi="Arial" w:cs="Arial"/>
          <w:i w:val="0"/>
          <w:iCs w:val="0"/>
          <w:color w:val="0070C0"/>
          <w:sz w:val="24"/>
          <w:szCs w:val="28"/>
        </w:rPr>
        <w:t xml:space="preserve"> Guided Section</w:t>
      </w:r>
    </w:p>
    <w:p w14:paraId="771D818F" w14:textId="77777777" w:rsidR="006D34A4" w:rsidRDefault="00B04C6F" w:rsidP="006D34A4">
      <w:pPr>
        <w:spacing w:before="240" w:afterLines="120" w:after="288" w:line="288" w:lineRule="auto"/>
        <w:rPr>
          <w:rFonts w:ascii="Arial" w:hAnsi="Arial" w:cs="Arial"/>
          <w:noProof/>
          <w:sz w:val="22"/>
        </w:rPr>
      </w:pPr>
      <w:r>
        <w:rPr>
          <w:rFonts w:ascii="Arial" w:hAnsi="Arial" w:cs="Arial"/>
          <w:b/>
          <w:bCs/>
          <w:noProof/>
          <w:sz w:val="22"/>
        </w:rPr>
        <w:t>DSM Criterion:</w:t>
      </w:r>
      <w:r>
        <w:rPr>
          <w:rFonts w:ascii="Arial" w:hAnsi="Arial" w:cs="Arial"/>
          <w:noProof/>
          <w:sz w:val="22"/>
        </w:rPr>
        <w:t xml:space="preserve"> </w:t>
      </w:r>
      <w:r w:rsidR="00BF3F37" w:rsidRPr="00F006EF">
        <w:rPr>
          <w:rFonts w:ascii="Arial" w:hAnsi="Arial" w:cs="Arial"/>
          <w:noProof/>
          <w:sz w:val="22"/>
        </w:rPr>
        <w:t>Highly restricted, fixated interests that are abnormal in intensity or focus (e.g., strong attachment to or with unusual objects, excessively preoccupation circumscribed or perseverative interests).</w:t>
      </w:r>
    </w:p>
    <w:p w14:paraId="4A24D0D7" w14:textId="7367FB38" w:rsidR="00002FE5" w:rsidRPr="006D34A4" w:rsidRDefault="00002FE5" w:rsidP="000F6042">
      <w:pPr>
        <w:pStyle w:val="Heading5"/>
        <w:spacing w:after="240"/>
        <w:rPr>
          <w:rFonts w:ascii="Arial" w:hAnsi="Arial" w:cs="Arial"/>
          <w:noProof/>
          <w:color w:val="193344"/>
          <w:sz w:val="22"/>
        </w:rPr>
      </w:pPr>
      <w:r>
        <w:rPr>
          <w:rFonts w:ascii="Arial" w:hAnsi="Arial" w:cs="Arial"/>
          <w:b/>
          <w:bCs/>
          <w:color w:val="8064A2" w:themeColor="accent4"/>
          <w:sz w:val="22"/>
          <w:szCs w:val="24"/>
        </w:rPr>
        <w:t>Provided</w:t>
      </w:r>
      <w:r w:rsidRPr="00DB6550">
        <w:rPr>
          <w:rFonts w:ascii="Arial" w:hAnsi="Arial" w:cs="Arial"/>
          <w:b/>
          <w:bCs/>
          <w:color w:val="8064A2" w:themeColor="accent4"/>
          <w:sz w:val="22"/>
          <w:szCs w:val="24"/>
        </w:rPr>
        <w:t xml:space="preserve"> Examples</w:t>
      </w:r>
    </w:p>
    <w:p w14:paraId="3B68D1C2" w14:textId="509BA2E2" w:rsidR="00F006EF" w:rsidRDefault="00F006EF" w:rsidP="00F006EF">
      <w:pPr>
        <w:spacing w:afterLines="120" w:after="288" w:line="288" w:lineRule="auto"/>
        <w:rPr>
          <w:rFonts w:ascii="Segoe UI" w:hAnsi="Segoe UI" w:cs="Segoe UI"/>
          <w:b/>
          <w:bCs/>
          <w:color w:val="244061" w:themeColor="accent1" w:themeShade="80"/>
          <w:sz w:val="28"/>
          <w:szCs w:val="28"/>
        </w:rPr>
      </w:pPr>
      <w:r w:rsidRPr="00480CF8">
        <w:rPr>
          <w:rFonts w:ascii="Arial" w:hAnsi="Arial" w:cs="Arial"/>
          <w:i/>
          <w:iCs/>
          <w:noProof/>
          <w:sz w:val="24"/>
          <w:szCs w:val="24"/>
        </w:rPr>
        <mc:AlternateContent>
          <mc:Choice Requires="wps">
            <w:drawing>
              <wp:inline distT="0" distB="0" distL="0" distR="0" wp14:anchorId="1F7BDB5C" wp14:editId="65DDDCB1">
                <wp:extent cx="6339840" cy="7148223"/>
                <wp:effectExtent l="0" t="0" r="3810" b="0"/>
                <wp:docPr id="1337761444" name="Text Box 2"/>
                <wp:cNvGraphicFramePr/>
                <a:graphic xmlns:a="http://schemas.openxmlformats.org/drawingml/2006/main">
                  <a:graphicData uri="http://schemas.microsoft.com/office/word/2010/wordprocessingShape">
                    <wps:wsp>
                      <wps:cNvSpPr txBox="1"/>
                      <wps:spPr>
                        <a:xfrm>
                          <a:off x="0" y="0"/>
                          <a:ext cx="6339840" cy="7148223"/>
                        </a:xfrm>
                        <a:prstGeom prst="rect">
                          <a:avLst/>
                        </a:prstGeom>
                        <a:solidFill>
                          <a:srgbClr val="F7F5F9"/>
                        </a:solidFill>
                        <a:ln w="6350">
                          <a:noFill/>
                        </a:ln>
                      </wps:spPr>
                      <wps:txbx>
                        <w:txbxContent>
                          <w:p w14:paraId="161A0B44" w14:textId="77777777" w:rsidR="00D408DC" w:rsidRPr="00082A39" w:rsidRDefault="00D408DC" w:rsidP="00D408DC">
                            <w:pPr>
                              <w:spacing w:after="240"/>
                              <w:rPr>
                                <w:rFonts w:ascii="Arial" w:hAnsi="Arial" w:cs="Arial"/>
                                <w:b/>
                                <w:bCs/>
                                <w:sz w:val="22"/>
                                <w:szCs w:val="24"/>
                              </w:rPr>
                            </w:pPr>
                            <w:r>
                              <w:rPr>
                                <w:rFonts w:ascii="Arial" w:hAnsi="Arial" w:cs="Arial"/>
                                <w:b/>
                                <w:bCs/>
                                <w:sz w:val="22"/>
                                <w:szCs w:val="24"/>
                              </w:rPr>
                              <w:t>General</w:t>
                            </w:r>
                            <w:r w:rsidRPr="00082A39">
                              <w:rPr>
                                <w:rFonts w:ascii="Arial" w:hAnsi="Arial" w:cs="Arial"/>
                                <w:b/>
                                <w:bCs/>
                                <w:sz w:val="22"/>
                                <w:szCs w:val="24"/>
                              </w:rPr>
                              <w:t xml:space="preserve"> examples:</w:t>
                            </w:r>
                          </w:p>
                          <w:p w14:paraId="5C7F2AB9" w14:textId="3670831A" w:rsidR="00FD443D" w:rsidRPr="00082A39" w:rsidRDefault="00FD443D" w:rsidP="00FD443D">
                            <w:pPr>
                              <w:rPr>
                                <w:rFonts w:ascii="Arial" w:hAnsi="Arial" w:cs="Arial"/>
                                <w:szCs w:val="21"/>
                              </w:rPr>
                            </w:pPr>
                            <w:r w:rsidRPr="00082A39">
                              <w:rPr>
                                <w:rFonts w:ascii="Arial" w:hAnsi="Arial" w:cs="Arial"/>
                                <w:szCs w:val="21"/>
                              </w:rPr>
                              <w:t>Has an intense interest in a specific topic and can talk about that topic for hours on end without getting tired of it. This intense interest can go on for years.</w:t>
                            </w:r>
                          </w:p>
                          <w:p w14:paraId="519D0E14" w14:textId="77777777" w:rsidR="00FD443D" w:rsidRPr="00082A39" w:rsidRDefault="00FD443D" w:rsidP="00FD443D">
                            <w:pPr>
                              <w:rPr>
                                <w:rFonts w:ascii="Arial" w:hAnsi="Arial" w:cs="Arial"/>
                                <w:b/>
                                <w:bCs/>
                                <w:sz w:val="22"/>
                                <w:szCs w:val="24"/>
                              </w:rPr>
                            </w:pPr>
                            <w:r w:rsidRPr="00082A39">
                              <w:rPr>
                                <w:rFonts w:ascii="Arial" w:hAnsi="Arial" w:cs="Arial"/>
                                <w:b/>
                                <w:bCs/>
                                <w:sz w:val="22"/>
                                <w:szCs w:val="24"/>
                              </w:rPr>
                              <w:t>Layered real-world example from childhood</w:t>
                            </w:r>
                          </w:p>
                          <w:p w14:paraId="42500042" w14:textId="15625B3C" w:rsidR="00FD443D" w:rsidRPr="00082A39" w:rsidRDefault="00FD443D" w:rsidP="00FD443D">
                            <w:pPr>
                              <w:rPr>
                                <w:rFonts w:ascii="Arial" w:hAnsi="Arial" w:cs="Arial"/>
                                <w:szCs w:val="21"/>
                              </w:rPr>
                            </w:pPr>
                            <w:r w:rsidRPr="00082A39">
                              <w:rPr>
                                <w:rFonts w:ascii="Arial" w:hAnsi="Arial" w:cs="Arial"/>
                                <w:szCs w:val="21"/>
                              </w:rPr>
                              <w:t xml:space="preserve">Penelope </w:t>
                            </w:r>
                            <w:proofErr w:type="gramStart"/>
                            <w:r w:rsidRPr="00082A39">
                              <w:rPr>
                                <w:rFonts w:ascii="Arial" w:hAnsi="Arial" w:cs="Arial"/>
                                <w:szCs w:val="21"/>
                              </w:rPr>
                              <w:t>definitely has</w:t>
                            </w:r>
                            <w:proofErr w:type="gramEnd"/>
                            <w:r w:rsidRPr="00082A39">
                              <w:rPr>
                                <w:rFonts w:ascii="Arial" w:hAnsi="Arial" w:cs="Arial"/>
                                <w:szCs w:val="21"/>
                              </w:rPr>
                              <w:t xml:space="preserve"> a very strong attachment to certain objects… particularly her stuffies… who each have a name (some quite unique</w:t>
                            </w:r>
                            <w:proofErr w:type="gramStart"/>
                            <w:r w:rsidRPr="00082A39">
                              <w:rPr>
                                <w:rFonts w:ascii="Arial" w:hAnsi="Arial" w:cs="Arial"/>
                                <w:szCs w:val="21"/>
                              </w:rPr>
                              <w:t>)</w:t>
                            </w:r>
                            <w:proofErr w:type="gramEnd"/>
                            <w:r w:rsidRPr="00082A39">
                              <w:rPr>
                                <w:rFonts w:ascii="Arial" w:hAnsi="Arial" w:cs="Arial"/>
                                <w:szCs w:val="21"/>
                              </w:rPr>
                              <w:t xml:space="preserve"> and she actively engages with them regularly. She also can get highly fixated on certain things for </w:t>
                            </w:r>
                            <w:proofErr w:type="gramStart"/>
                            <w:r w:rsidRPr="00082A39">
                              <w:rPr>
                                <w:rFonts w:ascii="Arial" w:hAnsi="Arial" w:cs="Arial"/>
                                <w:szCs w:val="21"/>
                              </w:rPr>
                              <w:t>a period of time</w:t>
                            </w:r>
                            <w:proofErr w:type="gramEnd"/>
                            <w:r w:rsidRPr="00082A39">
                              <w:rPr>
                                <w:rFonts w:ascii="Arial" w:hAnsi="Arial" w:cs="Arial"/>
                                <w:szCs w:val="21"/>
                              </w:rPr>
                              <w:t xml:space="preserve"> (like reaching a certain part of a </w:t>
                            </w:r>
                            <w:proofErr w:type="gramStart"/>
                            <w:r w:rsidRPr="00082A39">
                              <w:rPr>
                                <w:rFonts w:ascii="Arial" w:hAnsi="Arial" w:cs="Arial"/>
                                <w:szCs w:val="21"/>
                              </w:rPr>
                              <w:t>game, or</w:t>
                            </w:r>
                            <w:proofErr w:type="gramEnd"/>
                            <w:r w:rsidRPr="00082A39">
                              <w:rPr>
                                <w:rFonts w:ascii="Arial" w:hAnsi="Arial" w:cs="Arial"/>
                                <w:szCs w:val="21"/>
                              </w:rPr>
                              <w:t xml:space="preserve"> building something in a game… or physically). But I do think her ADHD can make her fixations bounce around relatively regularly (between different games, in person fixations like calico critters or a type of art, etc.)</w:t>
                            </w:r>
                          </w:p>
                          <w:p w14:paraId="1226C16A" w14:textId="77777777" w:rsidR="00FD443D" w:rsidRPr="00082A39" w:rsidRDefault="00FD443D" w:rsidP="00FD443D">
                            <w:pPr>
                              <w:rPr>
                                <w:rFonts w:ascii="Arial" w:hAnsi="Arial" w:cs="Arial"/>
                                <w:b/>
                                <w:bCs/>
                                <w:sz w:val="22"/>
                                <w:szCs w:val="24"/>
                              </w:rPr>
                            </w:pPr>
                            <w:r w:rsidRPr="00082A39">
                              <w:rPr>
                                <w:rFonts w:ascii="Arial" w:hAnsi="Arial" w:cs="Arial"/>
                                <w:b/>
                                <w:bCs/>
                                <w:sz w:val="22"/>
                                <w:szCs w:val="24"/>
                              </w:rPr>
                              <w:t>Layered real-world example from adulthood</w:t>
                            </w:r>
                          </w:p>
                          <w:p w14:paraId="098152EC" w14:textId="168C1BA6" w:rsidR="003E4337" w:rsidRPr="00082A39" w:rsidRDefault="003E4337" w:rsidP="003E4337">
                            <w:pPr>
                              <w:rPr>
                                <w:rFonts w:ascii="Arial" w:hAnsi="Arial" w:cs="Arial"/>
                                <w:szCs w:val="21"/>
                              </w:rPr>
                            </w:pPr>
                            <w:r w:rsidRPr="00082A39">
                              <w:rPr>
                                <w:rFonts w:ascii="Arial" w:hAnsi="Arial" w:cs="Arial"/>
                                <w:szCs w:val="21"/>
                              </w:rPr>
                              <w:t xml:space="preserve">I have EXTREMELY restricted interests and find it difficult (even painful) to converse about topics that I don’t find interesting. I’m currently 38… over the course of my life, I have gone in and out of different obsessive interests… usually having to do with what I was going through at the time. </w:t>
                            </w:r>
                          </w:p>
                          <w:p w14:paraId="4156E254" w14:textId="3D519AD3" w:rsidR="003E4337" w:rsidRPr="00082A39" w:rsidRDefault="003E4337" w:rsidP="003E4337">
                            <w:pPr>
                              <w:rPr>
                                <w:rFonts w:ascii="Arial" w:hAnsi="Arial" w:cs="Arial"/>
                                <w:szCs w:val="21"/>
                              </w:rPr>
                            </w:pPr>
                            <w:r w:rsidRPr="00082A39">
                              <w:rPr>
                                <w:rFonts w:ascii="Arial" w:hAnsi="Arial" w:cs="Arial"/>
                                <w:szCs w:val="21"/>
                              </w:rPr>
                              <w:t>The</w:t>
                            </w:r>
                            <w:r w:rsidR="00082A39" w:rsidRPr="00082A39">
                              <w:rPr>
                                <w:rFonts w:ascii="Arial" w:hAnsi="Arial" w:cs="Arial"/>
                                <w:szCs w:val="21"/>
                              </w:rPr>
                              <w:t>s</w:t>
                            </w:r>
                            <w:r w:rsidRPr="00082A39">
                              <w:rPr>
                                <w:rFonts w:ascii="Arial" w:hAnsi="Arial" w:cs="Arial"/>
                                <w:szCs w:val="21"/>
                              </w:rPr>
                              <w:t>e are just SOME of the restricted interests I have had over the years…</w:t>
                            </w:r>
                          </w:p>
                          <w:p w14:paraId="3D358C01" w14:textId="77777777" w:rsidR="003E4337" w:rsidRPr="00082A39" w:rsidRDefault="003E4337" w:rsidP="003E4337">
                            <w:pPr>
                              <w:rPr>
                                <w:rFonts w:ascii="Arial" w:hAnsi="Arial" w:cs="Arial"/>
                                <w:szCs w:val="21"/>
                              </w:rPr>
                            </w:pPr>
                            <w:r w:rsidRPr="00082A39">
                              <w:rPr>
                                <w:rFonts w:ascii="Arial" w:hAnsi="Arial" w:cs="Arial"/>
                                <w:szCs w:val="21"/>
                              </w:rPr>
                              <w:t xml:space="preserve">Animal Liberation – I became obsessed with animal rights around 17. Friends used to joke that I called mozzarella sticks “sticks of death” (I don’t remember calling them that, but I fully believe that I did </w:t>
                            </w:r>
                            <w:r w:rsidRPr="00082A39">
                              <w:rPr>
                                <w:rFonts w:ascii="Segoe UI Emoji" w:hAnsi="Segoe UI Emoji" w:cs="Segoe UI Emoji"/>
                                <w:szCs w:val="21"/>
                              </w:rPr>
                              <w:t>😅</w:t>
                            </w:r>
                            <w:r w:rsidRPr="00082A39">
                              <w:rPr>
                                <w:rFonts w:ascii="Arial" w:hAnsi="Arial" w:cs="Arial"/>
                                <w:szCs w:val="21"/>
                              </w:rPr>
                              <w:t xml:space="preserve">.) I also wrote several papers on the subject and was a Pescatarian for 10 years. </w:t>
                            </w:r>
                          </w:p>
                          <w:p w14:paraId="1185BDBA" w14:textId="37E08DA3" w:rsidR="00FD443D" w:rsidRPr="00082A39" w:rsidRDefault="003E4337" w:rsidP="00FD443D">
                            <w:pPr>
                              <w:rPr>
                                <w:rFonts w:ascii="Arial" w:hAnsi="Arial" w:cs="Arial"/>
                                <w:szCs w:val="21"/>
                              </w:rPr>
                            </w:pPr>
                            <w:r w:rsidRPr="00082A39">
                              <w:rPr>
                                <w:rFonts w:ascii="Arial" w:hAnsi="Arial" w:cs="Arial"/>
                                <w:szCs w:val="21"/>
                              </w:rPr>
                              <w:t xml:space="preserve">Iris Murdoch – I took a class on Iris Murdoch for my English Master’s and literally couldn’t not find a connection between any topic and Iris Murdoch’s books. The following semester, I took a different class with the same professor and probably made at least one reference to Iris Murdoch in every class. (I’m slightly embarrassed looking back… most of the connections I was making were </w:t>
                            </w:r>
                            <w:proofErr w:type="gramStart"/>
                            <w:r w:rsidRPr="00082A39">
                              <w:rPr>
                                <w:rFonts w:ascii="Arial" w:hAnsi="Arial" w:cs="Arial"/>
                                <w:szCs w:val="21"/>
                              </w:rPr>
                              <w:t>pretty big</w:t>
                            </w:r>
                            <w:proofErr w:type="gramEnd"/>
                            <w:r w:rsidRPr="00082A39">
                              <w:rPr>
                                <w:rFonts w:ascii="Arial" w:hAnsi="Arial" w:cs="Arial"/>
                                <w:szCs w:val="21"/>
                              </w:rPr>
                              <w:t xml:space="preserve"> stretches </w:t>
                            </w:r>
                            <w:r w:rsidRPr="00082A39">
                              <w:rPr>
                                <w:rFonts w:ascii="Segoe UI Emoji" w:hAnsi="Segoe UI Emoji" w:cs="Segoe UI Emoji"/>
                                <w:szCs w:val="21"/>
                              </w:rPr>
                              <w:t>😅</w:t>
                            </w:r>
                            <w:r w:rsidRPr="00082A39">
                              <w:rPr>
                                <w:rFonts w:ascii="Arial" w:hAnsi="Arial" w:cs="Arial"/>
                                <w:szCs w:val="21"/>
                              </w:rPr>
                              <w:t xml:space="preserve">). That summer, I also bought every book Iris Murdoch ever wrote (I still have them </w:t>
                            </w:r>
                            <w:proofErr w:type="gramStart"/>
                            <w:r w:rsidRPr="00082A39">
                              <w:rPr>
                                <w:rFonts w:ascii="Arial" w:hAnsi="Arial" w:cs="Arial"/>
                                <w:szCs w:val="21"/>
                              </w:rPr>
                              <w:t>in</w:t>
                            </w:r>
                            <w:proofErr w:type="gramEnd"/>
                            <w:r w:rsidRPr="00082A39">
                              <w:rPr>
                                <w:rFonts w:ascii="Arial" w:hAnsi="Arial" w:cs="Arial"/>
                                <w:szCs w:val="21"/>
                              </w:rPr>
                              <w:t xml:space="preserve"> my bookshelf).</w:t>
                            </w:r>
                          </w:p>
                          <w:p w14:paraId="7A34E824" w14:textId="7B3CED87" w:rsidR="006D34A4" w:rsidRPr="00082A39" w:rsidRDefault="006D34A4" w:rsidP="006D34A4">
                            <w:pPr>
                              <w:rPr>
                                <w:rFonts w:ascii="Arial" w:hAnsi="Arial" w:cs="Arial"/>
                                <w:szCs w:val="21"/>
                              </w:rPr>
                            </w:pPr>
                            <w:r w:rsidRPr="00082A39">
                              <w:rPr>
                                <w:rFonts w:ascii="Arial" w:hAnsi="Arial" w:cs="Arial"/>
                                <w:szCs w:val="21"/>
                              </w:rPr>
                              <w:t xml:space="preserve">SPD/Autism/Neurodivergence – I first came across SPD when I discovered that one of my daughters had it. My therapist pointed me to the book “The Out of Sync Child” and I devoured the book… only to discover that I have lived with sensory sensitive SPD my entire life (my daughter is a sensory seeker). Ever since then, I have learned everything I can about it… and wrote two children’s books about SPD (my first book, Rosalee the Seeker, is about my daughter, my second book, Alexander the Avoider, is about me and my son… I was </w:t>
                            </w:r>
                            <w:proofErr w:type="gramStart"/>
                            <w:r w:rsidRPr="00082A39">
                              <w:rPr>
                                <w:rFonts w:ascii="Arial" w:hAnsi="Arial" w:cs="Arial"/>
                                <w:szCs w:val="21"/>
                              </w:rPr>
                              <w:t>actually able</w:t>
                            </w:r>
                            <w:proofErr w:type="gramEnd"/>
                            <w:r w:rsidRPr="00082A39">
                              <w:rPr>
                                <w:rFonts w:ascii="Arial" w:hAnsi="Arial" w:cs="Arial"/>
                                <w:szCs w:val="21"/>
                              </w:rPr>
                              <w:t xml:space="preserve"> to get Carol Kranowitz to write the foreword for my first book). I also started a Facebook page where I can spread awareness about SPD. Since SPD and autism overlap quite a bit, I ended up learning about autism/neurodivergence along the way. My Facebook page now covers all topics related to neurodivergence. My community is very happy to be in a space where I can infodump constantly. </w:t>
                            </w:r>
                            <w:r w:rsidRPr="00082A39">
                              <w:rPr>
                                <w:rFonts w:ascii="Segoe UI Emoji" w:hAnsi="Segoe UI Emoji" w:cs="Segoe UI Emoji"/>
                                <w:szCs w:val="21"/>
                              </w:rPr>
                              <w:t>😊</w:t>
                            </w:r>
                            <w:r w:rsidRPr="00082A39">
                              <w:rPr>
                                <w:rFonts w:ascii="Arial" w:hAnsi="Arial" w:cs="Arial"/>
                                <w:szCs w:val="21"/>
                              </w:rPr>
                              <w:t xml:space="preserve"> </w:t>
                            </w:r>
                          </w:p>
                          <w:p w14:paraId="1CAE8F68" w14:textId="2B8BC27A" w:rsidR="00F006EF" w:rsidRPr="00082A39" w:rsidRDefault="006D34A4" w:rsidP="00F006EF">
                            <w:pPr>
                              <w:rPr>
                                <w:rFonts w:ascii="Arial" w:hAnsi="Arial" w:cs="Arial"/>
                                <w:szCs w:val="21"/>
                              </w:rPr>
                            </w:pPr>
                            <w:r w:rsidRPr="00082A39">
                              <w:rPr>
                                <w:rFonts w:ascii="Arial" w:hAnsi="Arial" w:cs="Arial"/>
                                <w:szCs w:val="21"/>
                              </w:rPr>
                              <w:t xml:space="preserve">So, yes… my interests do differ from the interests of others in intensity and scope </w:t>
                            </w:r>
                            <w:r w:rsidRPr="00082A39">
                              <w:rPr>
                                <w:rFonts w:ascii="Segoe UI Emoji" w:hAnsi="Segoe UI Emoji" w:cs="Segoe UI Emoji"/>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F7BDB5C" id="_x0000_s1052" type="#_x0000_t202" style="width:499.2pt;height:562.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" fillcolor="#f7f5f9" stroked="f" strokeweight=".5pt">
                <v:textbox>
                  <w:txbxContent>
                    <w:p w14:paraId="161A0B44" w14:textId="77777777" w:rsidR="00D408DC" w:rsidRPr="00082A39" w:rsidRDefault="00D408DC" w:rsidP="00D408DC">
                      <w:pPr>
                        <w:spacing w:after="240"/>
                        <w:rPr>
                          <w:rFonts w:ascii="Arial" w:hAnsi="Arial" w:cs="Arial"/>
                          <w:b/>
                          <w:bCs/>
                          <w:sz w:val="22"/>
                          <w:szCs w:val="24"/>
                        </w:rPr>
                      </w:pPr>
                      <w:r>
                        <w:rPr>
                          <w:rFonts w:ascii="Arial" w:hAnsi="Arial" w:cs="Arial"/>
                          <w:b/>
                          <w:bCs/>
                          <w:sz w:val="22"/>
                          <w:szCs w:val="24"/>
                        </w:rPr>
                        <w:t>General</w:t>
                      </w:r>
                      <w:r w:rsidRPr="00082A39">
                        <w:rPr>
                          <w:rFonts w:ascii="Arial" w:hAnsi="Arial" w:cs="Arial"/>
                          <w:b/>
                          <w:bCs/>
                          <w:sz w:val="22"/>
                          <w:szCs w:val="24"/>
                        </w:rPr>
                        <w:t xml:space="preserve"> examples:</w:t>
                      </w:r>
                    </w:p>
                    <w:p w14:paraId="5C7F2AB9" w14:textId="3670831A" w:rsidR="00FD443D" w:rsidRPr="00082A39" w:rsidRDefault="00FD443D" w:rsidP="00FD443D">
                      <w:pPr>
                        <w:rPr>
                          <w:rFonts w:ascii="Arial" w:hAnsi="Arial" w:cs="Arial"/>
                          <w:szCs w:val="21"/>
                        </w:rPr>
                      </w:pPr>
                      <w:r w:rsidRPr="00082A39">
                        <w:rPr>
                          <w:rFonts w:ascii="Arial" w:hAnsi="Arial" w:cs="Arial"/>
                          <w:szCs w:val="21"/>
                        </w:rPr>
                        <w:t>Has an intense interest in a specific topic and can talk about that topic for hours on end without getting tired of it. This intense interest can go on for years.</w:t>
                      </w:r>
                    </w:p>
                    <w:p w14:paraId="519D0E14" w14:textId="77777777" w:rsidR="00FD443D" w:rsidRPr="00082A39" w:rsidRDefault="00FD443D" w:rsidP="00FD443D">
                      <w:pPr>
                        <w:rPr>
                          <w:rFonts w:ascii="Arial" w:hAnsi="Arial" w:cs="Arial"/>
                          <w:b/>
                          <w:bCs/>
                          <w:sz w:val="22"/>
                          <w:szCs w:val="24"/>
                        </w:rPr>
                      </w:pPr>
                      <w:r w:rsidRPr="00082A39">
                        <w:rPr>
                          <w:rFonts w:ascii="Arial" w:hAnsi="Arial" w:cs="Arial"/>
                          <w:b/>
                          <w:bCs/>
                          <w:sz w:val="22"/>
                          <w:szCs w:val="24"/>
                        </w:rPr>
                        <w:t>Layered real-world example from childhood</w:t>
                      </w:r>
                    </w:p>
                    <w:p w14:paraId="42500042" w14:textId="15625B3C" w:rsidR="00FD443D" w:rsidRPr="00082A39" w:rsidRDefault="00FD443D" w:rsidP="00FD443D">
                      <w:pPr>
                        <w:rPr>
                          <w:rFonts w:ascii="Arial" w:hAnsi="Arial" w:cs="Arial"/>
                          <w:szCs w:val="21"/>
                        </w:rPr>
                      </w:pPr>
                      <w:r w:rsidRPr="00082A39">
                        <w:rPr>
                          <w:rFonts w:ascii="Arial" w:hAnsi="Arial" w:cs="Arial"/>
                          <w:szCs w:val="21"/>
                        </w:rPr>
                        <w:t xml:space="preserve">Penelope </w:t>
                      </w:r>
                      <w:proofErr w:type="gramStart"/>
                      <w:r w:rsidRPr="00082A39">
                        <w:rPr>
                          <w:rFonts w:ascii="Arial" w:hAnsi="Arial" w:cs="Arial"/>
                          <w:szCs w:val="21"/>
                        </w:rPr>
                        <w:t>definitely has</w:t>
                      </w:r>
                      <w:proofErr w:type="gramEnd"/>
                      <w:r w:rsidRPr="00082A39">
                        <w:rPr>
                          <w:rFonts w:ascii="Arial" w:hAnsi="Arial" w:cs="Arial"/>
                          <w:szCs w:val="21"/>
                        </w:rPr>
                        <w:t xml:space="preserve"> a very strong attachment to certain objects… particularly her stuffies… who each have a name (some quite unique</w:t>
                      </w:r>
                      <w:proofErr w:type="gramStart"/>
                      <w:r w:rsidRPr="00082A39">
                        <w:rPr>
                          <w:rFonts w:ascii="Arial" w:hAnsi="Arial" w:cs="Arial"/>
                          <w:szCs w:val="21"/>
                        </w:rPr>
                        <w:t>)</w:t>
                      </w:r>
                      <w:proofErr w:type="gramEnd"/>
                      <w:r w:rsidRPr="00082A39">
                        <w:rPr>
                          <w:rFonts w:ascii="Arial" w:hAnsi="Arial" w:cs="Arial"/>
                          <w:szCs w:val="21"/>
                        </w:rPr>
                        <w:t xml:space="preserve"> and she actively engages with them regularly. She also can get highly fixated on certain things for </w:t>
                      </w:r>
                      <w:proofErr w:type="gramStart"/>
                      <w:r w:rsidRPr="00082A39">
                        <w:rPr>
                          <w:rFonts w:ascii="Arial" w:hAnsi="Arial" w:cs="Arial"/>
                          <w:szCs w:val="21"/>
                        </w:rPr>
                        <w:t>a period of time</w:t>
                      </w:r>
                      <w:proofErr w:type="gramEnd"/>
                      <w:r w:rsidRPr="00082A39">
                        <w:rPr>
                          <w:rFonts w:ascii="Arial" w:hAnsi="Arial" w:cs="Arial"/>
                          <w:szCs w:val="21"/>
                        </w:rPr>
                        <w:t xml:space="preserve"> (like reaching a certain part of a </w:t>
                      </w:r>
                      <w:proofErr w:type="gramStart"/>
                      <w:r w:rsidRPr="00082A39">
                        <w:rPr>
                          <w:rFonts w:ascii="Arial" w:hAnsi="Arial" w:cs="Arial"/>
                          <w:szCs w:val="21"/>
                        </w:rPr>
                        <w:t>game, or</w:t>
                      </w:r>
                      <w:proofErr w:type="gramEnd"/>
                      <w:r w:rsidRPr="00082A39">
                        <w:rPr>
                          <w:rFonts w:ascii="Arial" w:hAnsi="Arial" w:cs="Arial"/>
                          <w:szCs w:val="21"/>
                        </w:rPr>
                        <w:t xml:space="preserve"> building something in a game… or physically). But I do think her ADHD can make her fixations bounce around relatively regularly (between different games, in person fixations like calico critters or a type of art, etc.)</w:t>
                      </w:r>
                    </w:p>
                    <w:p w14:paraId="1226C16A" w14:textId="77777777" w:rsidR="00FD443D" w:rsidRPr="00082A39" w:rsidRDefault="00FD443D" w:rsidP="00FD443D">
                      <w:pPr>
                        <w:rPr>
                          <w:rFonts w:ascii="Arial" w:hAnsi="Arial" w:cs="Arial"/>
                          <w:b/>
                          <w:bCs/>
                          <w:sz w:val="22"/>
                          <w:szCs w:val="24"/>
                        </w:rPr>
                      </w:pPr>
                      <w:r w:rsidRPr="00082A39">
                        <w:rPr>
                          <w:rFonts w:ascii="Arial" w:hAnsi="Arial" w:cs="Arial"/>
                          <w:b/>
                          <w:bCs/>
                          <w:sz w:val="22"/>
                          <w:szCs w:val="24"/>
                        </w:rPr>
                        <w:t>Layered real-world example from adulthood</w:t>
                      </w:r>
                    </w:p>
                    <w:p w14:paraId="098152EC" w14:textId="168C1BA6" w:rsidR="003E4337" w:rsidRPr="00082A39" w:rsidRDefault="003E4337" w:rsidP="003E4337">
                      <w:pPr>
                        <w:rPr>
                          <w:rFonts w:ascii="Arial" w:hAnsi="Arial" w:cs="Arial"/>
                          <w:szCs w:val="21"/>
                        </w:rPr>
                      </w:pPr>
                      <w:r w:rsidRPr="00082A39">
                        <w:rPr>
                          <w:rFonts w:ascii="Arial" w:hAnsi="Arial" w:cs="Arial"/>
                          <w:szCs w:val="21"/>
                        </w:rPr>
                        <w:t xml:space="preserve">I have EXTREMELY restricted interests and find it difficult (even painful) to converse about topics that I don’t find interesting. I’m currently 38… over the course of my life, I have gone in and out of different obsessive interests… usually having to do with what I was going through at the time. </w:t>
                      </w:r>
                    </w:p>
                    <w:p w14:paraId="4156E254" w14:textId="3D519AD3" w:rsidR="003E4337" w:rsidRPr="00082A39" w:rsidRDefault="003E4337" w:rsidP="003E4337">
                      <w:pPr>
                        <w:rPr>
                          <w:rFonts w:ascii="Arial" w:hAnsi="Arial" w:cs="Arial"/>
                          <w:szCs w:val="21"/>
                        </w:rPr>
                      </w:pPr>
                      <w:r w:rsidRPr="00082A39">
                        <w:rPr>
                          <w:rFonts w:ascii="Arial" w:hAnsi="Arial" w:cs="Arial"/>
                          <w:szCs w:val="21"/>
                        </w:rPr>
                        <w:t>The</w:t>
                      </w:r>
                      <w:r w:rsidR="00082A39" w:rsidRPr="00082A39">
                        <w:rPr>
                          <w:rFonts w:ascii="Arial" w:hAnsi="Arial" w:cs="Arial"/>
                          <w:szCs w:val="21"/>
                        </w:rPr>
                        <w:t>s</w:t>
                      </w:r>
                      <w:r w:rsidRPr="00082A39">
                        <w:rPr>
                          <w:rFonts w:ascii="Arial" w:hAnsi="Arial" w:cs="Arial"/>
                          <w:szCs w:val="21"/>
                        </w:rPr>
                        <w:t>e are just SOME of the restricted interests I have had over the years…</w:t>
                      </w:r>
                    </w:p>
                    <w:p w14:paraId="3D358C01" w14:textId="77777777" w:rsidR="003E4337" w:rsidRPr="00082A39" w:rsidRDefault="003E4337" w:rsidP="003E4337">
                      <w:pPr>
                        <w:rPr>
                          <w:rFonts w:ascii="Arial" w:hAnsi="Arial" w:cs="Arial"/>
                          <w:szCs w:val="21"/>
                        </w:rPr>
                      </w:pPr>
                      <w:r w:rsidRPr="00082A39">
                        <w:rPr>
                          <w:rFonts w:ascii="Arial" w:hAnsi="Arial" w:cs="Arial"/>
                          <w:szCs w:val="21"/>
                        </w:rPr>
                        <w:t xml:space="preserve">Animal Liberation – I became obsessed with animal rights around 17. Friends used to joke that I called mozzarella sticks “sticks of death” (I don’t remember calling them that, but I fully believe that I did </w:t>
                      </w:r>
                      <w:r w:rsidRPr="00082A39">
                        <w:rPr>
                          <w:rFonts w:ascii="Segoe UI Emoji" w:hAnsi="Segoe UI Emoji" w:cs="Segoe UI Emoji"/>
                          <w:szCs w:val="21"/>
                        </w:rPr>
                        <w:t>😅</w:t>
                      </w:r>
                      <w:r w:rsidRPr="00082A39">
                        <w:rPr>
                          <w:rFonts w:ascii="Arial" w:hAnsi="Arial" w:cs="Arial"/>
                          <w:szCs w:val="21"/>
                        </w:rPr>
                        <w:t xml:space="preserve">.) I also wrote several papers on the subject and was a Pescatarian for 10 years. </w:t>
                      </w:r>
                    </w:p>
                    <w:p w14:paraId="1185BDBA" w14:textId="37E08DA3" w:rsidR="00FD443D" w:rsidRPr="00082A39" w:rsidRDefault="003E4337" w:rsidP="00FD443D">
                      <w:pPr>
                        <w:rPr>
                          <w:rFonts w:ascii="Arial" w:hAnsi="Arial" w:cs="Arial"/>
                          <w:szCs w:val="21"/>
                        </w:rPr>
                      </w:pPr>
                      <w:r w:rsidRPr="00082A39">
                        <w:rPr>
                          <w:rFonts w:ascii="Arial" w:hAnsi="Arial" w:cs="Arial"/>
                          <w:szCs w:val="21"/>
                        </w:rPr>
                        <w:t xml:space="preserve">Iris Murdoch – I took a class on Iris Murdoch for my English Master’s and literally couldn’t not find a connection between any topic and Iris Murdoch’s books. The following semester, I took a different class with the same professor and probably made at least one reference to Iris Murdoch in every class. (I’m slightly embarrassed looking back… most of the connections I was making were </w:t>
                      </w:r>
                      <w:proofErr w:type="gramStart"/>
                      <w:r w:rsidRPr="00082A39">
                        <w:rPr>
                          <w:rFonts w:ascii="Arial" w:hAnsi="Arial" w:cs="Arial"/>
                          <w:szCs w:val="21"/>
                        </w:rPr>
                        <w:t>pretty big</w:t>
                      </w:r>
                      <w:proofErr w:type="gramEnd"/>
                      <w:r w:rsidRPr="00082A39">
                        <w:rPr>
                          <w:rFonts w:ascii="Arial" w:hAnsi="Arial" w:cs="Arial"/>
                          <w:szCs w:val="21"/>
                        </w:rPr>
                        <w:t xml:space="preserve"> stretches </w:t>
                      </w:r>
                      <w:r w:rsidRPr="00082A39">
                        <w:rPr>
                          <w:rFonts w:ascii="Segoe UI Emoji" w:hAnsi="Segoe UI Emoji" w:cs="Segoe UI Emoji"/>
                          <w:szCs w:val="21"/>
                        </w:rPr>
                        <w:t>😅</w:t>
                      </w:r>
                      <w:r w:rsidRPr="00082A39">
                        <w:rPr>
                          <w:rFonts w:ascii="Arial" w:hAnsi="Arial" w:cs="Arial"/>
                          <w:szCs w:val="21"/>
                        </w:rPr>
                        <w:t xml:space="preserve">). That summer, I also bought every book Iris Murdoch ever wrote (I still have them </w:t>
                      </w:r>
                      <w:proofErr w:type="gramStart"/>
                      <w:r w:rsidRPr="00082A39">
                        <w:rPr>
                          <w:rFonts w:ascii="Arial" w:hAnsi="Arial" w:cs="Arial"/>
                          <w:szCs w:val="21"/>
                        </w:rPr>
                        <w:t>in</w:t>
                      </w:r>
                      <w:proofErr w:type="gramEnd"/>
                      <w:r w:rsidRPr="00082A39">
                        <w:rPr>
                          <w:rFonts w:ascii="Arial" w:hAnsi="Arial" w:cs="Arial"/>
                          <w:szCs w:val="21"/>
                        </w:rPr>
                        <w:t xml:space="preserve"> my bookshelf).</w:t>
                      </w:r>
                    </w:p>
                    <w:p w14:paraId="7A34E824" w14:textId="7B3CED87" w:rsidR="006D34A4" w:rsidRPr="00082A39" w:rsidRDefault="006D34A4" w:rsidP="006D34A4">
                      <w:pPr>
                        <w:rPr>
                          <w:rFonts w:ascii="Arial" w:hAnsi="Arial" w:cs="Arial"/>
                          <w:szCs w:val="21"/>
                        </w:rPr>
                      </w:pPr>
                      <w:r w:rsidRPr="00082A39">
                        <w:rPr>
                          <w:rFonts w:ascii="Arial" w:hAnsi="Arial" w:cs="Arial"/>
                          <w:szCs w:val="21"/>
                        </w:rPr>
                        <w:t xml:space="preserve">SPD/Autism/Neurodivergence – I first came across SPD when I discovered that one of my daughters had it. My therapist pointed me to the book “The Out of Sync Child” and I devoured the book… only to discover that I have lived with sensory sensitive SPD my entire life (my daughter is a sensory seeker). Ever since then, I have learned everything I can about it… and wrote two children’s books about SPD (my first book, Rosalee the Seeker, is about my daughter, my second book, Alexander the Avoider, is about me and my son… I was </w:t>
                      </w:r>
                      <w:proofErr w:type="gramStart"/>
                      <w:r w:rsidRPr="00082A39">
                        <w:rPr>
                          <w:rFonts w:ascii="Arial" w:hAnsi="Arial" w:cs="Arial"/>
                          <w:szCs w:val="21"/>
                        </w:rPr>
                        <w:t>actually able</w:t>
                      </w:r>
                      <w:proofErr w:type="gramEnd"/>
                      <w:r w:rsidRPr="00082A39">
                        <w:rPr>
                          <w:rFonts w:ascii="Arial" w:hAnsi="Arial" w:cs="Arial"/>
                          <w:szCs w:val="21"/>
                        </w:rPr>
                        <w:t xml:space="preserve"> to get Carol Kranowitz to write the foreword for my first book). I also started a Facebook page where I can spread awareness about SPD. Since SPD and autism overlap quite a bit, I ended up learning about autism/neurodivergence along the way. My Facebook page now covers all topics related to neurodivergence. My community is very happy to be in a space where I can infodump constantly. </w:t>
                      </w:r>
                      <w:r w:rsidRPr="00082A39">
                        <w:rPr>
                          <w:rFonts w:ascii="Segoe UI Emoji" w:hAnsi="Segoe UI Emoji" w:cs="Segoe UI Emoji"/>
                          <w:szCs w:val="21"/>
                        </w:rPr>
                        <w:t>😊</w:t>
                      </w:r>
                      <w:r w:rsidRPr="00082A39">
                        <w:rPr>
                          <w:rFonts w:ascii="Arial" w:hAnsi="Arial" w:cs="Arial"/>
                          <w:szCs w:val="21"/>
                        </w:rPr>
                        <w:t xml:space="preserve"> </w:t>
                      </w:r>
                    </w:p>
                    <w:p w14:paraId="1CAE8F68" w14:textId="2B8BC27A" w:rsidR="00F006EF" w:rsidRPr="00082A39" w:rsidRDefault="006D34A4" w:rsidP="00F006EF">
                      <w:pPr>
                        <w:rPr>
                          <w:rFonts w:ascii="Arial" w:hAnsi="Arial" w:cs="Arial"/>
                          <w:szCs w:val="21"/>
                        </w:rPr>
                      </w:pPr>
                      <w:r w:rsidRPr="00082A39">
                        <w:rPr>
                          <w:rFonts w:ascii="Arial" w:hAnsi="Arial" w:cs="Arial"/>
                          <w:szCs w:val="21"/>
                        </w:rPr>
                        <w:t xml:space="preserve">So, yes… my interests do differ from the interests of others in intensity and scope </w:t>
                      </w:r>
                      <w:r w:rsidRPr="00082A39">
                        <w:rPr>
                          <w:rFonts w:ascii="Segoe UI Emoji" w:hAnsi="Segoe UI Emoji" w:cs="Segoe UI Emoji"/>
                          <w:szCs w:val="21"/>
                        </w:rPr>
                        <w:t>😅</w:t>
                      </w:r>
                    </w:p>
                  </w:txbxContent>
                </v:textbox>
                <w10:anchorlock/>
              </v:shape>
            </w:pict>
          </mc:Fallback>
        </mc:AlternateContent>
      </w:r>
    </w:p>
    <w:p w14:paraId="282FF244" w14:textId="6FE99C2C" w:rsidR="00B04C6F" w:rsidRPr="00D408DC" w:rsidRDefault="002E5F9C" w:rsidP="00D408DC">
      <w:pPr>
        <w:spacing w:after="200"/>
        <w:rPr>
          <w:rFonts w:ascii="Arial" w:eastAsiaTheme="majorEastAsia" w:hAnsi="Arial" w:cs="Arial"/>
          <w:b/>
          <w:bCs/>
          <w:color w:val="8064A2" w:themeColor="accent4"/>
          <w:sz w:val="22"/>
          <w:szCs w:val="24"/>
        </w:rPr>
      </w:pPr>
      <w:r>
        <w:rPr>
          <w:rFonts w:ascii="Arial" w:hAnsi="Arial" w:cs="Arial"/>
          <w:b/>
          <w:bCs/>
          <w:color w:val="8064A2" w:themeColor="accent4"/>
          <w:sz w:val="22"/>
          <w:szCs w:val="24"/>
        </w:rPr>
        <w:br w:type="page"/>
      </w:r>
      <w:r w:rsidR="00B04C6F">
        <w:rPr>
          <w:rFonts w:ascii="Arial" w:hAnsi="Arial" w:cs="Arial"/>
          <w:b/>
          <w:bCs/>
          <w:color w:val="8064A2" w:themeColor="accent4"/>
          <w:sz w:val="22"/>
          <w:szCs w:val="24"/>
        </w:rPr>
        <w:lastRenderedPageBreak/>
        <w:t>Your Examples: E</w:t>
      </w:r>
      <w:r w:rsidR="00B04C6F" w:rsidRPr="00BA4AEC">
        <w:rPr>
          <w:rFonts w:ascii="Arial" w:hAnsi="Arial" w:cs="Arial"/>
          <w:b/>
          <w:bCs/>
          <w:color w:val="8064A2" w:themeColor="accent4"/>
          <w:sz w:val="22"/>
          <w:szCs w:val="24"/>
        </w:rPr>
        <w:t xml:space="preserve">arly life through adolescence </w:t>
      </w:r>
    </w:p>
    <w:p w14:paraId="2D00DA06" w14:textId="77777777" w:rsidR="00A7113C" w:rsidRDefault="00A7113C" w:rsidP="00A7113C">
      <w:pPr>
        <w:spacing w:after="360" w:line="360" w:lineRule="auto"/>
        <w:rPr>
          <w:rFonts w:ascii="Arial" w:hAnsi="Arial" w:cs="Arial"/>
          <w:sz w:val="24"/>
          <w:szCs w:val="28"/>
        </w:rPr>
      </w:pPr>
      <w:r>
        <w:rPr>
          <w:rFonts w:ascii="Arial" w:hAnsi="Arial" w:cs="Arial"/>
          <w:b/>
          <w:noProof/>
          <w:sz w:val="24"/>
          <w:szCs w:val="24"/>
        </w:rPr>
        <mc:AlternateContent>
          <mc:Choice Requires="wps">
            <w:drawing>
              <wp:inline distT="0" distB="0" distL="0" distR="0" wp14:anchorId="14B8F518" wp14:editId="202260DA">
                <wp:extent cx="6339840" cy="8358997"/>
                <wp:effectExtent l="0" t="0" r="3810" b="4445"/>
                <wp:docPr id="692046198" name="Text Box 2"/>
                <wp:cNvGraphicFramePr/>
                <a:graphic xmlns:a="http://schemas.openxmlformats.org/drawingml/2006/main">
                  <a:graphicData uri="http://schemas.microsoft.com/office/word/2010/wordprocessingShape">
                    <wps:wsp>
                      <wps:cNvSpPr txBox="1"/>
                      <wps:spPr>
                        <a:xfrm>
                          <a:off x="0" y="0"/>
                          <a:ext cx="6339840" cy="8358997"/>
                        </a:xfrm>
                        <a:prstGeom prst="rect">
                          <a:avLst/>
                        </a:prstGeom>
                        <a:solidFill>
                          <a:srgbClr val="F0F7FA"/>
                        </a:solidFill>
                        <a:ln w="6350">
                          <a:noFill/>
                        </a:ln>
                      </wps:spPr>
                      <wps:txbx>
                        <w:txbxContent>
                          <w:p w14:paraId="65301180" w14:textId="77777777" w:rsidR="00A7113C" w:rsidRPr="003B29D5" w:rsidRDefault="00A7113C" w:rsidP="00A7113C">
                            <w:pPr>
                              <w:rPr>
                                <w:sz w:val="22"/>
                                <w:szCs w:val="24"/>
                              </w:rPr>
                            </w:pPr>
                            <w:r w:rsidRPr="003B29D5">
                              <w:rPr>
                                <w:b/>
                                <w:bCs/>
                                <w:sz w:val="22"/>
                                <w:szCs w:val="24"/>
                              </w:rPr>
                              <w:t xml:space="preserve">List stories and examples of this criterion showing up for you in visible ways from </w:t>
                            </w:r>
                            <w:r>
                              <w:rPr>
                                <w:b/>
                                <w:bCs/>
                                <w:sz w:val="22"/>
                                <w:szCs w:val="24"/>
                              </w:rPr>
                              <w:t>early life through adolescence</w:t>
                            </w:r>
                            <w:r w:rsidRPr="003B29D5">
                              <w:rPr>
                                <w:b/>
                                <w:bCs/>
                                <w:sz w:val="22"/>
                                <w:szCs w:val="24"/>
                              </w:rPr>
                              <w:t>.</w:t>
                            </w:r>
                            <w:r w:rsidRPr="003B29D5">
                              <w:rPr>
                                <w:sz w:val="22"/>
                                <w:szCs w:val="24"/>
                              </w:rPr>
                              <w:t xml:space="preserve"> There is no such thing as too many.</w:t>
                            </w:r>
                          </w:p>
                          <w:p w14:paraId="001C3DBC" w14:textId="77777777" w:rsidR="00A7113C" w:rsidRDefault="00A7113C" w:rsidP="00A7113C">
                            <w:pPr>
                              <w:rPr>
                                <w:sz w:val="22"/>
                                <w:szCs w:val="24"/>
                              </w:rPr>
                            </w:pPr>
                          </w:p>
                          <w:p w14:paraId="56790DCB" w14:textId="77777777" w:rsidR="00A7113C" w:rsidRDefault="00A7113C" w:rsidP="00A7113C">
                            <w:pPr>
                              <w:rPr>
                                <w:sz w:val="22"/>
                                <w:szCs w:val="24"/>
                              </w:rPr>
                            </w:pPr>
                          </w:p>
                          <w:p w14:paraId="7D12FCEF" w14:textId="77777777" w:rsidR="00A7113C" w:rsidRPr="003B29D5" w:rsidRDefault="00A7113C" w:rsidP="00A7113C">
                            <w:pPr>
                              <w:rPr>
                                <w:sz w:val="22"/>
                                <w:szCs w:val="24"/>
                              </w:rPr>
                            </w:pPr>
                          </w:p>
                          <w:p w14:paraId="5C7E6365" w14:textId="77777777" w:rsidR="00A7113C" w:rsidRPr="003B29D5" w:rsidRDefault="00A7113C" w:rsidP="00A7113C">
                            <w:pPr>
                              <w:rPr>
                                <w:sz w:val="22"/>
                                <w:szCs w:val="24"/>
                              </w:rPr>
                            </w:pPr>
                          </w:p>
                          <w:p w14:paraId="77B7FC38" w14:textId="77777777" w:rsidR="00A7113C" w:rsidRDefault="00A7113C" w:rsidP="00A7113C">
                            <w:pPr>
                              <w:rPr>
                                <w:sz w:val="22"/>
                                <w:szCs w:val="24"/>
                              </w:rPr>
                            </w:pPr>
                          </w:p>
                          <w:p w14:paraId="153491BE" w14:textId="77777777" w:rsidR="00002FE5" w:rsidRPr="003B29D5" w:rsidRDefault="00002FE5" w:rsidP="00A7113C">
                            <w:pPr>
                              <w:rPr>
                                <w:sz w:val="22"/>
                                <w:szCs w:val="24"/>
                              </w:rPr>
                            </w:pPr>
                          </w:p>
                          <w:p w14:paraId="6853EB13" w14:textId="77777777" w:rsidR="00A7113C" w:rsidRPr="003B29D5" w:rsidRDefault="00A7113C" w:rsidP="00A7113C">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766E261E" w14:textId="77777777" w:rsidR="00A7113C" w:rsidRPr="003B29D5" w:rsidRDefault="00A7113C" w:rsidP="00A7113C">
                            <w:pPr>
                              <w:rPr>
                                <w:sz w:val="22"/>
                                <w:szCs w:val="24"/>
                              </w:rPr>
                            </w:pPr>
                          </w:p>
                          <w:p w14:paraId="7AB95484" w14:textId="77777777" w:rsidR="00A7113C" w:rsidRDefault="00A7113C" w:rsidP="00A7113C">
                            <w:pPr>
                              <w:rPr>
                                <w:sz w:val="22"/>
                                <w:szCs w:val="24"/>
                              </w:rPr>
                            </w:pPr>
                          </w:p>
                          <w:p w14:paraId="32EC4377" w14:textId="77777777" w:rsidR="00A7113C" w:rsidRDefault="00A7113C" w:rsidP="00A7113C">
                            <w:pPr>
                              <w:rPr>
                                <w:sz w:val="22"/>
                                <w:szCs w:val="24"/>
                              </w:rPr>
                            </w:pPr>
                          </w:p>
                          <w:p w14:paraId="2CE4FB48" w14:textId="77777777" w:rsidR="00A7113C" w:rsidRDefault="00A7113C" w:rsidP="00A7113C">
                            <w:pPr>
                              <w:rPr>
                                <w:sz w:val="22"/>
                                <w:szCs w:val="24"/>
                              </w:rPr>
                            </w:pPr>
                          </w:p>
                          <w:p w14:paraId="6788C4D5" w14:textId="77777777" w:rsidR="00A7113C" w:rsidRPr="003B29D5" w:rsidRDefault="00A7113C" w:rsidP="00A7113C">
                            <w:pPr>
                              <w:rPr>
                                <w:sz w:val="22"/>
                                <w:szCs w:val="24"/>
                              </w:rPr>
                            </w:pPr>
                          </w:p>
                          <w:p w14:paraId="04F40AC1" w14:textId="77777777" w:rsidR="00A7113C" w:rsidRPr="003B29D5" w:rsidRDefault="00A7113C" w:rsidP="00A7113C">
                            <w:pPr>
                              <w:rPr>
                                <w:sz w:val="22"/>
                                <w:szCs w:val="24"/>
                              </w:rPr>
                            </w:pPr>
                          </w:p>
                          <w:p w14:paraId="214D4CC1" w14:textId="77777777" w:rsidR="00A7113C" w:rsidRPr="003B29D5" w:rsidRDefault="00A7113C" w:rsidP="00A7113C">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accommodation was inaccessible whenever possible. </w:t>
                            </w:r>
                          </w:p>
                          <w:p w14:paraId="2D865C42" w14:textId="77777777" w:rsidR="00A7113C" w:rsidRDefault="00A7113C" w:rsidP="00A7113C">
                            <w:pPr>
                              <w:rPr>
                                <w:sz w:val="22"/>
                                <w:szCs w:val="24"/>
                              </w:rPr>
                            </w:pPr>
                          </w:p>
                          <w:p w14:paraId="168E2925" w14:textId="77777777" w:rsidR="00A7113C" w:rsidRDefault="00A7113C" w:rsidP="00A7113C">
                            <w:pPr>
                              <w:rPr>
                                <w:sz w:val="22"/>
                                <w:szCs w:val="24"/>
                              </w:rPr>
                            </w:pPr>
                          </w:p>
                          <w:p w14:paraId="66CD29C2" w14:textId="77777777" w:rsidR="00A7113C" w:rsidRDefault="00A7113C" w:rsidP="00A7113C">
                            <w:pPr>
                              <w:rPr>
                                <w:sz w:val="22"/>
                                <w:szCs w:val="24"/>
                              </w:rPr>
                            </w:pPr>
                          </w:p>
                          <w:p w14:paraId="67C7F5F4" w14:textId="77777777" w:rsidR="00A7113C" w:rsidRDefault="00A7113C" w:rsidP="00A7113C">
                            <w:pPr>
                              <w:rPr>
                                <w:sz w:val="22"/>
                                <w:szCs w:val="24"/>
                              </w:rPr>
                            </w:pPr>
                          </w:p>
                          <w:p w14:paraId="7D3382DB" w14:textId="77777777" w:rsidR="00A7113C" w:rsidRPr="003B29D5" w:rsidRDefault="00A7113C" w:rsidP="00A7113C">
                            <w:pPr>
                              <w:rPr>
                                <w:sz w:val="22"/>
                                <w:szCs w:val="24"/>
                              </w:rPr>
                            </w:pPr>
                          </w:p>
                          <w:p w14:paraId="3C2FF702" w14:textId="77777777" w:rsidR="00A7113C" w:rsidRPr="003B29D5" w:rsidRDefault="00A7113C" w:rsidP="00A7113C">
                            <w:pPr>
                              <w:rPr>
                                <w:sz w:val="22"/>
                                <w:szCs w:val="24"/>
                              </w:rPr>
                            </w:pPr>
                          </w:p>
                          <w:p w14:paraId="1723CD7D" w14:textId="77777777" w:rsidR="00A7113C" w:rsidRPr="003B29D5" w:rsidRDefault="00A7113C" w:rsidP="00A7113C">
                            <w:pPr>
                              <w:rPr>
                                <w:b/>
                                <w:bCs/>
                                <w:sz w:val="22"/>
                                <w:szCs w:val="24"/>
                              </w:rPr>
                            </w:pPr>
                            <w:r w:rsidRPr="003B29D5">
                              <w:rPr>
                                <w:b/>
                                <w:bCs/>
                                <w:sz w:val="22"/>
                                <w:szCs w:val="24"/>
                              </w:rPr>
                              <w:t xml:space="preserve">List examples of how this criterion meaningfully impacted you or caused impairment in your daily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4B8F518" id="_x0000_s1053" type="#_x0000_t202" style="width:499.2pt;height:65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" fillcolor="#f0f7fa" stroked="f" strokeweight=".5pt">
                <v:textbox>
                  <w:txbxContent>
                    <w:p w14:paraId="65301180" w14:textId="77777777" w:rsidR="00A7113C" w:rsidRPr="003B29D5" w:rsidRDefault="00A7113C" w:rsidP="00A7113C">
                      <w:pPr>
                        <w:rPr>
                          <w:sz w:val="22"/>
                          <w:szCs w:val="24"/>
                        </w:rPr>
                      </w:pPr>
                      <w:r w:rsidRPr="003B29D5">
                        <w:rPr>
                          <w:b/>
                          <w:bCs/>
                          <w:sz w:val="22"/>
                          <w:szCs w:val="24"/>
                        </w:rPr>
                        <w:t xml:space="preserve">List stories and examples of this criterion showing up for you in visible ways from </w:t>
                      </w:r>
                      <w:r>
                        <w:rPr>
                          <w:b/>
                          <w:bCs/>
                          <w:sz w:val="22"/>
                          <w:szCs w:val="24"/>
                        </w:rPr>
                        <w:t>early life through adolescence</w:t>
                      </w:r>
                      <w:r w:rsidRPr="003B29D5">
                        <w:rPr>
                          <w:b/>
                          <w:bCs/>
                          <w:sz w:val="22"/>
                          <w:szCs w:val="24"/>
                        </w:rPr>
                        <w:t>.</w:t>
                      </w:r>
                      <w:r w:rsidRPr="003B29D5">
                        <w:rPr>
                          <w:sz w:val="22"/>
                          <w:szCs w:val="24"/>
                        </w:rPr>
                        <w:t xml:space="preserve"> There is no such thing as too many.</w:t>
                      </w:r>
                    </w:p>
                    <w:p w14:paraId="001C3DBC" w14:textId="77777777" w:rsidR="00A7113C" w:rsidRDefault="00A7113C" w:rsidP="00A7113C">
                      <w:pPr>
                        <w:rPr>
                          <w:sz w:val="22"/>
                          <w:szCs w:val="24"/>
                        </w:rPr>
                      </w:pPr>
                    </w:p>
                    <w:p w14:paraId="56790DCB" w14:textId="77777777" w:rsidR="00A7113C" w:rsidRDefault="00A7113C" w:rsidP="00A7113C">
                      <w:pPr>
                        <w:rPr>
                          <w:sz w:val="22"/>
                          <w:szCs w:val="24"/>
                        </w:rPr>
                      </w:pPr>
                    </w:p>
                    <w:p w14:paraId="7D12FCEF" w14:textId="77777777" w:rsidR="00A7113C" w:rsidRPr="003B29D5" w:rsidRDefault="00A7113C" w:rsidP="00A7113C">
                      <w:pPr>
                        <w:rPr>
                          <w:sz w:val="22"/>
                          <w:szCs w:val="24"/>
                        </w:rPr>
                      </w:pPr>
                    </w:p>
                    <w:p w14:paraId="5C7E6365" w14:textId="77777777" w:rsidR="00A7113C" w:rsidRPr="003B29D5" w:rsidRDefault="00A7113C" w:rsidP="00A7113C">
                      <w:pPr>
                        <w:rPr>
                          <w:sz w:val="22"/>
                          <w:szCs w:val="24"/>
                        </w:rPr>
                      </w:pPr>
                    </w:p>
                    <w:p w14:paraId="77B7FC38" w14:textId="77777777" w:rsidR="00A7113C" w:rsidRDefault="00A7113C" w:rsidP="00A7113C">
                      <w:pPr>
                        <w:rPr>
                          <w:sz w:val="22"/>
                          <w:szCs w:val="24"/>
                        </w:rPr>
                      </w:pPr>
                    </w:p>
                    <w:p w14:paraId="153491BE" w14:textId="77777777" w:rsidR="00002FE5" w:rsidRPr="003B29D5" w:rsidRDefault="00002FE5" w:rsidP="00A7113C">
                      <w:pPr>
                        <w:rPr>
                          <w:sz w:val="22"/>
                          <w:szCs w:val="24"/>
                        </w:rPr>
                      </w:pPr>
                    </w:p>
                    <w:p w14:paraId="6853EB13" w14:textId="77777777" w:rsidR="00A7113C" w:rsidRPr="003B29D5" w:rsidRDefault="00A7113C" w:rsidP="00A7113C">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766E261E" w14:textId="77777777" w:rsidR="00A7113C" w:rsidRPr="003B29D5" w:rsidRDefault="00A7113C" w:rsidP="00A7113C">
                      <w:pPr>
                        <w:rPr>
                          <w:sz w:val="22"/>
                          <w:szCs w:val="24"/>
                        </w:rPr>
                      </w:pPr>
                    </w:p>
                    <w:p w14:paraId="7AB95484" w14:textId="77777777" w:rsidR="00A7113C" w:rsidRDefault="00A7113C" w:rsidP="00A7113C">
                      <w:pPr>
                        <w:rPr>
                          <w:sz w:val="22"/>
                          <w:szCs w:val="24"/>
                        </w:rPr>
                      </w:pPr>
                    </w:p>
                    <w:p w14:paraId="32EC4377" w14:textId="77777777" w:rsidR="00A7113C" w:rsidRDefault="00A7113C" w:rsidP="00A7113C">
                      <w:pPr>
                        <w:rPr>
                          <w:sz w:val="22"/>
                          <w:szCs w:val="24"/>
                        </w:rPr>
                      </w:pPr>
                    </w:p>
                    <w:p w14:paraId="2CE4FB48" w14:textId="77777777" w:rsidR="00A7113C" w:rsidRDefault="00A7113C" w:rsidP="00A7113C">
                      <w:pPr>
                        <w:rPr>
                          <w:sz w:val="22"/>
                          <w:szCs w:val="24"/>
                        </w:rPr>
                      </w:pPr>
                    </w:p>
                    <w:p w14:paraId="6788C4D5" w14:textId="77777777" w:rsidR="00A7113C" w:rsidRPr="003B29D5" w:rsidRDefault="00A7113C" w:rsidP="00A7113C">
                      <w:pPr>
                        <w:rPr>
                          <w:sz w:val="22"/>
                          <w:szCs w:val="24"/>
                        </w:rPr>
                      </w:pPr>
                    </w:p>
                    <w:p w14:paraId="04F40AC1" w14:textId="77777777" w:rsidR="00A7113C" w:rsidRPr="003B29D5" w:rsidRDefault="00A7113C" w:rsidP="00A7113C">
                      <w:pPr>
                        <w:rPr>
                          <w:sz w:val="22"/>
                          <w:szCs w:val="24"/>
                        </w:rPr>
                      </w:pPr>
                    </w:p>
                    <w:p w14:paraId="214D4CC1" w14:textId="77777777" w:rsidR="00A7113C" w:rsidRPr="003B29D5" w:rsidRDefault="00A7113C" w:rsidP="00A7113C">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accommodation was inaccessible whenever possible. </w:t>
                      </w:r>
                    </w:p>
                    <w:p w14:paraId="2D865C42" w14:textId="77777777" w:rsidR="00A7113C" w:rsidRDefault="00A7113C" w:rsidP="00A7113C">
                      <w:pPr>
                        <w:rPr>
                          <w:sz w:val="22"/>
                          <w:szCs w:val="24"/>
                        </w:rPr>
                      </w:pPr>
                    </w:p>
                    <w:p w14:paraId="168E2925" w14:textId="77777777" w:rsidR="00A7113C" w:rsidRDefault="00A7113C" w:rsidP="00A7113C">
                      <w:pPr>
                        <w:rPr>
                          <w:sz w:val="22"/>
                          <w:szCs w:val="24"/>
                        </w:rPr>
                      </w:pPr>
                    </w:p>
                    <w:p w14:paraId="66CD29C2" w14:textId="77777777" w:rsidR="00A7113C" w:rsidRDefault="00A7113C" w:rsidP="00A7113C">
                      <w:pPr>
                        <w:rPr>
                          <w:sz w:val="22"/>
                          <w:szCs w:val="24"/>
                        </w:rPr>
                      </w:pPr>
                    </w:p>
                    <w:p w14:paraId="67C7F5F4" w14:textId="77777777" w:rsidR="00A7113C" w:rsidRDefault="00A7113C" w:rsidP="00A7113C">
                      <w:pPr>
                        <w:rPr>
                          <w:sz w:val="22"/>
                          <w:szCs w:val="24"/>
                        </w:rPr>
                      </w:pPr>
                    </w:p>
                    <w:p w14:paraId="7D3382DB" w14:textId="77777777" w:rsidR="00A7113C" w:rsidRPr="003B29D5" w:rsidRDefault="00A7113C" w:rsidP="00A7113C">
                      <w:pPr>
                        <w:rPr>
                          <w:sz w:val="22"/>
                          <w:szCs w:val="24"/>
                        </w:rPr>
                      </w:pPr>
                    </w:p>
                    <w:p w14:paraId="3C2FF702" w14:textId="77777777" w:rsidR="00A7113C" w:rsidRPr="003B29D5" w:rsidRDefault="00A7113C" w:rsidP="00A7113C">
                      <w:pPr>
                        <w:rPr>
                          <w:sz w:val="22"/>
                          <w:szCs w:val="24"/>
                        </w:rPr>
                      </w:pPr>
                    </w:p>
                    <w:p w14:paraId="1723CD7D" w14:textId="77777777" w:rsidR="00A7113C" w:rsidRPr="003B29D5" w:rsidRDefault="00A7113C" w:rsidP="00A7113C">
                      <w:pPr>
                        <w:rPr>
                          <w:b/>
                          <w:bCs/>
                          <w:sz w:val="22"/>
                          <w:szCs w:val="24"/>
                        </w:rPr>
                      </w:pPr>
                      <w:r w:rsidRPr="003B29D5">
                        <w:rPr>
                          <w:b/>
                          <w:bCs/>
                          <w:sz w:val="22"/>
                          <w:szCs w:val="24"/>
                        </w:rPr>
                        <w:t xml:space="preserve">List examples of how this criterion meaningfully impacted you or caused impairment in your daily life. </w:t>
                      </w:r>
                    </w:p>
                  </w:txbxContent>
                </v:textbox>
                <w10:anchorlock/>
              </v:shape>
            </w:pict>
          </mc:Fallback>
        </mc:AlternateContent>
      </w:r>
    </w:p>
    <w:p w14:paraId="70A768E2" w14:textId="77777777" w:rsidR="006D34A4" w:rsidRDefault="00B04C6F" w:rsidP="006D34A4">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Your Examples: E</w:t>
      </w:r>
      <w:r w:rsidRPr="00BA4AEC">
        <w:rPr>
          <w:rFonts w:ascii="Arial" w:hAnsi="Arial" w:cs="Arial"/>
          <w:b/>
          <w:bCs/>
          <w:color w:val="8064A2" w:themeColor="accent4"/>
          <w:sz w:val="22"/>
          <w:szCs w:val="24"/>
        </w:rPr>
        <w:t xml:space="preserve">arly adulthood through present </w:t>
      </w:r>
    </w:p>
    <w:p w14:paraId="72B6068B" w14:textId="129EC991" w:rsidR="00DB6550" w:rsidRPr="003B29D5" w:rsidRDefault="00DB6550" w:rsidP="000F6042">
      <w:pPr>
        <w:rPr>
          <w:rFonts w:eastAsiaTheme="majorEastAsia"/>
          <w:color w:val="0070C0"/>
          <w:szCs w:val="28"/>
        </w:rPr>
      </w:pPr>
      <w:r>
        <w:rPr>
          <w:noProof/>
        </w:rPr>
        <mc:AlternateContent>
          <mc:Choice Requires="wps">
            <w:drawing>
              <wp:inline distT="0" distB="0" distL="0" distR="0" wp14:anchorId="6898C654" wp14:editId="3E9FC6EA">
                <wp:extent cx="6339840" cy="7884543"/>
                <wp:effectExtent l="0" t="0" r="3810" b="2540"/>
                <wp:docPr id="1340132000" name="Text Box 2"/>
                <wp:cNvGraphicFramePr/>
                <a:graphic xmlns:a="http://schemas.openxmlformats.org/drawingml/2006/main">
                  <a:graphicData uri="http://schemas.microsoft.com/office/word/2010/wordprocessingShape">
                    <wps:wsp>
                      <wps:cNvSpPr txBox="1"/>
                      <wps:spPr>
                        <a:xfrm>
                          <a:off x="0" y="0"/>
                          <a:ext cx="6339840" cy="7884543"/>
                        </a:xfrm>
                        <a:prstGeom prst="rect">
                          <a:avLst/>
                        </a:prstGeom>
                        <a:solidFill>
                          <a:srgbClr val="F0F7FA"/>
                        </a:solidFill>
                        <a:ln w="6350">
                          <a:noFill/>
                        </a:ln>
                      </wps:spPr>
                      <wps:txbx>
                        <w:txbxContent>
                          <w:p w14:paraId="63E393DE" w14:textId="77777777" w:rsidR="00DB6550" w:rsidRPr="003B29D5" w:rsidRDefault="00DB6550" w:rsidP="00DB6550">
                            <w:pPr>
                              <w:rPr>
                                <w:sz w:val="22"/>
                                <w:szCs w:val="24"/>
                              </w:rPr>
                            </w:pPr>
                            <w:r w:rsidRPr="003B29D5">
                              <w:rPr>
                                <w:b/>
                                <w:bCs/>
                                <w:sz w:val="22"/>
                                <w:szCs w:val="24"/>
                              </w:rPr>
                              <w:t xml:space="preserve">List stories and examples of this criterion showing up for you in visible ways from </w:t>
                            </w:r>
                            <w:r>
                              <w:rPr>
                                <w:b/>
                                <w:bCs/>
                                <w:sz w:val="22"/>
                                <w:szCs w:val="24"/>
                              </w:rPr>
                              <w:t>early adulthood through the present</w:t>
                            </w:r>
                            <w:r w:rsidRPr="003B29D5">
                              <w:rPr>
                                <w:b/>
                                <w:bCs/>
                                <w:sz w:val="22"/>
                                <w:szCs w:val="24"/>
                              </w:rPr>
                              <w:t>.</w:t>
                            </w:r>
                            <w:r w:rsidRPr="003B29D5">
                              <w:rPr>
                                <w:sz w:val="22"/>
                                <w:szCs w:val="24"/>
                              </w:rPr>
                              <w:t xml:space="preserve"> There is no such thing as too many.</w:t>
                            </w:r>
                          </w:p>
                          <w:p w14:paraId="2CAC9526" w14:textId="77777777" w:rsidR="00DB6550" w:rsidRDefault="00DB6550" w:rsidP="00DB6550">
                            <w:pPr>
                              <w:rPr>
                                <w:sz w:val="22"/>
                                <w:szCs w:val="24"/>
                              </w:rPr>
                            </w:pPr>
                          </w:p>
                          <w:p w14:paraId="73E2A30D" w14:textId="77777777" w:rsidR="00DB6550" w:rsidRDefault="00DB6550" w:rsidP="00DB6550">
                            <w:pPr>
                              <w:rPr>
                                <w:sz w:val="22"/>
                                <w:szCs w:val="24"/>
                              </w:rPr>
                            </w:pPr>
                          </w:p>
                          <w:p w14:paraId="5896182A" w14:textId="77777777" w:rsidR="00DB6550" w:rsidRDefault="00DB6550" w:rsidP="00DB6550">
                            <w:pPr>
                              <w:rPr>
                                <w:sz w:val="22"/>
                                <w:szCs w:val="24"/>
                              </w:rPr>
                            </w:pPr>
                          </w:p>
                          <w:p w14:paraId="39B657C2" w14:textId="77777777" w:rsidR="00002FE5" w:rsidRPr="003B29D5" w:rsidRDefault="00002FE5" w:rsidP="00DB6550">
                            <w:pPr>
                              <w:rPr>
                                <w:sz w:val="22"/>
                                <w:szCs w:val="24"/>
                              </w:rPr>
                            </w:pPr>
                          </w:p>
                          <w:p w14:paraId="1129F993" w14:textId="77777777" w:rsidR="00DB6550" w:rsidRPr="003B29D5" w:rsidRDefault="00DB6550" w:rsidP="00DB6550">
                            <w:pPr>
                              <w:rPr>
                                <w:sz w:val="22"/>
                                <w:szCs w:val="24"/>
                              </w:rPr>
                            </w:pPr>
                          </w:p>
                          <w:p w14:paraId="1258289D" w14:textId="77777777" w:rsidR="00DB6550" w:rsidRPr="003B29D5" w:rsidRDefault="00DB6550" w:rsidP="00DB6550">
                            <w:pPr>
                              <w:rPr>
                                <w:sz w:val="22"/>
                                <w:szCs w:val="24"/>
                              </w:rPr>
                            </w:pPr>
                          </w:p>
                          <w:p w14:paraId="5B1AC8F4" w14:textId="77777777" w:rsidR="00DB6550" w:rsidRPr="003B29D5" w:rsidRDefault="00DB6550" w:rsidP="00DB6550">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2D9C2224" w14:textId="77777777" w:rsidR="00DB6550" w:rsidRPr="003B29D5" w:rsidRDefault="00DB6550" w:rsidP="00DB6550">
                            <w:pPr>
                              <w:rPr>
                                <w:sz w:val="22"/>
                                <w:szCs w:val="24"/>
                              </w:rPr>
                            </w:pPr>
                          </w:p>
                          <w:p w14:paraId="59D68F53" w14:textId="77777777" w:rsidR="00DB6550" w:rsidRDefault="00DB6550" w:rsidP="00DB6550">
                            <w:pPr>
                              <w:rPr>
                                <w:sz w:val="22"/>
                                <w:szCs w:val="24"/>
                              </w:rPr>
                            </w:pPr>
                          </w:p>
                          <w:p w14:paraId="17455199" w14:textId="77777777" w:rsidR="00DB6550" w:rsidRDefault="00DB6550" w:rsidP="00DB6550">
                            <w:pPr>
                              <w:rPr>
                                <w:sz w:val="22"/>
                                <w:szCs w:val="24"/>
                              </w:rPr>
                            </w:pPr>
                          </w:p>
                          <w:p w14:paraId="59582A61" w14:textId="77777777" w:rsidR="00DB6550" w:rsidRDefault="00DB6550" w:rsidP="00DB6550">
                            <w:pPr>
                              <w:rPr>
                                <w:sz w:val="22"/>
                                <w:szCs w:val="24"/>
                              </w:rPr>
                            </w:pPr>
                          </w:p>
                          <w:p w14:paraId="265EB63D" w14:textId="77777777" w:rsidR="00DB6550" w:rsidRPr="003B29D5" w:rsidRDefault="00DB6550" w:rsidP="00DB6550">
                            <w:pPr>
                              <w:rPr>
                                <w:sz w:val="22"/>
                                <w:szCs w:val="24"/>
                              </w:rPr>
                            </w:pPr>
                          </w:p>
                          <w:p w14:paraId="1A820453" w14:textId="77777777" w:rsidR="00DB6550" w:rsidRPr="003B29D5" w:rsidRDefault="00DB6550" w:rsidP="00DB6550">
                            <w:pPr>
                              <w:rPr>
                                <w:sz w:val="22"/>
                                <w:szCs w:val="24"/>
                              </w:rPr>
                            </w:pPr>
                          </w:p>
                          <w:p w14:paraId="08ECA68B" w14:textId="77777777" w:rsidR="00DB6550" w:rsidRPr="003B29D5" w:rsidRDefault="00DB6550" w:rsidP="00DB6550">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w:t>
                            </w:r>
                            <w:r>
                              <w:rPr>
                                <w:sz w:val="22"/>
                                <w:szCs w:val="24"/>
                              </w:rPr>
                              <w:t>i</w:t>
                            </w:r>
                            <w:r w:rsidRPr="003B29D5">
                              <w:rPr>
                                <w:sz w:val="22"/>
                                <w:szCs w:val="24"/>
                              </w:rPr>
                              <w:t xml:space="preserve">naccessible whenever possible. </w:t>
                            </w:r>
                          </w:p>
                          <w:p w14:paraId="79BDD36C" w14:textId="77777777" w:rsidR="00DB6550" w:rsidRDefault="00DB6550" w:rsidP="00DB6550">
                            <w:pPr>
                              <w:rPr>
                                <w:sz w:val="22"/>
                                <w:szCs w:val="24"/>
                              </w:rPr>
                            </w:pPr>
                          </w:p>
                          <w:p w14:paraId="6F475218" w14:textId="77777777" w:rsidR="00DB6550" w:rsidRDefault="00DB6550" w:rsidP="00DB6550">
                            <w:pPr>
                              <w:rPr>
                                <w:sz w:val="22"/>
                                <w:szCs w:val="24"/>
                              </w:rPr>
                            </w:pPr>
                          </w:p>
                          <w:p w14:paraId="77BF01F3" w14:textId="77777777" w:rsidR="006D34A4" w:rsidRDefault="006D34A4" w:rsidP="00DB6550">
                            <w:pPr>
                              <w:rPr>
                                <w:sz w:val="22"/>
                                <w:szCs w:val="24"/>
                              </w:rPr>
                            </w:pPr>
                          </w:p>
                          <w:p w14:paraId="1E254A93" w14:textId="77777777" w:rsidR="00DB6550" w:rsidRDefault="00DB6550" w:rsidP="00DB6550">
                            <w:pPr>
                              <w:rPr>
                                <w:sz w:val="22"/>
                                <w:szCs w:val="24"/>
                              </w:rPr>
                            </w:pPr>
                          </w:p>
                          <w:p w14:paraId="17AAAA85" w14:textId="77777777" w:rsidR="00DB6550" w:rsidRPr="003B29D5" w:rsidRDefault="00DB6550" w:rsidP="00DB6550">
                            <w:pPr>
                              <w:rPr>
                                <w:sz w:val="22"/>
                                <w:szCs w:val="24"/>
                              </w:rPr>
                            </w:pPr>
                          </w:p>
                          <w:p w14:paraId="095C5DE0" w14:textId="77777777" w:rsidR="00DB6550" w:rsidRPr="003B29D5" w:rsidRDefault="00DB6550" w:rsidP="00DB6550">
                            <w:pPr>
                              <w:rPr>
                                <w:sz w:val="22"/>
                                <w:szCs w:val="24"/>
                              </w:rPr>
                            </w:pPr>
                          </w:p>
                          <w:p w14:paraId="378A1EA3" w14:textId="77777777" w:rsidR="00DB6550" w:rsidRPr="003B29D5" w:rsidRDefault="00DB6550" w:rsidP="00DB6550">
                            <w:pPr>
                              <w:rPr>
                                <w:b/>
                                <w:bCs/>
                                <w:sz w:val="22"/>
                                <w:szCs w:val="24"/>
                              </w:rPr>
                            </w:pPr>
                            <w:r w:rsidRPr="003B29D5">
                              <w:rPr>
                                <w:b/>
                                <w:bCs/>
                                <w:sz w:val="22"/>
                                <w:szCs w:val="24"/>
                              </w:rPr>
                              <w:t xml:space="preserve">List examples of how this criterion meaningfully impacted you or caused impairment in your daily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898C654" id="_x0000_s1054" type="#_x0000_t202" style="width:499.2pt;height:62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" fillcolor="#f0f7fa" stroked="f" strokeweight=".5pt">
                <v:textbox>
                  <w:txbxContent>
                    <w:p w14:paraId="63E393DE" w14:textId="77777777" w:rsidR="00DB6550" w:rsidRPr="003B29D5" w:rsidRDefault="00DB6550" w:rsidP="00DB6550">
                      <w:pPr>
                        <w:rPr>
                          <w:sz w:val="22"/>
                          <w:szCs w:val="24"/>
                        </w:rPr>
                      </w:pPr>
                      <w:r w:rsidRPr="003B29D5">
                        <w:rPr>
                          <w:b/>
                          <w:bCs/>
                          <w:sz w:val="22"/>
                          <w:szCs w:val="24"/>
                        </w:rPr>
                        <w:t xml:space="preserve">List stories and examples of this criterion showing up for you in visible ways from </w:t>
                      </w:r>
                      <w:r>
                        <w:rPr>
                          <w:b/>
                          <w:bCs/>
                          <w:sz w:val="22"/>
                          <w:szCs w:val="24"/>
                        </w:rPr>
                        <w:t>early adulthood through the present</w:t>
                      </w:r>
                      <w:r w:rsidRPr="003B29D5">
                        <w:rPr>
                          <w:b/>
                          <w:bCs/>
                          <w:sz w:val="22"/>
                          <w:szCs w:val="24"/>
                        </w:rPr>
                        <w:t>.</w:t>
                      </w:r>
                      <w:r w:rsidRPr="003B29D5">
                        <w:rPr>
                          <w:sz w:val="22"/>
                          <w:szCs w:val="24"/>
                        </w:rPr>
                        <w:t xml:space="preserve"> There is no such thing as too many.</w:t>
                      </w:r>
                    </w:p>
                    <w:p w14:paraId="2CAC9526" w14:textId="77777777" w:rsidR="00DB6550" w:rsidRDefault="00DB6550" w:rsidP="00DB6550">
                      <w:pPr>
                        <w:rPr>
                          <w:sz w:val="22"/>
                          <w:szCs w:val="24"/>
                        </w:rPr>
                      </w:pPr>
                    </w:p>
                    <w:p w14:paraId="73E2A30D" w14:textId="77777777" w:rsidR="00DB6550" w:rsidRDefault="00DB6550" w:rsidP="00DB6550">
                      <w:pPr>
                        <w:rPr>
                          <w:sz w:val="22"/>
                          <w:szCs w:val="24"/>
                        </w:rPr>
                      </w:pPr>
                    </w:p>
                    <w:p w14:paraId="5896182A" w14:textId="77777777" w:rsidR="00DB6550" w:rsidRDefault="00DB6550" w:rsidP="00DB6550">
                      <w:pPr>
                        <w:rPr>
                          <w:sz w:val="22"/>
                          <w:szCs w:val="24"/>
                        </w:rPr>
                      </w:pPr>
                    </w:p>
                    <w:p w14:paraId="39B657C2" w14:textId="77777777" w:rsidR="00002FE5" w:rsidRPr="003B29D5" w:rsidRDefault="00002FE5" w:rsidP="00DB6550">
                      <w:pPr>
                        <w:rPr>
                          <w:sz w:val="22"/>
                          <w:szCs w:val="24"/>
                        </w:rPr>
                      </w:pPr>
                    </w:p>
                    <w:p w14:paraId="1129F993" w14:textId="77777777" w:rsidR="00DB6550" w:rsidRPr="003B29D5" w:rsidRDefault="00DB6550" w:rsidP="00DB6550">
                      <w:pPr>
                        <w:rPr>
                          <w:sz w:val="22"/>
                          <w:szCs w:val="24"/>
                        </w:rPr>
                      </w:pPr>
                    </w:p>
                    <w:p w14:paraId="1258289D" w14:textId="77777777" w:rsidR="00DB6550" w:rsidRPr="003B29D5" w:rsidRDefault="00DB6550" w:rsidP="00DB6550">
                      <w:pPr>
                        <w:rPr>
                          <w:sz w:val="22"/>
                          <w:szCs w:val="24"/>
                        </w:rPr>
                      </w:pPr>
                    </w:p>
                    <w:p w14:paraId="5B1AC8F4" w14:textId="77777777" w:rsidR="00DB6550" w:rsidRPr="003B29D5" w:rsidRDefault="00DB6550" w:rsidP="00DB6550">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2D9C2224" w14:textId="77777777" w:rsidR="00DB6550" w:rsidRPr="003B29D5" w:rsidRDefault="00DB6550" w:rsidP="00DB6550">
                      <w:pPr>
                        <w:rPr>
                          <w:sz w:val="22"/>
                          <w:szCs w:val="24"/>
                        </w:rPr>
                      </w:pPr>
                    </w:p>
                    <w:p w14:paraId="59D68F53" w14:textId="77777777" w:rsidR="00DB6550" w:rsidRDefault="00DB6550" w:rsidP="00DB6550">
                      <w:pPr>
                        <w:rPr>
                          <w:sz w:val="22"/>
                          <w:szCs w:val="24"/>
                        </w:rPr>
                      </w:pPr>
                    </w:p>
                    <w:p w14:paraId="17455199" w14:textId="77777777" w:rsidR="00DB6550" w:rsidRDefault="00DB6550" w:rsidP="00DB6550">
                      <w:pPr>
                        <w:rPr>
                          <w:sz w:val="22"/>
                          <w:szCs w:val="24"/>
                        </w:rPr>
                      </w:pPr>
                    </w:p>
                    <w:p w14:paraId="59582A61" w14:textId="77777777" w:rsidR="00DB6550" w:rsidRDefault="00DB6550" w:rsidP="00DB6550">
                      <w:pPr>
                        <w:rPr>
                          <w:sz w:val="22"/>
                          <w:szCs w:val="24"/>
                        </w:rPr>
                      </w:pPr>
                    </w:p>
                    <w:p w14:paraId="265EB63D" w14:textId="77777777" w:rsidR="00DB6550" w:rsidRPr="003B29D5" w:rsidRDefault="00DB6550" w:rsidP="00DB6550">
                      <w:pPr>
                        <w:rPr>
                          <w:sz w:val="22"/>
                          <w:szCs w:val="24"/>
                        </w:rPr>
                      </w:pPr>
                    </w:p>
                    <w:p w14:paraId="1A820453" w14:textId="77777777" w:rsidR="00DB6550" w:rsidRPr="003B29D5" w:rsidRDefault="00DB6550" w:rsidP="00DB6550">
                      <w:pPr>
                        <w:rPr>
                          <w:sz w:val="22"/>
                          <w:szCs w:val="24"/>
                        </w:rPr>
                      </w:pPr>
                    </w:p>
                    <w:p w14:paraId="08ECA68B" w14:textId="77777777" w:rsidR="00DB6550" w:rsidRPr="003B29D5" w:rsidRDefault="00DB6550" w:rsidP="00DB6550">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w:t>
                      </w:r>
                      <w:r>
                        <w:rPr>
                          <w:sz w:val="22"/>
                          <w:szCs w:val="24"/>
                        </w:rPr>
                        <w:t>i</w:t>
                      </w:r>
                      <w:r w:rsidRPr="003B29D5">
                        <w:rPr>
                          <w:sz w:val="22"/>
                          <w:szCs w:val="24"/>
                        </w:rPr>
                        <w:t xml:space="preserve">naccessible whenever possible. </w:t>
                      </w:r>
                    </w:p>
                    <w:p w14:paraId="79BDD36C" w14:textId="77777777" w:rsidR="00DB6550" w:rsidRDefault="00DB6550" w:rsidP="00DB6550">
                      <w:pPr>
                        <w:rPr>
                          <w:sz w:val="22"/>
                          <w:szCs w:val="24"/>
                        </w:rPr>
                      </w:pPr>
                    </w:p>
                    <w:p w14:paraId="6F475218" w14:textId="77777777" w:rsidR="00DB6550" w:rsidRDefault="00DB6550" w:rsidP="00DB6550">
                      <w:pPr>
                        <w:rPr>
                          <w:sz w:val="22"/>
                          <w:szCs w:val="24"/>
                        </w:rPr>
                      </w:pPr>
                    </w:p>
                    <w:p w14:paraId="77BF01F3" w14:textId="77777777" w:rsidR="006D34A4" w:rsidRDefault="006D34A4" w:rsidP="00DB6550">
                      <w:pPr>
                        <w:rPr>
                          <w:sz w:val="22"/>
                          <w:szCs w:val="24"/>
                        </w:rPr>
                      </w:pPr>
                    </w:p>
                    <w:p w14:paraId="1E254A93" w14:textId="77777777" w:rsidR="00DB6550" w:rsidRDefault="00DB6550" w:rsidP="00DB6550">
                      <w:pPr>
                        <w:rPr>
                          <w:sz w:val="22"/>
                          <w:szCs w:val="24"/>
                        </w:rPr>
                      </w:pPr>
                    </w:p>
                    <w:p w14:paraId="17AAAA85" w14:textId="77777777" w:rsidR="00DB6550" w:rsidRPr="003B29D5" w:rsidRDefault="00DB6550" w:rsidP="00DB6550">
                      <w:pPr>
                        <w:rPr>
                          <w:sz w:val="22"/>
                          <w:szCs w:val="24"/>
                        </w:rPr>
                      </w:pPr>
                    </w:p>
                    <w:p w14:paraId="095C5DE0" w14:textId="77777777" w:rsidR="00DB6550" w:rsidRPr="003B29D5" w:rsidRDefault="00DB6550" w:rsidP="00DB6550">
                      <w:pPr>
                        <w:rPr>
                          <w:sz w:val="22"/>
                          <w:szCs w:val="24"/>
                        </w:rPr>
                      </w:pPr>
                    </w:p>
                    <w:p w14:paraId="378A1EA3" w14:textId="77777777" w:rsidR="00DB6550" w:rsidRPr="003B29D5" w:rsidRDefault="00DB6550" w:rsidP="00DB6550">
                      <w:pPr>
                        <w:rPr>
                          <w:b/>
                          <w:bCs/>
                          <w:sz w:val="22"/>
                          <w:szCs w:val="24"/>
                        </w:rPr>
                      </w:pPr>
                      <w:r w:rsidRPr="003B29D5">
                        <w:rPr>
                          <w:b/>
                          <w:bCs/>
                          <w:sz w:val="22"/>
                          <w:szCs w:val="24"/>
                        </w:rPr>
                        <w:t xml:space="preserve">List examples of how this criterion meaningfully impacted you or caused impairment in your daily life. </w:t>
                      </w:r>
                    </w:p>
                  </w:txbxContent>
                </v:textbox>
                <w10:anchorlock/>
              </v:shape>
            </w:pict>
          </mc:Fallback>
        </mc:AlternateContent>
      </w:r>
    </w:p>
    <w:p w14:paraId="12BC168D" w14:textId="77777777" w:rsidR="006D34A4" w:rsidRDefault="006D34A4">
      <w:pPr>
        <w:spacing w:after="200"/>
        <w:rPr>
          <w:rFonts w:ascii="Arial" w:eastAsiaTheme="majorEastAsia" w:hAnsi="Arial" w:cs="Arial"/>
          <w:b/>
          <w:bCs/>
          <w:color w:val="0070C0"/>
          <w:sz w:val="24"/>
          <w:szCs w:val="28"/>
        </w:rPr>
      </w:pPr>
      <w:r>
        <w:rPr>
          <w:rFonts w:ascii="Arial" w:hAnsi="Arial" w:cs="Arial"/>
          <w:i/>
          <w:iCs/>
          <w:color w:val="0070C0"/>
          <w:sz w:val="24"/>
          <w:szCs w:val="28"/>
        </w:rPr>
        <w:br w:type="page"/>
      </w:r>
    </w:p>
    <w:p w14:paraId="681DFB1E" w14:textId="77777777" w:rsidR="009C476A" w:rsidRDefault="009C476A" w:rsidP="009C476A">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Assessing your collected information</w:t>
      </w:r>
    </w:p>
    <w:p w14:paraId="6137AB54" w14:textId="77777777" w:rsidR="009C476A" w:rsidRPr="001A36B5" w:rsidRDefault="009C476A" w:rsidP="009C476A">
      <w:pPr>
        <w:rPr>
          <w:rFonts w:ascii="Arial" w:eastAsiaTheme="majorEastAsia" w:hAnsi="Arial" w:cs="Arial"/>
          <w:b/>
          <w:bCs/>
          <w:color w:val="8064A2" w:themeColor="accent4"/>
          <w:sz w:val="22"/>
          <w:szCs w:val="24"/>
        </w:rPr>
      </w:pPr>
      <w:r w:rsidRPr="001A36B5">
        <w:rPr>
          <w:b/>
          <w:bCs/>
          <w:noProof/>
        </w:rPr>
        <mc:AlternateContent>
          <mc:Choice Requires="wps">
            <w:drawing>
              <wp:inline distT="0" distB="0" distL="0" distR="0" wp14:anchorId="3D4E2355" wp14:editId="79AE5A9A">
                <wp:extent cx="6254750" cy="8010525"/>
                <wp:effectExtent l="0" t="0" r="0" b="9525"/>
                <wp:docPr id="441885492" name="Text Box 2"/>
                <wp:cNvGraphicFramePr/>
                <a:graphic xmlns:a="http://schemas.openxmlformats.org/drawingml/2006/main">
                  <a:graphicData uri="http://schemas.microsoft.com/office/word/2010/wordprocessingShape">
                    <wps:wsp>
                      <wps:cNvSpPr txBox="1"/>
                      <wps:spPr>
                        <a:xfrm>
                          <a:off x="0" y="0"/>
                          <a:ext cx="6254750" cy="8010525"/>
                        </a:xfrm>
                        <a:prstGeom prst="rect">
                          <a:avLst/>
                        </a:prstGeom>
                        <a:solidFill>
                          <a:srgbClr val="F7F5F9"/>
                        </a:solidFill>
                        <a:ln w="6350">
                          <a:noFill/>
                        </a:ln>
                      </wps:spPr>
                      <wps:txbx>
                        <w:txbxContent>
                          <w:p w14:paraId="3653B544" w14:textId="77777777" w:rsidR="009C476A" w:rsidRPr="00FC49DD" w:rsidRDefault="009C476A" w:rsidP="009C476A">
                            <w:pPr>
                              <w:spacing w:after="180"/>
                              <w:ind w:left="180" w:right="190"/>
                              <w:rPr>
                                <w:rFonts w:ascii="Arial" w:hAnsi="Arial" w:cs="Arial"/>
                                <w:sz w:val="22"/>
                                <w:szCs w:val="24"/>
                              </w:rPr>
                            </w:pPr>
                            <w:r w:rsidRPr="00FC49DD">
                              <w:rPr>
                                <w:rFonts w:ascii="Arial" w:hAnsi="Arial" w:cs="Arial"/>
                                <w:sz w:val="22"/>
                                <w:szCs w:val="24"/>
                              </w:rPr>
                              <w:t xml:space="preserve">Complete </w:t>
                            </w:r>
                            <w:r>
                              <w:rPr>
                                <w:rFonts w:ascii="Arial" w:hAnsi="Arial" w:cs="Arial"/>
                                <w:sz w:val="22"/>
                                <w:szCs w:val="24"/>
                              </w:rPr>
                              <w:t xml:space="preserve">this section </w:t>
                            </w:r>
                            <w:r w:rsidRPr="00FC49DD">
                              <w:rPr>
                                <w:rFonts w:ascii="Arial" w:hAnsi="Arial" w:cs="Arial"/>
                                <w:sz w:val="22"/>
                                <w:szCs w:val="24"/>
                              </w:rPr>
                              <w:t>after documenting your childhood and adult experiences</w:t>
                            </w:r>
                            <w:r>
                              <w:rPr>
                                <w:rFonts w:ascii="Arial" w:hAnsi="Arial" w:cs="Arial"/>
                                <w:sz w:val="22"/>
                                <w:szCs w:val="24"/>
                              </w:rPr>
                              <w:t xml:space="preserve"> as exhaustively as possible</w:t>
                            </w:r>
                            <w:r w:rsidRPr="00FC49DD">
                              <w:rPr>
                                <w:rFonts w:ascii="Arial" w:hAnsi="Arial" w:cs="Arial"/>
                                <w:sz w:val="22"/>
                                <w:szCs w:val="24"/>
                              </w:rPr>
                              <w:t>.</w:t>
                            </w:r>
                            <w:r>
                              <w:rPr>
                                <w:rFonts w:ascii="Arial" w:hAnsi="Arial" w:cs="Arial"/>
                                <w:sz w:val="22"/>
                                <w:szCs w:val="24"/>
                              </w:rPr>
                              <w:t xml:space="preserve"> </w:t>
                            </w:r>
                          </w:p>
                          <w:p w14:paraId="445DB643" w14:textId="3039CF0D" w:rsidR="009C476A" w:rsidRPr="00F33BC1" w:rsidRDefault="009C476A" w:rsidP="00F33BC1">
                            <w:pPr>
                              <w:pStyle w:val="ListParagraph"/>
                              <w:numPr>
                                <w:ilvl w:val="0"/>
                                <w:numId w:val="34"/>
                              </w:numPr>
                              <w:spacing w:after="180"/>
                              <w:ind w:right="190"/>
                              <w:rPr>
                                <w:rFonts w:ascii="Arial" w:hAnsi="Arial" w:cs="Arial"/>
                                <w:b/>
                                <w:bCs/>
                                <w:sz w:val="22"/>
                                <w:szCs w:val="24"/>
                              </w:rPr>
                            </w:pPr>
                            <w:r w:rsidRPr="00F33BC1">
                              <w:rPr>
                                <w:rFonts w:ascii="Arial" w:hAnsi="Arial" w:cs="Arial"/>
                                <w:b/>
                                <w:bCs/>
                                <w:sz w:val="22"/>
                                <w:szCs w:val="24"/>
                              </w:rPr>
                              <w:t xml:space="preserve">Were you able to remember a substantial number of examples of this criterion showing up during your childhood? </w:t>
                            </w:r>
                            <w:r w:rsidRPr="00F33BC1">
                              <w:rPr>
                                <w:rFonts w:ascii="Arial" w:hAnsi="Arial" w:cs="Arial"/>
                                <w:sz w:val="22"/>
                                <w:szCs w:val="24"/>
                              </w:rPr>
                              <w:t xml:space="preserve">This includes observable, masked / internalized, and accommodated examples. For </w:t>
                            </w:r>
                            <w:proofErr w:type="gramStart"/>
                            <w:r w:rsidRPr="00F33BC1">
                              <w:rPr>
                                <w:rFonts w:ascii="Arial" w:hAnsi="Arial" w:cs="Arial"/>
                                <w:sz w:val="22"/>
                                <w:szCs w:val="24"/>
                              </w:rPr>
                              <w:t>accommodated</w:t>
                            </w:r>
                            <w:proofErr w:type="gramEnd"/>
                            <w:r w:rsidRPr="00F33BC1">
                              <w:rPr>
                                <w:rFonts w:ascii="Arial" w:hAnsi="Arial" w:cs="Arial"/>
                                <w:sz w:val="22"/>
                                <w:szCs w:val="24"/>
                              </w:rPr>
                              <w:t>, think about what your experiences in those circumstances would have been like if those accommodations were removed.</w:t>
                            </w:r>
                          </w:p>
                          <w:p w14:paraId="5A2609E5"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00568311" w14:textId="77777777" w:rsidR="009C476A" w:rsidRPr="001A36B5" w:rsidRDefault="009C476A" w:rsidP="00F33BC1">
                            <w:pPr>
                              <w:pStyle w:val="ListParagraph"/>
                              <w:numPr>
                                <w:ilvl w:val="0"/>
                                <w:numId w:val="34"/>
                              </w:numPr>
                              <w:spacing w:after="180"/>
                              <w:ind w:right="190"/>
                              <w:rPr>
                                <w:rFonts w:ascii="Arial" w:hAnsi="Arial" w:cs="Arial"/>
                                <w:b/>
                                <w:bCs/>
                                <w:sz w:val="22"/>
                                <w:szCs w:val="24"/>
                              </w:rPr>
                            </w:pPr>
                            <w:r w:rsidRPr="001A36B5">
                              <w:rPr>
                                <w:rFonts w:ascii="Arial" w:hAnsi="Arial" w:cs="Arial"/>
                                <w:b/>
                                <w:bCs/>
                                <w:sz w:val="22"/>
                                <w:szCs w:val="24"/>
                              </w:rPr>
                              <w:t xml:space="preserve">Were you able to think of a substantial number of examples of this criterion showing up for you throughout your life? </w:t>
                            </w:r>
                            <w:r>
                              <w:rPr>
                                <w:rFonts w:ascii="Arial" w:hAnsi="Arial" w:cs="Arial"/>
                                <w:sz w:val="22"/>
                                <w:szCs w:val="24"/>
                              </w:rPr>
                              <w:t xml:space="preserve">Including </w:t>
                            </w:r>
                            <w:r w:rsidRPr="001A36B5">
                              <w:rPr>
                                <w:rFonts w:ascii="Arial" w:hAnsi="Arial" w:cs="Arial"/>
                                <w:sz w:val="22"/>
                                <w:szCs w:val="24"/>
                              </w:rPr>
                              <w:t>observable, masked/internalized, and accommodated</w:t>
                            </w:r>
                            <w:r>
                              <w:rPr>
                                <w:rFonts w:ascii="Arial" w:hAnsi="Arial" w:cs="Arial"/>
                                <w:sz w:val="22"/>
                                <w:szCs w:val="24"/>
                              </w:rPr>
                              <w:t>.</w:t>
                            </w:r>
                          </w:p>
                          <w:p w14:paraId="11EED3BC"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123D7B63" w14:textId="77777777" w:rsidR="009C476A" w:rsidRPr="001A36B5" w:rsidRDefault="009C476A" w:rsidP="00F33BC1">
                            <w:pPr>
                              <w:pStyle w:val="ListParagraph"/>
                              <w:numPr>
                                <w:ilvl w:val="0"/>
                                <w:numId w:val="34"/>
                              </w:numPr>
                              <w:spacing w:after="180"/>
                              <w:ind w:right="190"/>
                              <w:rPr>
                                <w:rFonts w:ascii="Arial" w:hAnsi="Arial" w:cs="Arial"/>
                                <w:b/>
                                <w:bCs/>
                                <w:sz w:val="22"/>
                                <w:szCs w:val="24"/>
                              </w:rPr>
                            </w:pPr>
                            <w:r w:rsidRPr="001A36B5">
                              <w:rPr>
                                <w:rFonts w:ascii="Arial" w:hAnsi="Arial" w:cs="Arial"/>
                                <w:b/>
                                <w:bCs/>
                                <w:sz w:val="22"/>
                                <w:szCs w:val="24"/>
                              </w:rPr>
                              <w:t>Would you say that this criterion shows up for you in ways that meaningfully interfere with your life and important life activities?</w:t>
                            </w:r>
                          </w:p>
                          <w:p w14:paraId="5BB34DA0"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08B5DC29" w14:textId="77777777" w:rsidR="009C476A" w:rsidRPr="001A36B5" w:rsidRDefault="009C476A" w:rsidP="00F33BC1">
                            <w:pPr>
                              <w:pStyle w:val="ListParagraph"/>
                              <w:numPr>
                                <w:ilvl w:val="0"/>
                                <w:numId w:val="34"/>
                              </w:numPr>
                              <w:spacing w:after="180"/>
                              <w:ind w:right="190"/>
                              <w:rPr>
                                <w:rFonts w:ascii="Arial" w:hAnsi="Arial" w:cs="Arial"/>
                                <w:b/>
                                <w:bCs/>
                                <w:sz w:val="22"/>
                                <w:szCs w:val="24"/>
                              </w:rPr>
                            </w:pPr>
                            <w:r w:rsidRPr="001A36B5">
                              <w:rPr>
                                <w:rFonts w:ascii="Arial" w:hAnsi="Arial" w:cs="Arial"/>
                                <w:b/>
                                <w:bCs/>
                                <w:sz w:val="22"/>
                                <w:szCs w:val="24"/>
                              </w:rPr>
                              <w:t>After reviewing the Intellectual Disability and Global Development Delay criteria in the DSM 5-TR, do you believe the examples you provided are most likely explained by autism and not either of the other conditions?</w:t>
                            </w:r>
                          </w:p>
                          <w:p w14:paraId="43CBBF33"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7A72EB1B" w14:textId="77777777" w:rsidR="009C476A" w:rsidRPr="00FC49DD" w:rsidRDefault="009C476A" w:rsidP="009C476A">
                            <w:pPr>
                              <w:spacing w:after="0"/>
                              <w:ind w:left="187" w:right="187"/>
                              <w:rPr>
                                <w:rFonts w:ascii="Arial" w:hAnsi="Arial" w:cs="Arial"/>
                                <w:i/>
                                <w:iCs/>
                                <w:sz w:val="22"/>
                                <w:szCs w:val="24"/>
                              </w:rPr>
                            </w:pPr>
                            <w:r w:rsidRPr="00FC49DD">
                              <w:rPr>
                                <w:rFonts w:ascii="Arial" w:hAnsi="Arial" w:cs="Arial"/>
                                <w:i/>
                                <w:iCs/>
                                <w:sz w:val="22"/>
                                <w:szCs w:val="24"/>
                              </w:rPr>
                              <w:t xml:space="preserve">Note: You will transfer these answers to the Assessment Rubric after you complete your full </w:t>
                            </w:r>
                            <w:r>
                              <w:rPr>
                                <w:rFonts w:ascii="Arial" w:hAnsi="Arial" w:cs="Arial"/>
                                <w:i/>
                                <w:iCs/>
                                <w:sz w:val="22"/>
                                <w:szCs w:val="24"/>
                              </w:rPr>
                              <w:br/>
                            </w:r>
                            <w:r w:rsidRPr="00FC49DD">
                              <w:rPr>
                                <w:rFonts w:ascii="Arial" w:hAnsi="Arial" w:cs="Arial"/>
                                <w:i/>
                                <w:iCs/>
                                <w:sz w:val="22"/>
                                <w:szCs w:val="24"/>
                              </w:rPr>
                              <w:t xml:space="preserve">self-assessment activity. </w:t>
                            </w:r>
                          </w:p>
                          <w:p w14:paraId="25B25403" w14:textId="77777777" w:rsidR="009C476A" w:rsidRDefault="009C476A" w:rsidP="009C476A">
                            <w:pPr>
                              <w:pBdr>
                                <w:bottom w:val="single" w:sz="6" w:space="1" w:color="auto"/>
                              </w:pBdr>
                              <w:spacing w:after="180"/>
                              <w:ind w:right="190"/>
                              <w:rPr>
                                <w:rFonts w:ascii="Arial" w:hAnsi="Arial" w:cs="Arial"/>
                                <w:b/>
                                <w:bCs/>
                                <w:sz w:val="22"/>
                                <w:szCs w:val="24"/>
                              </w:rPr>
                            </w:pPr>
                          </w:p>
                          <w:p w14:paraId="454DAB77" w14:textId="77777777" w:rsidR="009C476A" w:rsidRDefault="009C476A" w:rsidP="009C476A">
                            <w:pPr>
                              <w:spacing w:before="240" w:after="180"/>
                              <w:ind w:left="180" w:right="190"/>
                              <w:rPr>
                                <w:rFonts w:ascii="Arial" w:hAnsi="Arial" w:cs="Arial"/>
                                <w:sz w:val="22"/>
                                <w:szCs w:val="24"/>
                              </w:rPr>
                            </w:pPr>
                            <w:r>
                              <w:rPr>
                                <w:rFonts w:ascii="Arial" w:hAnsi="Arial" w:cs="Arial"/>
                                <w:sz w:val="22"/>
                                <w:szCs w:val="24"/>
                              </w:rPr>
                              <w:t>REMINDER</w:t>
                            </w:r>
                          </w:p>
                          <w:p w14:paraId="4FB7CCCC"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If you answered “unsure” to any of the above questions</w:t>
                            </w:r>
                          </w:p>
                          <w:p w14:paraId="59387C69"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You may want to come back and continue brainstorming after you’ve completed the remaining sections. Completing later sections may help you remember examples pertaining to this one.</w:t>
                            </w:r>
                          </w:p>
                          <w:p w14:paraId="67099ADD"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not meant to be linear</w:t>
                            </w:r>
                          </w:p>
                          <w:p w14:paraId="7686FE80" w14:textId="6212384B"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You can move freely between criteria and document different aspects of your experiences as you think of them. Many life experiences will span multiple criteria and will pertain to more than one section of this </w:t>
                            </w:r>
                            <w:r w:rsidR="002E5F9C" w:rsidRPr="002E5F9C">
                              <w:rPr>
                                <w:rFonts w:ascii="Arial" w:hAnsi="Arial" w:cs="Arial"/>
                                <w:sz w:val="20"/>
                              </w:rPr>
                              <w:t>guide</w:t>
                            </w:r>
                            <w:r w:rsidRPr="008C35FE">
                              <w:rPr>
                                <w:rFonts w:ascii="Arial" w:hAnsi="Arial" w:cs="Arial"/>
                                <w:sz w:val="20"/>
                              </w:rPr>
                              <w:t xml:space="preserve">. </w:t>
                            </w:r>
                          </w:p>
                          <w:p w14:paraId="33DE7C1F"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also not meant to be completed in one sitting</w:t>
                            </w:r>
                          </w:p>
                          <w:p w14:paraId="794C8268"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Thinking about and remembering decades of your life is not an easy task. It also takes time. Take as many breaks as you need. Even if those breaks span days or even weeks. </w:t>
                            </w:r>
                          </w:p>
                          <w:p w14:paraId="0733C51F" w14:textId="77777777" w:rsidR="009C476A" w:rsidRPr="008C35FE" w:rsidRDefault="009C476A" w:rsidP="009C476A">
                            <w:pPr>
                              <w:spacing w:after="18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D4E2355" id="_x0000_s1055" type="#_x0000_t202" style="width:492.5pt;height:6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" fillcolor="#f7f5f9" stroked="f" strokeweight=".5pt">
                <v:textbox>
                  <w:txbxContent>
                    <w:p w14:paraId="3653B544" w14:textId="77777777" w:rsidR="009C476A" w:rsidRPr="00FC49DD" w:rsidRDefault="009C476A" w:rsidP="009C476A">
                      <w:pPr>
                        <w:spacing w:after="180"/>
                        <w:ind w:left="180" w:right="190"/>
                        <w:rPr>
                          <w:rFonts w:ascii="Arial" w:hAnsi="Arial" w:cs="Arial"/>
                          <w:sz w:val="22"/>
                          <w:szCs w:val="24"/>
                        </w:rPr>
                      </w:pPr>
                      <w:r w:rsidRPr="00FC49DD">
                        <w:rPr>
                          <w:rFonts w:ascii="Arial" w:hAnsi="Arial" w:cs="Arial"/>
                          <w:sz w:val="22"/>
                          <w:szCs w:val="24"/>
                        </w:rPr>
                        <w:t xml:space="preserve">Complete </w:t>
                      </w:r>
                      <w:r>
                        <w:rPr>
                          <w:rFonts w:ascii="Arial" w:hAnsi="Arial" w:cs="Arial"/>
                          <w:sz w:val="22"/>
                          <w:szCs w:val="24"/>
                        </w:rPr>
                        <w:t xml:space="preserve">this section </w:t>
                      </w:r>
                      <w:r w:rsidRPr="00FC49DD">
                        <w:rPr>
                          <w:rFonts w:ascii="Arial" w:hAnsi="Arial" w:cs="Arial"/>
                          <w:sz w:val="22"/>
                          <w:szCs w:val="24"/>
                        </w:rPr>
                        <w:t>after documenting your childhood and adult experiences</w:t>
                      </w:r>
                      <w:r>
                        <w:rPr>
                          <w:rFonts w:ascii="Arial" w:hAnsi="Arial" w:cs="Arial"/>
                          <w:sz w:val="22"/>
                          <w:szCs w:val="24"/>
                        </w:rPr>
                        <w:t xml:space="preserve"> as exhaustively as possible</w:t>
                      </w:r>
                      <w:r w:rsidRPr="00FC49DD">
                        <w:rPr>
                          <w:rFonts w:ascii="Arial" w:hAnsi="Arial" w:cs="Arial"/>
                          <w:sz w:val="22"/>
                          <w:szCs w:val="24"/>
                        </w:rPr>
                        <w:t>.</w:t>
                      </w:r>
                      <w:r>
                        <w:rPr>
                          <w:rFonts w:ascii="Arial" w:hAnsi="Arial" w:cs="Arial"/>
                          <w:sz w:val="22"/>
                          <w:szCs w:val="24"/>
                        </w:rPr>
                        <w:t xml:space="preserve"> </w:t>
                      </w:r>
                    </w:p>
                    <w:p w14:paraId="445DB643" w14:textId="3039CF0D" w:rsidR="009C476A" w:rsidRPr="00F33BC1" w:rsidRDefault="009C476A" w:rsidP="00F33BC1">
                      <w:pPr>
                        <w:pStyle w:val="ListParagraph"/>
                        <w:numPr>
                          <w:ilvl w:val="0"/>
                          <w:numId w:val="34"/>
                        </w:numPr>
                        <w:spacing w:after="180"/>
                        <w:ind w:right="190"/>
                        <w:rPr>
                          <w:rFonts w:ascii="Arial" w:hAnsi="Arial" w:cs="Arial"/>
                          <w:b/>
                          <w:bCs/>
                          <w:sz w:val="22"/>
                          <w:szCs w:val="24"/>
                        </w:rPr>
                      </w:pPr>
                      <w:r w:rsidRPr="00F33BC1">
                        <w:rPr>
                          <w:rFonts w:ascii="Arial" w:hAnsi="Arial" w:cs="Arial"/>
                          <w:b/>
                          <w:bCs/>
                          <w:sz w:val="22"/>
                          <w:szCs w:val="24"/>
                        </w:rPr>
                        <w:t xml:space="preserve">Were you able to remember a substantial number of examples of this criterion showing up during your childhood? </w:t>
                      </w:r>
                      <w:r w:rsidRPr="00F33BC1">
                        <w:rPr>
                          <w:rFonts w:ascii="Arial" w:hAnsi="Arial" w:cs="Arial"/>
                          <w:sz w:val="22"/>
                          <w:szCs w:val="24"/>
                        </w:rPr>
                        <w:t xml:space="preserve">This includes observable, masked / internalized, and accommodated examples. For </w:t>
                      </w:r>
                      <w:proofErr w:type="gramStart"/>
                      <w:r w:rsidRPr="00F33BC1">
                        <w:rPr>
                          <w:rFonts w:ascii="Arial" w:hAnsi="Arial" w:cs="Arial"/>
                          <w:sz w:val="22"/>
                          <w:szCs w:val="24"/>
                        </w:rPr>
                        <w:t>accommodated</w:t>
                      </w:r>
                      <w:proofErr w:type="gramEnd"/>
                      <w:r w:rsidRPr="00F33BC1">
                        <w:rPr>
                          <w:rFonts w:ascii="Arial" w:hAnsi="Arial" w:cs="Arial"/>
                          <w:sz w:val="22"/>
                          <w:szCs w:val="24"/>
                        </w:rPr>
                        <w:t>, think about what your experiences in those circumstances would have been like if those accommodations were removed.</w:t>
                      </w:r>
                    </w:p>
                    <w:p w14:paraId="5A2609E5"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00568311" w14:textId="77777777" w:rsidR="009C476A" w:rsidRPr="001A36B5" w:rsidRDefault="009C476A" w:rsidP="00F33BC1">
                      <w:pPr>
                        <w:pStyle w:val="ListParagraph"/>
                        <w:numPr>
                          <w:ilvl w:val="0"/>
                          <w:numId w:val="34"/>
                        </w:numPr>
                        <w:spacing w:after="180"/>
                        <w:ind w:right="190"/>
                        <w:rPr>
                          <w:rFonts w:ascii="Arial" w:hAnsi="Arial" w:cs="Arial"/>
                          <w:b/>
                          <w:bCs/>
                          <w:sz w:val="22"/>
                          <w:szCs w:val="24"/>
                        </w:rPr>
                      </w:pPr>
                      <w:r w:rsidRPr="001A36B5">
                        <w:rPr>
                          <w:rFonts w:ascii="Arial" w:hAnsi="Arial" w:cs="Arial"/>
                          <w:b/>
                          <w:bCs/>
                          <w:sz w:val="22"/>
                          <w:szCs w:val="24"/>
                        </w:rPr>
                        <w:t xml:space="preserve">Were you able to think of a substantial number of examples of this criterion showing up for you throughout your life? </w:t>
                      </w:r>
                      <w:r>
                        <w:rPr>
                          <w:rFonts w:ascii="Arial" w:hAnsi="Arial" w:cs="Arial"/>
                          <w:sz w:val="22"/>
                          <w:szCs w:val="24"/>
                        </w:rPr>
                        <w:t xml:space="preserve">Including </w:t>
                      </w:r>
                      <w:r w:rsidRPr="001A36B5">
                        <w:rPr>
                          <w:rFonts w:ascii="Arial" w:hAnsi="Arial" w:cs="Arial"/>
                          <w:sz w:val="22"/>
                          <w:szCs w:val="24"/>
                        </w:rPr>
                        <w:t>observable, masked/internalized, and accommodated</w:t>
                      </w:r>
                      <w:r>
                        <w:rPr>
                          <w:rFonts w:ascii="Arial" w:hAnsi="Arial" w:cs="Arial"/>
                          <w:sz w:val="22"/>
                          <w:szCs w:val="24"/>
                        </w:rPr>
                        <w:t>.</w:t>
                      </w:r>
                    </w:p>
                    <w:p w14:paraId="11EED3BC"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123D7B63" w14:textId="77777777" w:rsidR="009C476A" w:rsidRPr="001A36B5" w:rsidRDefault="009C476A" w:rsidP="00F33BC1">
                      <w:pPr>
                        <w:pStyle w:val="ListParagraph"/>
                        <w:numPr>
                          <w:ilvl w:val="0"/>
                          <w:numId w:val="34"/>
                        </w:numPr>
                        <w:spacing w:after="180"/>
                        <w:ind w:right="190"/>
                        <w:rPr>
                          <w:rFonts w:ascii="Arial" w:hAnsi="Arial" w:cs="Arial"/>
                          <w:b/>
                          <w:bCs/>
                          <w:sz w:val="22"/>
                          <w:szCs w:val="24"/>
                        </w:rPr>
                      </w:pPr>
                      <w:r w:rsidRPr="001A36B5">
                        <w:rPr>
                          <w:rFonts w:ascii="Arial" w:hAnsi="Arial" w:cs="Arial"/>
                          <w:b/>
                          <w:bCs/>
                          <w:sz w:val="22"/>
                          <w:szCs w:val="24"/>
                        </w:rPr>
                        <w:t>Would you say that this criterion shows up for you in ways that meaningfully interfere with your life and important life activities?</w:t>
                      </w:r>
                    </w:p>
                    <w:p w14:paraId="5BB34DA0"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08B5DC29" w14:textId="77777777" w:rsidR="009C476A" w:rsidRPr="001A36B5" w:rsidRDefault="009C476A" w:rsidP="00F33BC1">
                      <w:pPr>
                        <w:pStyle w:val="ListParagraph"/>
                        <w:numPr>
                          <w:ilvl w:val="0"/>
                          <w:numId w:val="34"/>
                        </w:numPr>
                        <w:spacing w:after="180"/>
                        <w:ind w:right="190"/>
                        <w:rPr>
                          <w:rFonts w:ascii="Arial" w:hAnsi="Arial" w:cs="Arial"/>
                          <w:b/>
                          <w:bCs/>
                          <w:sz w:val="22"/>
                          <w:szCs w:val="24"/>
                        </w:rPr>
                      </w:pPr>
                      <w:r w:rsidRPr="001A36B5">
                        <w:rPr>
                          <w:rFonts w:ascii="Arial" w:hAnsi="Arial" w:cs="Arial"/>
                          <w:b/>
                          <w:bCs/>
                          <w:sz w:val="22"/>
                          <w:szCs w:val="24"/>
                        </w:rPr>
                        <w:t>After reviewing the Intellectual Disability and Global Development Delay criteria in the DSM 5-TR, do you believe the examples you provided are most likely explained by autism and not either of the other conditions?</w:t>
                      </w:r>
                    </w:p>
                    <w:p w14:paraId="43CBBF33"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7A72EB1B" w14:textId="77777777" w:rsidR="009C476A" w:rsidRPr="00FC49DD" w:rsidRDefault="009C476A" w:rsidP="009C476A">
                      <w:pPr>
                        <w:spacing w:after="0"/>
                        <w:ind w:left="187" w:right="187"/>
                        <w:rPr>
                          <w:rFonts w:ascii="Arial" w:hAnsi="Arial" w:cs="Arial"/>
                          <w:i/>
                          <w:iCs/>
                          <w:sz w:val="22"/>
                          <w:szCs w:val="24"/>
                        </w:rPr>
                      </w:pPr>
                      <w:r w:rsidRPr="00FC49DD">
                        <w:rPr>
                          <w:rFonts w:ascii="Arial" w:hAnsi="Arial" w:cs="Arial"/>
                          <w:i/>
                          <w:iCs/>
                          <w:sz w:val="22"/>
                          <w:szCs w:val="24"/>
                        </w:rPr>
                        <w:t xml:space="preserve">Note: You will transfer these answers to the Assessment Rubric after you complete your full </w:t>
                      </w:r>
                      <w:r>
                        <w:rPr>
                          <w:rFonts w:ascii="Arial" w:hAnsi="Arial" w:cs="Arial"/>
                          <w:i/>
                          <w:iCs/>
                          <w:sz w:val="22"/>
                          <w:szCs w:val="24"/>
                        </w:rPr>
                        <w:br/>
                      </w:r>
                      <w:r w:rsidRPr="00FC49DD">
                        <w:rPr>
                          <w:rFonts w:ascii="Arial" w:hAnsi="Arial" w:cs="Arial"/>
                          <w:i/>
                          <w:iCs/>
                          <w:sz w:val="22"/>
                          <w:szCs w:val="24"/>
                        </w:rPr>
                        <w:t xml:space="preserve">self-assessment activity. </w:t>
                      </w:r>
                    </w:p>
                    <w:p w14:paraId="25B25403" w14:textId="77777777" w:rsidR="009C476A" w:rsidRDefault="009C476A" w:rsidP="009C476A">
                      <w:pPr>
                        <w:pBdr>
                          <w:bottom w:val="single" w:sz="6" w:space="1" w:color="auto"/>
                        </w:pBdr>
                        <w:spacing w:after="180"/>
                        <w:ind w:right="190"/>
                        <w:rPr>
                          <w:rFonts w:ascii="Arial" w:hAnsi="Arial" w:cs="Arial"/>
                          <w:b/>
                          <w:bCs/>
                          <w:sz w:val="22"/>
                          <w:szCs w:val="24"/>
                        </w:rPr>
                      </w:pPr>
                    </w:p>
                    <w:p w14:paraId="454DAB77" w14:textId="77777777" w:rsidR="009C476A" w:rsidRDefault="009C476A" w:rsidP="009C476A">
                      <w:pPr>
                        <w:spacing w:before="240" w:after="180"/>
                        <w:ind w:left="180" w:right="190"/>
                        <w:rPr>
                          <w:rFonts w:ascii="Arial" w:hAnsi="Arial" w:cs="Arial"/>
                          <w:sz w:val="22"/>
                          <w:szCs w:val="24"/>
                        </w:rPr>
                      </w:pPr>
                      <w:r>
                        <w:rPr>
                          <w:rFonts w:ascii="Arial" w:hAnsi="Arial" w:cs="Arial"/>
                          <w:sz w:val="22"/>
                          <w:szCs w:val="24"/>
                        </w:rPr>
                        <w:t>REMINDER</w:t>
                      </w:r>
                    </w:p>
                    <w:p w14:paraId="4FB7CCCC"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If you answered “unsure” to any of the above questions</w:t>
                      </w:r>
                    </w:p>
                    <w:p w14:paraId="59387C69"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You may want to come back and continue brainstorming after you’ve completed the remaining sections. Completing later sections may help you remember examples pertaining to this one.</w:t>
                      </w:r>
                    </w:p>
                    <w:p w14:paraId="67099ADD"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not meant to be linear</w:t>
                      </w:r>
                    </w:p>
                    <w:p w14:paraId="7686FE80" w14:textId="6212384B"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You can move freely between criteria and document different aspects of your experiences as you think of them. Many life experiences will span multiple criteria and will pertain to more than one section of this </w:t>
                      </w:r>
                      <w:r w:rsidR="002E5F9C" w:rsidRPr="002E5F9C">
                        <w:rPr>
                          <w:rFonts w:ascii="Arial" w:hAnsi="Arial" w:cs="Arial"/>
                          <w:sz w:val="20"/>
                        </w:rPr>
                        <w:t>guide</w:t>
                      </w:r>
                      <w:r w:rsidRPr="008C35FE">
                        <w:rPr>
                          <w:rFonts w:ascii="Arial" w:hAnsi="Arial" w:cs="Arial"/>
                          <w:sz w:val="20"/>
                        </w:rPr>
                        <w:t xml:space="preserve">. </w:t>
                      </w:r>
                    </w:p>
                    <w:p w14:paraId="33DE7C1F"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also not meant to be completed in one sitting</w:t>
                      </w:r>
                    </w:p>
                    <w:p w14:paraId="794C8268"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Thinking about and remembering decades of your life is not an easy task. It also takes time. Take as many breaks as you need. Even if those breaks span days or even weeks. </w:t>
                      </w:r>
                    </w:p>
                    <w:p w14:paraId="0733C51F" w14:textId="77777777" w:rsidR="009C476A" w:rsidRPr="008C35FE" w:rsidRDefault="009C476A" w:rsidP="009C476A">
                      <w:pPr>
                        <w:spacing w:after="180"/>
                        <w:rPr>
                          <w:sz w:val="20"/>
                          <w:szCs w:val="20"/>
                        </w:rPr>
                      </w:pPr>
                    </w:p>
                  </w:txbxContent>
                </v:textbox>
                <w10:anchorlock/>
              </v:shape>
            </w:pict>
          </mc:Fallback>
        </mc:AlternateContent>
      </w:r>
    </w:p>
    <w:p w14:paraId="2FB491E7" w14:textId="77777777" w:rsidR="009C476A" w:rsidRDefault="009C476A" w:rsidP="009C476A">
      <w:pPr>
        <w:spacing w:after="200"/>
        <w:rPr>
          <w:rFonts w:ascii="Arial" w:eastAsiaTheme="majorEastAsia" w:hAnsi="Arial" w:cs="Arial"/>
          <w:b/>
          <w:bCs/>
          <w:color w:val="8064A2" w:themeColor="accent4"/>
          <w:sz w:val="22"/>
          <w:szCs w:val="24"/>
        </w:rPr>
      </w:pPr>
      <w:r>
        <w:rPr>
          <w:rFonts w:ascii="Arial" w:hAnsi="Arial" w:cs="Arial"/>
          <w:b/>
          <w:bCs/>
          <w:color w:val="8064A2" w:themeColor="accent4"/>
          <w:sz w:val="22"/>
          <w:szCs w:val="24"/>
        </w:rPr>
        <w:br w:type="page"/>
      </w:r>
    </w:p>
    <w:p w14:paraId="6C2886DD" w14:textId="616FA28E" w:rsidR="00F006EF" w:rsidRPr="00002FE5" w:rsidRDefault="00F006EF" w:rsidP="00D80790">
      <w:pPr>
        <w:pStyle w:val="Heading4"/>
        <w:shd w:val="clear" w:color="auto" w:fill="E8F4F8"/>
        <w:tabs>
          <w:tab w:val="left" w:pos="3150"/>
        </w:tabs>
        <w:spacing w:after="120"/>
        <w:rPr>
          <w:rFonts w:ascii="Arial" w:hAnsi="Arial" w:cs="Arial"/>
          <w:i w:val="0"/>
          <w:iCs w:val="0"/>
          <w:color w:val="243F60" w:themeColor="accent1" w:themeShade="7F"/>
          <w:sz w:val="24"/>
          <w:szCs w:val="28"/>
        </w:rPr>
      </w:pPr>
      <w:r w:rsidRPr="00480CF8">
        <w:rPr>
          <w:rFonts w:ascii="Arial" w:hAnsi="Arial" w:cs="Arial"/>
          <w:i w:val="0"/>
          <w:iCs w:val="0"/>
          <w:color w:val="0070C0"/>
          <w:sz w:val="24"/>
          <w:szCs w:val="28"/>
        </w:rPr>
        <w:lastRenderedPageBreak/>
        <w:t>Criterion B</w:t>
      </w:r>
      <w:r>
        <w:rPr>
          <w:rFonts w:ascii="Arial" w:hAnsi="Arial" w:cs="Arial"/>
          <w:i w:val="0"/>
          <w:iCs w:val="0"/>
          <w:color w:val="0070C0"/>
          <w:sz w:val="24"/>
          <w:szCs w:val="28"/>
        </w:rPr>
        <w:t>4</w:t>
      </w:r>
      <w:r w:rsidR="00DB6550">
        <w:rPr>
          <w:rFonts w:ascii="Arial" w:hAnsi="Arial" w:cs="Arial"/>
          <w:i w:val="0"/>
          <w:iCs w:val="0"/>
          <w:color w:val="0070C0"/>
          <w:sz w:val="24"/>
          <w:szCs w:val="28"/>
        </w:rPr>
        <w:t xml:space="preserve"> Guided Section</w:t>
      </w:r>
    </w:p>
    <w:p w14:paraId="7C22C25D" w14:textId="65FF8AD9" w:rsidR="00BF3F37" w:rsidRDefault="00B04C6F" w:rsidP="006D34A4">
      <w:pPr>
        <w:spacing w:before="240"/>
        <w:rPr>
          <w:rFonts w:ascii="Arial" w:hAnsi="Arial" w:cs="Arial"/>
          <w:noProof/>
          <w:sz w:val="22"/>
        </w:rPr>
      </w:pPr>
      <w:r>
        <w:rPr>
          <w:rFonts w:ascii="Arial" w:hAnsi="Arial" w:cs="Arial"/>
          <w:b/>
          <w:bCs/>
          <w:noProof/>
          <w:sz w:val="22"/>
        </w:rPr>
        <w:t>DSM Criterion:</w:t>
      </w:r>
      <w:r>
        <w:rPr>
          <w:rFonts w:ascii="Arial" w:hAnsi="Arial" w:cs="Arial"/>
          <w:noProof/>
          <w:sz w:val="22"/>
        </w:rPr>
        <w:t xml:space="preserve"> </w:t>
      </w:r>
      <w:r w:rsidR="00BF3F37" w:rsidRPr="00F006EF">
        <w:rPr>
          <w:rFonts w:ascii="Arial" w:hAnsi="Arial" w:cs="Arial"/>
          <w:noProof/>
          <w:sz w:val="22"/>
        </w:rPr>
        <w:t>Hyper- or hyporeactivity to sensory input or unusual interest in sensory aspects of the environment (e.g., apparent indifference to pain/temperature, adverse response to specific sounds or textures, excessive smelling or touching of objects, visual fascination with lights or movement)</w:t>
      </w:r>
    </w:p>
    <w:p w14:paraId="5B97C41B" w14:textId="77777777" w:rsidR="00002FE5" w:rsidRPr="00DB6550" w:rsidRDefault="00002FE5" w:rsidP="00002FE5">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t>Provided</w:t>
      </w:r>
      <w:r w:rsidRPr="00DB6550">
        <w:rPr>
          <w:rFonts w:ascii="Arial" w:hAnsi="Arial" w:cs="Arial"/>
          <w:b/>
          <w:bCs/>
          <w:color w:val="8064A2" w:themeColor="accent4"/>
          <w:sz w:val="22"/>
          <w:szCs w:val="24"/>
        </w:rPr>
        <w:t xml:space="preserve"> Examples</w:t>
      </w:r>
    </w:p>
    <w:p w14:paraId="4C5EFCC1" w14:textId="6D5AB338" w:rsidR="00F006EF" w:rsidRDefault="00F006EF" w:rsidP="00F006EF">
      <w:pPr>
        <w:spacing w:afterLines="120" w:after="288" w:line="288" w:lineRule="auto"/>
        <w:rPr>
          <w:b/>
          <w:bCs/>
        </w:rPr>
      </w:pPr>
      <w:r w:rsidRPr="00480CF8">
        <w:rPr>
          <w:rFonts w:ascii="Arial" w:hAnsi="Arial" w:cs="Arial"/>
          <w:i/>
          <w:iCs/>
          <w:noProof/>
          <w:sz w:val="24"/>
          <w:szCs w:val="24"/>
        </w:rPr>
        <mc:AlternateContent>
          <mc:Choice Requires="wps">
            <w:drawing>
              <wp:inline distT="0" distB="0" distL="0" distR="0" wp14:anchorId="20595418" wp14:editId="432DE5FD">
                <wp:extent cx="6339840" cy="5685183"/>
                <wp:effectExtent l="0" t="0" r="3810" b="0"/>
                <wp:docPr id="1800180963" name="Text Box 2"/>
                <wp:cNvGraphicFramePr/>
                <a:graphic xmlns:a="http://schemas.openxmlformats.org/drawingml/2006/main">
                  <a:graphicData uri="http://schemas.microsoft.com/office/word/2010/wordprocessingShape">
                    <wps:wsp>
                      <wps:cNvSpPr txBox="1"/>
                      <wps:spPr>
                        <a:xfrm>
                          <a:off x="0" y="0"/>
                          <a:ext cx="6339840" cy="5685183"/>
                        </a:xfrm>
                        <a:prstGeom prst="rect">
                          <a:avLst/>
                        </a:prstGeom>
                        <a:solidFill>
                          <a:srgbClr val="F7F5F9"/>
                        </a:solidFill>
                        <a:ln w="6350">
                          <a:noFill/>
                        </a:ln>
                      </wps:spPr>
                      <wps:txbx>
                        <w:txbxContent>
                          <w:p w14:paraId="002EF23E" w14:textId="77777777" w:rsidR="00D408DC" w:rsidRPr="00082A39" w:rsidRDefault="00D408DC" w:rsidP="00D408DC">
                            <w:pPr>
                              <w:spacing w:after="240"/>
                              <w:rPr>
                                <w:rFonts w:ascii="Arial" w:hAnsi="Arial" w:cs="Arial"/>
                                <w:b/>
                                <w:bCs/>
                                <w:sz w:val="22"/>
                                <w:szCs w:val="24"/>
                              </w:rPr>
                            </w:pPr>
                            <w:r>
                              <w:rPr>
                                <w:rFonts w:ascii="Arial" w:hAnsi="Arial" w:cs="Arial"/>
                                <w:b/>
                                <w:bCs/>
                                <w:sz w:val="22"/>
                                <w:szCs w:val="24"/>
                              </w:rPr>
                              <w:t>General</w:t>
                            </w:r>
                            <w:r w:rsidRPr="00082A39">
                              <w:rPr>
                                <w:rFonts w:ascii="Arial" w:hAnsi="Arial" w:cs="Arial"/>
                                <w:b/>
                                <w:bCs/>
                                <w:sz w:val="22"/>
                                <w:szCs w:val="24"/>
                              </w:rPr>
                              <w:t xml:space="preserve"> examples:</w:t>
                            </w:r>
                          </w:p>
                          <w:p w14:paraId="1CB3FC66" w14:textId="663911CF"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Highly sensitive to specific sounds like snoring, base-y music, gum cracking. Highly sensitive to certain visual inputs like someone else shaking their </w:t>
                            </w:r>
                            <w:proofErr w:type="gramStart"/>
                            <w:r w:rsidRPr="00082A39">
                              <w:rPr>
                                <w:rFonts w:ascii="Arial" w:hAnsi="Arial" w:cs="Arial"/>
                                <w:sz w:val="22"/>
                                <w:szCs w:val="24"/>
                              </w:rPr>
                              <w:t>leg</w:t>
                            </w:r>
                            <w:proofErr w:type="gramEnd"/>
                            <w:r w:rsidRPr="00082A39">
                              <w:rPr>
                                <w:rFonts w:ascii="Arial" w:hAnsi="Arial" w:cs="Arial"/>
                                <w:sz w:val="22"/>
                                <w:szCs w:val="24"/>
                              </w:rPr>
                              <w:t xml:space="preserve"> and extremely sensitive to sunlight or car lights at night. Sensitive to clothing and food textures and therefore restricts what is worn/eaten.</w:t>
                            </w:r>
                          </w:p>
                          <w:p w14:paraId="7B0A6BD3"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childhood</w:t>
                            </w:r>
                          </w:p>
                          <w:p w14:paraId="3A37F56A" w14:textId="2F5EE30C" w:rsidR="00FD443D" w:rsidRPr="00082A39" w:rsidRDefault="00FD443D" w:rsidP="00082A39">
                            <w:pPr>
                              <w:spacing w:after="240"/>
                              <w:rPr>
                                <w:rFonts w:ascii="Arial" w:hAnsi="Arial" w:cs="Arial"/>
                                <w:sz w:val="22"/>
                                <w:szCs w:val="24"/>
                              </w:rPr>
                            </w:pPr>
                            <w:r w:rsidRPr="00082A39">
                              <w:rPr>
                                <w:rFonts w:ascii="Arial" w:hAnsi="Arial" w:cs="Arial"/>
                                <w:sz w:val="22"/>
                                <w:szCs w:val="24"/>
                              </w:rPr>
                              <w:t xml:space="preserve">Penelope </w:t>
                            </w:r>
                            <w:r w:rsidR="003A1587" w:rsidRPr="00082A39">
                              <w:rPr>
                                <w:rFonts w:ascii="Arial" w:hAnsi="Arial" w:cs="Arial"/>
                                <w:sz w:val="22"/>
                                <w:szCs w:val="24"/>
                              </w:rPr>
                              <w:t>was diagnosed with sensory processing disorder, so this criterion has been documented for her. She has both sensory over and under sensitivities. She can get extremely overstimulated and anxious by certain sensory experiences (food textures, or someone being in her space) but is also a sensory seeker and always “on the move” or fidgeting, shaking, bouncing around, etc.</w:t>
                            </w:r>
                          </w:p>
                          <w:p w14:paraId="0FCEAE97"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adulthood</w:t>
                            </w:r>
                          </w:p>
                          <w:p w14:paraId="12040D31" w14:textId="77777777"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I have been hypersensitive my whole life. As far back as I can remember, I would get massive anxiety when hearing certain sounds… the main ones being snoring, base-y music (even low music, if I feel the vibration, I get panicky), and cracking gum. I am also very sensitive to the sun, and I get anxiety from visual inputs, like leg shaking (ironically, I can shake my leg all day long and be just fine). </w:t>
                            </w:r>
                          </w:p>
                          <w:p w14:paraId="407ACA92" w14:textId="77777777"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I have slept with a fan ever since I was a child to drown out noises while I’m asleep. If I don’t have a fan on, I can’t sleep. </w:t>
                            </w:r>
                          </w:p>
                          <w:p w14:paraId="41BA1E9A" w14:textId="77777777"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I also rely on my headphones to drown out noises that I can’t escape. </w:t>
                            </w:r>
                          </w:p>
                          <w:p w14:paraId="5EE09D9F" w14:textId="652F5CDB" w:rsidR="00F342BA" w:rsidRPr="00082A39" w:rsidRDefault="003A1587" w:rsidP="00082A39">
                            <w:pPr>
                              <w:spacing w:after="240"/>
                              <w:rPr>
                                <w:rFonts w:ascii="Arial" w:hAnsi="Arial" w:cs="Arial"/>
                                <w:sz w:val="22"/>
                                <w:szCs w:val="24"/>
                              </w:rPr>
                            </w:pPr>
                            <w:r w:rsidRPr="00082A39">
                              <w:rPr>
                                <w:rFonts w:ascii="Arial" w:hAnsi="Arial" w:cs="Arial"/>
                                <w:sz w:val="22"/>
                                <w:szCs w:val="24"/>
                              </w:rPr>
                              <w:t xml:space="preserve">A few years ago, after prolonged anxiety due to a neighbor playing the piccolo (a high-pitched instrument) during working hours for many months… I ended up in the hospital due to a stress-induced heart attack (technically “stress-induced cardiomyopathy”). That’s the most extreme example of my sensory sensitivities impacting my life in an extreme way… but they are prevalent daily.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0595418" id="_x0000_s1056" type="#_x0000_t202" style="width:499.2pt;height:4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" fillcolor="#f7f5f9" stroked="f" strokeweight=".5pt">
                <v:textbox>
                  <w:txbxContent>
                    <w:p w14:paraId="002EF23E" w14:textId="77777777" w:rsidR="00D408DC" w:rsidRPr="00082A39" w:rsidRDefault="00D408DC" w:rsidP="00D408DC">
                      <w:pPr>
                        <w:spacing w:after="240"/>
                        <w:rPr>
                          <w:rFonts w:ascii="Arial" w:hAnsi="Arial" w:cs="Arial"/>
                          <w:b/>
                          <w:bCs/>
                          <w:sz w:val="22"/>
                          <w:szCs w:val="24"/>
                        </w:rPr>
                      </w:pPr>
                      <w:r>
                        <w:rPr>
                          <w:rFonts w:ascii="Arial" w:hAnsi="Arial" w:cs="Arial"/>
                          <w:b/>
                          <w:bCs/>
                          <w:sz w:val="22"/>
                          <w:szCs w:val="24"/>
                        </w:rPr>
                        <w:t>General</w:t>
                      </w:r>
                      <w:r w:rsidRPr="00082A39">
                        <w:rPr>
                          <w:rFonts w:ascii="Arial" w:hAnsi="Arial" w:cs="Arial"/>
                          <w:b/>
                          <w:bCs/>
                          <w:sz w:val="22"/>
                          <w:szCs w:val="24"/>
                        </w:rPr>
                        <w:t xml:space="preserve"> examples:</w:t>
                      </w:r>
                    </w:p>
                    <w:p w14:paraId="1CB3FC66" w14:textId="663911CF"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Highly sensitive to specific sounds like snoring, base-y music, gum cracking. Highly sensitive to certain visual inputs like someone else shaking their </w:t>
                      </w:r>
                      <w:proofErr w:type="gramStart"/>
                      <w:r w:rsidRPr="00082A39">
                        <w:rPr>
                          <w:rFonts w:ascii="Arial" w:hAnsi="Arial" w:cs="Arial"/>
                          <w:sz w:val="22"/>
                          <w:szCs w:val="24"/>
                        </w:rPr>
                        <w:t>leg</w:t>
                      </w:r>
                      <w:proofErr w:type="gramEnd"/>
                      <w:r w:rsidRPr="00082A39">
                        <w:rPr>
                          <w:rFonts w:ascii="Arial" w:hAnsi="Arial" w:cs="Arial"/>
                          <w:sz w:val="22"/>
                          <w:szCs w:val="24"/>
                        </w:rPr>
                        <w:t xml:space="preserve"> and extremely sensitive to sunlight or car lights at night. Sensitive to clothing and food textures and therefore restricts what is worn/eaten.</w:t>
                      </w:r>
                    </w:p>
                    <w:p w14:paraId="7B0A6BD3"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childhood</w:t>
                      </w:r>
                    </w:p>
                    <w:p w14:paraId="3A37F56A" w14:textId="2F5EE30C" w:rsidR="00FD443D" w:rsidRPr="00082A39" w:rsidRDefault="00FD443D" w:rsidP="00082A39">
                      <w:pPr>
                        <w:spacing w:after="240"/>
                        <w:rPr>
                          <w:rFonts w:ascii="Arial" w:hAnsi="Arial" w:cs="Arial"/>
                          <w:sz w:val="22"/>
                          <w:szCs w:val="24"/>
                        </w:rPr>
                      </w:pPr>
                      <w:r w:rsidRPr="00082A39">
                        <w:rPr>
                          <w:rFonts w:ascii="Arial" w:hAnsi="Arial" w:cs="Arial"/>
                          <w:sz w:val="22"/>
                          <w:szCs w:val="24"/>
                        </w:rPr>
                        <w:t xml:space="preserve">Penelope </w:t>
                      </w:r>
                      <w:r w:rsidR="003A1587" w:rsidRPr="00082A39">
                        <w:rPr>
                          <w:rFonts w:ascii="Arial" w:hAnsi="Arial" w:cs="Arial"/>
                          <w:sz w:val="22"/>
                          <w:szCs w:val="24"/>
                        </w:rPr>
                        <w:t>was diagnosed with sensory processing disorder, so this criterion has been documented for her. She has both sensory over and under sensitivities. She can get extremely overstimulated and anxious by certain sensory experiences (food textures, or someone being in her space) but is also a sensory seeker and always “on the move” or fidgeting, shaking, bouncing around, etc.</w:t>
                      </w:r>
                    </w:p>
                    <w:p w14:paraId="0FCEAE97" w14:textId="77777777" w:rsidR="00FD443D" w:rsidRPr="00082A39" w:rsidRDefault="00FD443D" w:rsidP="00082A39">
                      <w:pPr>
                        <w:spacing w:after="240"/>
                        <w:rPr>
                          <w:rFonts w:ascii="Arial" w:hAnsi="Arial" w:cs="Arial"/>
                          <w:b/>
                          <w:bCs/>
                          <w:sz w:val="22"/>
                          <w:szCs w:val="24"/>
                        </w:rPr>
                      </w:pPr>
                      <w:r w:rsidRPr="00082A39">
                        <w:rPr>
                          <w:rFonts w:ascii="Arial" w:hAnsi="Arial" w:cs="Arial"/>
                          <w:b/>
                          <w:bCs/>
                          <w:sz w:val="22"/>
                          <w:szCs w:val="24"/>
                        </w:rPr>
                        <w:t>Layered real-world example from adulthood</w:t>
                      </w:r>
                    </w:p>
                    <w:p w14:paraId="12040D31" w14:textId="77777777"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I have been hypersensitive my whole life. As far back as I can remember, I would get massive anxiety when hearing certain sounds… the main ones being snoring, base-y music (even low music, if I feel the vibration, I get panicky), and cracking gum. I am also very sensitive to the sun, and I get anxiety from visual inputs, like leg shaking (ironically, I can shake my leg all day long and be just fine). </w:t>
                      </w:r>
                    </w:p>
                    <w:p w14:paraId="407ACA92" w14:textId="77777777"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I have slept with a fan ever since I was a child to drown out noises while I’m asleep. If I don’t have a fan on, I can’t sleep. </w:t>
                      </w:r>
                    </w:p>
                    <w:p w14:paraId="41BA1E9A" w14:textId="77777777" w:rsidR="003A1587" w:rsidRPr="00082A39" w:rsidRDefault="003A1587" w:rsidP="00082A39">
                      <w:pPr>
                        <w:spacing w:after="240"/>
                        <w:rPr>
                          <w:rFonts w:ascii="Arial" w:hAnsi="Arial" w:cs="Arial"/>
                          <w:sz w:val="22"/>
                          <w:szCs w:val="24"/>
                        </w:rPr>
                      </w:pPr>
                      <w:r w:rsidRPr="00082A39">
                        <w:rPr>
                          <w:rFonts w:ascii="Arial" w:hAnsi="Arial" w:cs="Arial"/>
                          <w:sz w:val="22"/>
                          <w:szCs w:val="24"/>
                        </w:rPr>
                        <w:t xml:space="preserve">I also rely on my headphones to drown out noises that I can’t escape. </w:t>
                      </w:r>
                    </w:p>
                    <w:p w14:paraId="5EE09D9F" w14:textId="652F5CDB" w:rsidR="00F342BA" w:rsidRPr="00082A39" w:rsidRDefault="003A1587" w:rsidP="00082A39">
                      <w:pPr>
                        <w:spacing w:after="240"/>
                        <w:rPr>
                          <w:rFonts w:ascii="Arial" w:hAnsi="Arial" w:cs="Arial"/>
                          <w:sz w:val="22"/>
                          <w:szCs w:val="24"/>
                        </w:rPr>
                      </w:pPr>
                      <w:r w:rsidRPr="00082A39">
                        <w:rPr>
                          <w:rFonts w:ascii="Arial" w:hAnsi="Arial" w:cs="Arial"/>
                          <w:sz w:val="22"/>
                          <w:szCs w:val="24"/>
                        </w:rPr>
                        <w:t xml:space="preserve">A few years ago, after prolonged anxiety due to a neighbor playing the piccolo (a high-pitched instrument) during working hours for many months… I ended up in the hospital due to a stress-induced heart attack (technically “stress-induced cardiomyopathy”). That’s the most extreme example of my sensory sensitivities impacting my life in an extreme way… but they are prevalent daily. </w:t>
                      </w:r>
                    </w:p>
                  </w:txbxContent>
                </v:textbox>
                <w10:anchorlock/>
              </v:shape>
            </w:pict>
          </mc:Fallback>
        </mc:AlternateContent>
      </w:r>
    </w:p>
    <w:p w14:paraId="06D188C3" w14:textId="7019252A" w:rsidR="002E5F9C" w:rsidRDefault="002E5F9C" w:rsidP="002E5F9C">
      <w:pPr>
        <w:spacing w:before="360" w:after="240" w:line="264" w:lineRule="auto"/>
        <w:rPr>
          <w:rFonts w:ascii="Segoe UI" w:hAnsi="Segoe UI" w:cs="Segoe UI"/>
          <w:b/>
          <w:bCs/>
          <w:color w:val="244061" w:themeColor="accent1" w:themeShade="80"/>
          <w:sz w:val="28"/>
          <w:szCs w:val="28"/>
        </w:rPr>
      </w:pPr>
    </w:p>
    <w:p w14:paraId="5F2F567D" w14:textId="77777777" w:rsidR="002E5F9C" w:rsidRPr="002E5F9C" w:rsidRDefault="002E5F9C" w:rsidP="002E5F9C">
      <w:pPr>
        <w:rPr>
          <w:rFonts w:ascii="Segoe UI" w:hAnsi="Segoe UI" w:cs="Segoe UI"/>
          <w:sz w:val="28"/>
          <w:szCs w:val="28"/>
        </w:rPr>
      </w:pPr>
    </w:p>
    <w:p w14:paraId="71522DF5" w14:textId="77777777" w:rsidR="00002FE5" w:rsidRPr="00BA4AEC" w:rsidRDefault="00002FE5" w:rsidP="00002FE5">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Your Examples: E</w:t>
      </w:r>
      <w:r w:rsidRPr="00BA4AEC">
        <w:rPr>
          <w:rFonts w:ascii="Arial" w:hAnsi="Arial" w:cs="Arial"/>
          <w:b/>
          <w:bCs/>
          <w:color w:val="8064A2" w:themeColor="accent4"/>
          <w:sz w:val="22"/>
          <w:szCs w:val="24"/>
        </w:rPr>
        <w:t xml:space="preserve">arly life through adolescence </w:t>
      </w:r>
    </w:p>
    <w:p w14:paraId="78B9F2C2" w14:textId="77777777" w:rsidR="00002FE5" w:rsidRDefault="00002FE5" w:rsidP="00002FE5">
      <w:pPr>
        <w:spacing w:after="200"/>
        <w:rPr>
          <w:rFonts w:ascii="Arial" w:hAnsi="Arial" w:cs="Arial"/>
          <w:sz w:val="24"/>
          <w:szCs w:val="28"/>
        </w:rPr>
      </w:pPr>
      <w:r>
        <w:rPr>
          <w:rFonts w:ascii="Arial" w:hAnsi="Arial" w:cs="Arial"/>
          <w:b/>
          <w:noProof/>
          <w:sz w:val="24"/>
          <w:szCs w:val="24"/>
        </w:rPr>
        <mc:AlternateContent>
          <mc:Choice Requires="wps">
            <w:drawing>
              <wp:inline distT="0" distB="0" distL="0" distR="0" wp14:anchorId="3290889A" wp14:editId="6DD5473F">
                <wp:extent cx="6339840" cy="7936302"/>
                <wp:effectExtent l="0" t="0" r="3810" b="7620"/>
                <wp:docPr id="30582585" name="Text Box 2"/>
                <wp:cNvGraphicFramePr/>
                <a:graphic xmlns:a="http://schemas.openxmlformats.org/drawingml/2006/main">
                  <a:graphicData uri="http://schemas.microsoft.com/office/word/2010/wordprocessingShape">
                    <wps:wsp>
                      <wps:cNvSpPr txBox="1"/>
                      <wps:spPr>
                        <a:xfrm>
                          <a:off x="0" y="0"/>
                          <a:ext cx="6339840" cy="7936302"/>
                        </a:xfrm>
                        <a:prstGeom prst="rect">
                          <a:avLst/>
                        </a:prstGeom>
                        <a:solidFill>
                          <a:srgbClr val="F0F7FA"/>
                        </a:solidFill>
                        <a:ln w="6350">
                          <a:noFill/>
                        </a:ln>
                      </wps:spPr>
                      <wps:txbx>
                        <w:txbxContent>
                          <w:p w14:paraId="4DC83258" w14:textId="77777777" w:rsidR="00002FE5" w:rsidRPr="003B29D5" w:rsidRDefault="00002FE5" w:rsidP="00002FE5">
                            <w:pPr>
                              <w:rPr>
                                <w:sz w:val="22"/>
                                <w:szCs w:val="24"/>
                              </w:rPr>
                            </w:pPr>
                            <w:r w:rsidRPr="003B29D5">
                              <w:rPr>
                                <w:b/>
                                <w:bCs/>
                                <w:sz w:val="22"/>
                                <w:szCs w:val="24"/>
                              </w:rPr>
                              <w:t xml:space="preserve">List stories and examples of this criterion showing up for you in visible ways from </w:t>
                            </w:r>
                            <w:r>
                              <w:rPr>
                                <w:b/>
                                <w:bCs/>
                                <w:sz w:val="22"/>
                                <w:szCs w:val="24"/>
                              </w:rPr>
                              <w:t>early life through adolescence</w:t>
                            </w:r>
                            <w:r w:rsidRPr="003B29D5">
                              <w:rPr>
                                <w:b/>
                                <w:bCs/>
                                <w:sz w:val="22"/>
                                <w:szCs w:val="24"/>
                              </w:rPr>
                              <w:t>.</w:t>
                            </w:r>
                            <w:r w:rsidRPr="003B29D5">
                              <w:rPr>
                                <w:sz w:val="22"/>
                                <w:szCs w:val="24"/>
                              </w:rPr>
                              <w:t xml:space="preserve"> There is no such thing as too many.</w:t>
                            </w:r>
                          </w:p>
                          <w:p w14:paraId="14402BB8" w14:textId="77777777" w:rsidR="00002FE5" w:rsidRDefault="00002FE5" w:rsidP="00002FE5">
                            <w:pPr>
                              <w:rPr>
                                <w:sz w:val="22"/>
                                <w:szCs w:val="24"/>
                              </w:rPr>
                            </w:pPr>
                          </w:p>
                          <w:p w14:paraId="7CD9EBD6" w14:textId="77777777" w:rsidR="00002FE5" w:rsidRDefault="00002FE5" w:rsidP="00002FE5">
                            <w:pPr>
                              <w:rPr>
                                <w:sz w:val="22"/>
                                <w:szCs w:val="24"/>
                              </w:rPr>
                            </w:pPr>
                          </w:p>
                          <w:p w14:paraId="4F396135" w14:textId="77777777" w:rsidR="00002FE5" w:rsidRDefault="00002FE5" w:rsidP="00002FE5">
                            <w:pPr>
                              <w:rPr>
                                <w:sz w:val="22"/>
                                <w:szCs w:val="24"/>
                              </w:rPr>
                            </w:pPr>
                          </w:p>
                          <w:p w14:paraId="675320D1" w14:textId="77777777" w:rsidR="00002FE5" w:rsidRPr="003B29D5" w:rsidRDefault="00002FE5" w:rsidP="00002FE5">
                            <w:pPr>
                              <w:rPr>
                                <w:sz w:val="22"/>
                                <w:szCs w:val="24"/>
                              </w:rPr>
                            </w:pPr>
                          </w:p>
                          <w:p w14:paraId="7B1EE7B6" w14:textId="77777777" w:rsidR="00002FE5" w:rsidRPr="003B29D5" w:rsidRDefault="00002FE5" w:rsidP="00002FE5">
                            <w:pPr>
                              <w:rPr>
                                <w:sz w:val="22"/>
                                <w:szCs w:val="24"/>
                              </w:rPr>
                            </w:pPr>
                          </w:p>
                          <w:p w14:paraId="6BAC1FA2" w14:textId="77777777" w:rsidR="00002FE5" w:rsidRPr="003B29D5" w:rsidRDefault="00002FE5" w:rsidP="00002FE5">
                            <w:pPr>
                              <w:rPr>
                                <w:sz w:val="22"/>
                                <w:szCs w:val="24"/>
                              </w:rPr>
                            </w:pPr>
                          </w:p>
                          <w:p w14:paraId="4546870F" w14:textId="77777777" w:rsidR="00002FE5" w:rsidRPr="003B29D5" w:rsidRDefault="00002FE5" w:rsidP="00002FE5">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3DB81202" w14:textId="77777777" w:rsidR="00002FE5" w:rsidRPr="003B29D5" w:rsidRDefault="00002FE5" w:rsidP="00002FE5">
                            <w:pPr>
                              <w:rPr>
                                <w:sz w:val="22"/>
                                <w:szCs w:val="24"/>
                              </w:rPr>
                            </w:pPr>
                          </w:p>
                          <w:p w14:paraId="59979C1C" w14:textId="77777777" w:rsidR="00002FE5" w:rsidRDefault="00002FE5" w:rsidP="00002FE5">
                            <w:pPr>
                              <w:rPr>
                                <w:sz w:val="22"/>
                                <w:szCs w:val="24"/>
                              </w:rPr>
                            </w:pPr>
                          </w:p>
                          <w:p w14:paraId="284CBFA8" w14:textId="77777777" w:rsidR="00002FE5" w:rsidRDefault="00002FE5" w:rsidP="00002FE5">
                            <w:pPr>
                              <w:rPr>
                                <w:sz w:val="22"/>
                                <w:szCs w:val="24"/>
                              </w:rPr>
                            </w:pPr>
                          </w:p>
                          <w:p w14:paraId="23614F93" w14:textId="77777777" w:rsidR="00002FE5" w:rsidRDefault="00002FE5" w:rsidP="00002FE5">
                            <w:pPr>
                              <w:rPr>
                                <w:sz w:val="22"/>
                                <w:szCs w:val="24"/>
                              </w:rPr>
                            </w:pPr>
                          </w:p>
                          <w:p w14:paraId="67366F13" w14:textId="77777777" w:rsidR="00002FE5" w:rsidRPr="003B29D5" w:rsidRDefault="00002FE5" w:rsidP="00002FE5">
                            <w:pPr>
                              <w:rPr>
                                <w:sz w:val="22"/>
                                <w:szCs w:val="24"/>
                              </w:rPr>
                            </w:pPr>
                          </w:p>
                          <w:p w14:paraId="2E502058" w14:textId="77777777" w:rsidR="00002FE5" w:rsidRPr="003B29D5" w:rsidRDefault="00002FE5" w:rsidP="00002FE5">
                            <w:pPr>
                              <w:rPr>
                                <w:sz w:val="22"/>
                                <w:szCs w:val="24"/>
                              </w:rPr>
                            </w:pPr>
                          </w:p>
                          <w:p w14:paraId="52F58DC9" w14:textId="77777777" w:rsidR="00002FE5" w:rsidRPr="003B29D5" w:rsidRDefault="00002FE5" w:rsidP="00002FE5">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accommodation was inaccessible whenever possible. </w:t>
                            </w:r>
                          </w:p>
                          <w:p w14:paraId="314D2C3D" w14:textId="77777777" w:rsidR="00002FE5" w:rsidRDefault="00002FE5" w:rsidP="00002FE5">
                            <w:pPr>
                              <w:rPr>
                                <w:sz w:val="22"/>
                                <w:szCs w:val="24"/>
                              </w:rPr>
                            </w:pPr>
                          </w:p>
                          <w:p w14:paraId="78A7004A" w14:textId="77777777" w:rsidR="00002FE5" w:rsidRDefault="00002FE5" w:rsidP="00002FE5">
                            <w:pPr>
                              <w:rPr>
                                <w:sz w:val="22"/>
                                <w:szCs w:val="24"/>
                              </w:rPr>
                            </w:pPr>
                          </w:p>
                          <w:p w14:paraId="0C9B95D8" w14:textId="77777777" w:rsidR="00002FE5" w:rsidRDefault="00002FE5" w:rsidP="00002FE5">
                            <w:pPr>
                              <w:rPr>
                                <w:sz w:val="22"/>
                                <w:szCs w:val="24"/>
                              </w:rPr>
                            </w:pPr>
                          </w:p>
                          <w:p w14:paraId="47D02E60" w14:textId="77777777" w:rsidR="00002FE5" w:rsidRPr="003B29D5" w:rsidRDefault="00002FE5" w:rsidP="00002FE5">
                            <w:pPr>
                              <w:rPr>
                                <w:sz w:val="22"/>
                                <w:szCs w:val="24"/>
                              </w:rPr>
                            </w:pPr>
                          </w:p>
                          <w:p w14:paraId="188FE77A" w14:textId="77777777" w:rsidR="00002FE5" w:rsidRPr="003B29D5" w:rsidRDefault="00002FE5" w:rsidP="00002FE5">
                            <w:pPr>
                              <w:rPr>
                                <w:sz w:val="22"/>
                                <w:szCs w:val="24"/>
                              </w:rPr>
                            </w:pPr>
                          </w:p>
                          <w:p w14:paraId="63AFFB8D" w14:textId="77777777" w:rsidR="00002FE5" w:rsidRPr="003B29D5" w:rsidRDefault="00002FE5" w:rsidP="00002FE5">
                            <w:pPr>
                              <w:rPr>
                                <w:b/>
                                <w:bCs/>
                                <w:sz w:val="22"/>
                                <w:szCs w:val="24"/>
                              </w:rPr>
                            </w:pPr>
                            <w:r w:rsidRPr="003B29D5">
                              <w:rPr>
                                <w:b/>
                                <w:bCs/>
                                <w:sz w:val="22"/>
                                <w:szCs w:val="24"/>
                              </w:rPr>
                              <w:t xml:space="preserve">List examples of how this criterion meaningfully impacted you or caused impairment in your daily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290889A" id="_x0000_s1057" type="#_x0000_t202" style="width:499.2pt;height:62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" fillcolor="#f0f7fa" stroked="f" strokeweight=".5pt">
                <v:textbox>
                  <w:txbxContent>
                    <w:p w14:paraId="4DC83258" w14:textId="77777777" w:rsidR="00002FE5" w:rsidRPr="003B29D5" w:rsidRDefault="00002FE5" w:rsidP="00002FE5">
                      <w:pPr>
                        <w:rPr>
                          <w:sz w:val="22"/>
                          <w:szCs w:val="24"/>
                        </w:rPr>
                      </w:pPr>
                      <w:r w:rsidRPr="003B29D5">
                        <w:rPr>
                          <w:b/>
                          <w:bCs/>
                          <w:sz w:val="22"/>
                          <w:szCs w:val="24"/>
                        </w:rPr>
                        <w:t xml:space="preserve">List stories and examples of this criterion showing up for you in visible ways from </w:t>
                      </w:r>
                      <w:r>
                        <w:rPr>
                          <w:b/>
                          <w:bCs/>
                          <w:sz w:val="22"/>
                          <w:szCs w:val="24"/>
                        </w:rPr>
                        <w:t>early life through adolescence</w:t>
                      </w:r>
                      <w:r w:rsidRPr="003B29D5">
                        <w:rPr>
                          <w:b/>
                          <w:bCs/>
                          <w:sz w:val="22"/>
                          <w:szCs w:val="24"/>
                        </w:rPr>
                        <w:t>.</w:t>
                      </w:r>
                      <w:r w:rsidRPr="003B29D5">
                        <w:rPr>
                          <w:sz w:val="22"/>
                          <w:szCs w:val="24"/>
                        </w:rPr>
                        <w:t xml:space="preserve"> There is no such thing as too many.</w:t>
                      </w:r>
                    </w:p>
                    <w:p w14:paraId="14402BB8" w14:textId="77777777" w:rsidR="00002FE5" w:rsidRDefault="00002FE5" w:rsidP="00002FE5">
                      <w:pPr>
                        <w:rPr>
                          <w:sz w:val="22"/>
                          <w:szCs w:val="24"/>
                        </w:rPr>
                      </w:pPr>
                    </w:p>
                    <w:p w14:paraId="7CD9EBD6" w14:textId="77777777" w:rsidR="00002FE5" w:rsidRDefault="00002FE5" w:rsidP="00002FE5">
                      <w:pPr>
                        <w:rPr>
                          <w:sz w:val="22"/>
                          <w:szCs w:val="24"/>
                        </w:rPr>
                      </w:pPr>
                    </w:p>
                    <w:p w14:paraId="4F396135" w14:textId="77777777" w:rsidR="00002FE5" w:rsidRDefault="00002FE5" w:rsidP="00002FE5">
                      <w:pPr>
                        <w:rPr>
                          <w:sz w:val="22"/>
                          <w:szCs w:val="24"/>
                        </w:rPr>
                      </w:pPr>
                    </w:p>
                    <w:p w14:paraId="675320D1" w14:textId="77777777" w:rsidR="00002FE5" w:rsidRPr="003B29D5" w:rsidRDefault="00002FE5" w:rsidP="00002FE5">
                      <w:pPr>
                        <w:rPr>
                          <w:sz w:val="22"/>
                          <w:szCs w:val="24"/>
                        </w:rPr>
                      </w:pPr>
                    </w:p>
                    <w:p w14:paraId="7B1EE7B6" w14:textId="77777777" w:rsidR="00002FE5" w:rsidRPr="003B29D5" w:rsidRDefault="00002FE5" w:rsidP="00002FE5">
                      <w:pPr>
                        <w:rPr>
                          <w:sz w:val="22"/>
                          <w:szCs w:val="24"/>
                        </w:rPr>
                      </w:pPr>
                    </w:p>
                    <w:p w14:paraId="6BAC1FA2" w14:textId="77777777" w:rsidR="00002FE5" w:rsidRPr="003B29D5" w:rsidRDefault="00002FE5" w:rsidP="00002FE5">
                      <w:pPr>
                        <w:rPr>
                          <w:sz w:val="22"/>
                          <w:szCs w:val="24"/>
                        </w:rPr>
                      </w:pPr>
                    </w:p>
                    <w:p w14:paraId="4546870F" w14:textId="77777777" w:rsidR="00002FE5" w:rsidRPr="003B29D5" w:rsidRDefault="00002FE5" w:rsidP="00002FE5">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3DB81202" w14:textId="77777777" w:rsidR="00002FE5" w:rsidRPr="003B29D5" w:rsidRDefault="00002FE5" w:rsidP="00002FE5">
                      <w:pPr>
                        <w:rPr>
                          <w:sz w:val="22"/>
                          <w:szCs w:val="24"/>
                        </w:rPr>
                      </w:pPr>
                    </w:p>
                    <w:p w14:paraId="59979C1C" w14:textId="77777777" w:rsidR="00002FE5" w:rsidRDefault="00002FE5" w:rsidP="00002FE5">
                      <w:pPr>
                        <w:rPr>
                          <w:sz w:val="22"/>
                          <w:szCs w:val="24"/>
                        </w:rPr>
                      </w:pPr>
                    </w:p>
                    <w:p w14:paraId="284CBFA8" w14:textId="77777777" w:rsidR="00002FE5" w:rsidRDefault="00002FE5" w:rsidP="00002FE5">
                      <w:pPr>
                        <w:rPr>
                          <w:sz w:val="22"/>
                          <w:szCs w:val="24"/>
                        </w:rPr>
                      </w:pPr>
                    </w:p>
                    <w:p w14:paraId="23614F93" w14:textId="77777777" w:rsidR="00002FE5" w:rsidRDefault="00002FE5" w:rsidP="00002FE5">
                      <w:pPr>
                        <w:rPr>
                          <w:sz w:val="22"/>
                          <w:szCs w:val="24"/>
                        </w:rPr>
                      </w:pPr>
                    </w:p>
                    <w:p w14:paraId="67366F13" w14:textId="77777777" w:rsidR="00002FE5" w:rsidRPr="003B29D5" w:rsidRDefault="00002FE5" w:rsidP="00002FE5">
                      <w:pPr>
                        <w:rPr>
                          <w:sz w:val="22"/>
                          <w:szCs w:val="24"/>
                        </w:rPr>
                      </w:pPr>
                    </w:p>
                    <w:p w14:paraId="2E502058" w14:textId="77777777" w:rsidR="00002FE5" w:rsidRPr="003B29D5" w:rsidRDefault="00002FE5" w:rsidP="00002FE5">
                      <w:pPr>
                        <w:rPr>
                          <w:sz w:val="22"/>
                          <w:szCs w:val="24"/>
                        </w:rPr>
                      </w:pPr>
                    </w:p>
                    <w:p w14:paraId="52F58DC9" w14:textId="77777777" w:rsidR="00002FE5" w:rsidRPr="003B29D5" w:rsidRDefault="00002FE5" w:rsidP="00002FE5">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accommodation was inaccessible whenever possible. </w:t>
                      </w:r>
                    </w:p>
                    <w:p w14:paraId="314D2C3D" w14:textId="77777777" w:rsidR="00002FE5" w:rsidRDefault="00002FE5" w:rsidP="00002FE5">
                      <w:pPr>
                        <w:rPr>
                          <w:sz w:val="22"/>
                          <w:szCs w:val="24"/>
                        </w:rPr>
                      </w:pPr>
                    </w:p>
                    <w:p w14:paraId="78A7004A" w14:textId="77777777" w:rsidR="00002FE5" w:rsidRDefault="00002FE5" w:rsidP="00002FE5">
                      <w:pPr>
                        <w:rPr>
                          <w:sz w:val="22"/>
                          <w:szCs w:val="24"/>
                        </w:rPr>
                      </w:pPr>
                    </w:p>
                    <w:p w14:paraId="0C9B95D8" w14:textId="77777777" w:rsidR="00002FE5" w:rsidRDefault="00002FE5" w:rsidP="00002FE5">
                      <w:pPr>
                        <w:rPr>
                          <w:sz w:val="22"/>
                          <w:szCs w:val="24"/>
                        </w:rPr>
                      </w:pPr>
                    </w:p>
                    <w:p w14:paraId="47D02E60" w14:textId="77777777" w:rsidR="00002FE5" w:rsidRPr="003B29D5" w:rsidRDefault="00002FE5" w:rsidP="00002FE5">
                      <w:pPr>
                        <w:rPr>
                          <w:sz w:val="22"/>
                          <w:szCs w:val="24"/>
                        </w:rPr>
                      </w:pPr>
                    </w:p>
                    <w:p w14:paraId="188FE77A" w14:textId="77777777" w:rsidR="00002FE5" w:rsidRPr="003B29D5" w:rsidRDefault="00002FE5" w:rsidP="00002FE5">
                      <w:pPr>
                        <w:rPr>
                          <w:sz w:val="22"/>
                          <w:szCs w:val="24"/>
                        </w:rPr>
                      </w:pPr>
                    </w:p>
                    <w:p w14:paraId="63AFFB8D" w14:textId="77777777" w:rsidR="00002FE5" w:rsidRPr="003B29D5" w:rsidRDefault="00002FE5" w:rsidP="00002FE5">
                      <w:pPr>
                        <w:rPr>
                          <w:b/>
                          <w:bCs/>
                          <w:sz w:val="22"/>
                          <w:szCs w:val="24"/>
                        </w:rPr>
                      </w:pPr>
                      <w:r w:rsidRPr="003B29D5">
                        <w:rPr>
                          <w:b/>
                          <w:bCs/>
                          <w:sz w:val="22"/>
                          <w:szCs w:val="24"/>
                        </w:rPr>
                        <w:t xml:space="preserve">List examples of how this criterion meaningfully impacted you or caused impairment in your daily life. </w:t>
                      </w:r>
                    </w:p>
                  </w:txbxContent>
                </v:textbox>
                <w10:anchorlock/>
              </v:shape>
            </w:pict>
          </mc:Fallback>
        </mc:AlternateContent>
      </w:r>
    </w:p>
    <w:p w14:paraId="10A2E5E7" w14:textId="77777777" w:rsidR="00002FE5" w:rsidRPr="003B29D5" w:rsidRDefault="00002FE5" w:rsidP="00002FE5">
      <w:pPr>
        <w:spacing w:after="200"/>
        <w:rPr>
          <w:rFonts w:ascii="Arial" w:eastAsiaTheme="majorEastAsia" w:hAnsi="Arial" w:cs="Arial"/>
          <w:b/>
          <w:bCs/>
          <w:color w:val="0070C0"/>
          <w:sz w:val="24"/>
          <w:szCs w:val="28"/>
        </w:rPr>
      </w:pPr>
    </w:p>
    <w:p w14:paraId="1E328EF9" w14:textId="545A9846" w:rsidR="00002FE5" w:rsidRPr="00BA4AEC" w:rsidRDefault="00002FE5" w:rsidP="00002FE5">
      <w:pPr>
        <w:pStyle w:val="Heading5"/>
        <w:spacing w:after="240"/>
        <w:rPr>
          <w:rFonts w:ascii="Arial" w:hAnsi="Arial" w:cs="Arial"/>
          <w:b/>
          <w:bCs/>
          <w:color w:val="8064A2" w:themeColor="accent4"/>
          <w:sz w:val="22"/>
          <w:szCs w:val="24"/>
        </w:rPr>
      </w:pPr>
      <w:r>
        <w:rPr>
          <w:rFonts w:ascii="Arial" w:hAnsi="Arial" w:cs="Arial"/>
          <w:i/>
          <w:iCs/>
          <w:color w:val="0070C0"/>
          <w:sz w:val="24"/>
          <w:szCs w:val="28"/>
        </w:rPr>
        <w:br w:type="page"/>
      </w:r>
      <w:r>
        <w:rPr>
          <w:rFonts w:ascii="Arial" w:hAnsi="Arial" w:cs="Arial"/>
          <w:b/>
          <w:bCs/>
          <w:color w:val="8064A2" w:themeColor="accent4"/>
          <w:sz w:val="22"/>
          <w:szCs w:val="24"/>
        </w:rPr>
        <w:lastRenderedPageBreak/>
        <w:t>Your Examples: E</w:t>
      </w:r>
      <w:r w:rsidRPr="00BA4AEC">
        <w:rPr>
          <w:rFonts w:ascii="Arial" w:hAnsi="Arial" w:cs="Arial"/>
          <w:b/>
          <w:bCs/>
          <w:color w:val="8064A2" w:themeColor="accent4"/>
          <w:sz w:val="22"/>
          <w:szCs w:val="24"/>
        </w:rPr>
        <w:t xml:space="preserve">arly adulthood through present </w:t>
      </w:r>
    </w:p>
    <w:p w14:paraId="14A3B1C3" w14:textId="77777777" w:rsidR="00002FE5" w:rsidRDefault="00002FE5" w:rsidP="00002FE5">
      <w:pPr>
        <w:spacing w:after="360" w:line="360" w:lineRule="auto"/>
        <w:rPr>
          <w:rFonts w:ascii="Arial" w:hAnsi="Arial" w:cs="Arial"/>
          <w:sz w:val="24"/>
          <w:szCs w:val="28"/>
        </w:rPr>
      </w:pPr>
      <w:r>
        <w:rPr>
          <w:rFonts w:ascii="Arial" w:hAnsi="Arial" w:cs="Arial"/>
          <w:b/>
          <w:noProof/>
          <w:sz w:val="24"/>
          <w:szCs w:val="24"/>
        </w:rPr>
        <mc:AlternateContent>
          <mc:Choice Requires="wps">
            <w:drawing>
              <wp:inline distT="0" distB="0" distL="0" distR="0" wp14:anchorId="66E74E5E" wp14:editId="52B665C2">
                <wp:extent cx="6339840" cy="8358997"/>
                <wp:effectExtent l="0" t="0" r="3810" b="4445"/>
                <wp:docPr id="2012277321" name="Text Box 2"/>
                <wp:cNvGraphicFramePr/>
                <a:graphic xmlns:a="http://schemas.openxmlformats.org/drawingml/2006/main">
                  <a:graphicData uri="http://schemas.microsoft.com/office/word/2010/wordprocessingShape">
                    <wps:wsp>
                      <wps:cNvSpPr txBox="1"/>
                      <wps:spPr>
                        <a:xfrm>
                          <a:off x="0" y="0"/>
                          <a:ext cx="6339840" cy="8358997"/>
                        </a:xfrm>
                        <a:prstGeom prst="rect">
                          <a:avLst/>
                        </a:prstGeom>
                        <a:solidFill>
                          <a:srgbClr val="F0F7FA"/>
                        </a:solidFill>
                        <a:ln w="6350">
                          <a:noFill/>
                        </a:ln>
                      </wps:spPr>
                      <wps:txbx>
                        <w:txbxContent>
                          <w:p w14:paraId="373E803A" w14:textId="77777777" w:rsidR="00002FE5" w:rsidRPr="003B29D5" w:rsidRDefault="00002FE5" w:rsidP="00002FE5">
                            <w:pPr>
                              <w:rPr>
                                <w:sz w:val="22"/>
                                <w:szCs w:val="24"/>
                              </w:rPr>
                            </w:pPr>
                            <w:r w:rsidRPr="003B29D5">
                              <w:rPr>
                                <w:b/>
                                <w:bCs/>
                                <w:sz w:val="22"/>
                                <w:szCs w:val="24"/>
                              </w:rPr>
                              <w:t xml:space="preserve">List stories and examples of this criterion showing up for you in visible ways from </w:t>
                            </w:r>
                            <w:r>
                              <w:rPr>
                                <w:b/>
                                <w:bCs/>
                                <w:sz w:val="22"/>
                                <w:szCs w:val="24"/>
                              </w:rPr>
                              <w:t>early adulthood through the present</w:t>
                            </w:r>
                            <w:r w:rsidRPr="003B29D5">
                              <w:rPr>
                                <w:b/>
                                <w:bCs/>
                                <w:sz w:val="22"/>
                                <w:szCs w:val="24"/>
                              </w:rPr>
                              <w:t>.</w:t>
                            </w:r>
                            <w:r w:rsidRPr="003B29D5">
                              <w:rPr>
                                <w:sz w:val="22"/>
                                <w:szCs w:val="24"/>
                              </w:rPr>
                              <w:t xml:space="preserve"> There is no such thing as too many.</w:t>
                            </w:r>
                          </w:p>
                          <w:p w14:paraId="73CA0D9B" w14:textId="77777777" w:rsidR="00002FE5" w:rsidRDefault="00002FE5" w:rsidP="00002FE5">
                            <w:pPr>
                              <w:rPr>
                                <w:sz w:val="22"/>
                                <w:szCs w:val="24"/>
                              </w:rPr>
                            </w:pPr>
                          </w:p>
                          <w:p w14:paraId="2978D9AA" w14:textId="77777777" w:rsidR="00002FE5" w:rsidRDefault="00002FE5" w:rsidP="00002FE5">
                            <w:pPr>
                              <w:rPr>
                                <w:sz w:val="22"/>
                                <w:szCs w:val="24"/>
                              </w:rPr>
                            </w:pPr>
                          </w:p>
                          <w:p w14:paraId="1C430708" w14:textId="77777777" w:rsidR="00002FE5" w:rsidRDefault="00002FE5" w:rsidP="00002FE5">
                            <w:pPr>
                              <w:rPr>
                                <w:sz w:val="22"/>
                                <w:szCs w:val="24"/>
                              </w:rPr>
                            </w:pPr>
                          </w:p>
                          <w:p w14:paraId="6F450DE6" w14:textId="77777777" w:rsidR="00002FE5" w:rsidRPr="003B29D5" w:rsidRDefault="00002FE5" w:rsidP="00002FE5">
                            <w:pPr>
                              <w:rPr>
                                <w:sz w:val="22"/>
                                <w:szCs w:val="24"/>
                              </w:rPr>
                            </w:pPr>
                          </w:p>
                          <w:p w14:paraId="52718131" w14:textId="77777777" w:rsidR="00002FE5" w:rsidRPr="003B29D5" w:rsidRDefault="00002FE5" w:rsidP="00002FE5">
                            <w:pPr>
                              <w:rPr>
                                <w:sz w:val="22"/>
                                <w:szCs w:val="24"/>
                              </w:rPr>
                            </w:pPr>
                          </w:p>
                          <w:p w14:paraId="677612FC" w14:textId="77777777" w:rsidR="00002FE5" w:rsidRPr="003B29D5" w:rsidRDefault="00002FE5" w:rsidP="00002FE5">
                            <w:pPr>
                              <w:rPr>
                                <w:sz w:val="22"/>
                                <w:szCs w:val="24"/>
                              </w:rPr>
                            </w:pPr>
                          </w:p>
                          <w:p w14:paraId="37C333C0" w14:textId="77777777" w:rsidR="00002FE5" w:rsidRPr="003B29D5" w:rsidRDefault="00002FE5" w:rsidP="00002FE5">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56A51D4C" w14:textId="77777777" w:rsidR="00002FE5" w:rsidRPr="003B29D5" w:rsidRDefault="00002FE5" w:rsidP="00002FE5">
                            <w:pPr>
                              <w:rPr>
                                <w:sz w:val="22"/>
                                <w:szCs w:val="24"/>
                              </w:rPr>
                            </w:pPr>
                          </w:p>
                          <w:p w14:paraId="1761D091" w14:textId="77777777" w:rsidR="00002FE5" w:rsidRDefault="00002FE5" w:rsidP="00002FE5">
                            <w:pPr>
                              <w:rPr>
                                <w:sz w:val="22"/>
                                <w:szCs w:val="24"/>
                              </w:rPr>
                            </w:pPr>
                          </w:p>
                          <w:p w14:paraId="1E8B09FE" w14:textId="77777777" w:rsidR="00002FE5" w:rsidRDefault="00002FE5" w:rsidP="00002FE5">
                            <w:pPr>
                              <w:rPr>
                                <w:sz w:val="22"/>
                                <w:szCs w:val="24"/>
                              </w:rPr>
                            </w:pPr>
                          </w:p>
                          <w:p w14:paraId="570B1B68" w14:textId="77777777" w:rsidR="00002FE5" w:rsidRDefault="00002FE5" w:rsidP="00002FE5">
                            <w:pPr>
                              <w:rPr>
                                <w:sz w:val="22"/>
                                <w:szCs w:val="24"/>
                              </w:rPr>
                            </w:pPr>
                          </w:p>
                          <w:p w14:paraId="60273F38" w14:textId="77777777" w:rsidR="00002FE5" w:rsidRPr="003B29D5" w:rsidRDefault="00002FE5" w:rsidP="00002FE5">
                            <w:pPr>
                              <w:rPr>
                                <w:sz w:val="22"/>
                                <w:szCs w:val="24"/>
                              </w:rPr>
                            </w:pPr>
                          </w:p>
                          <w:p w14:paraId="5CB12A66" w14:textId="77777777" w:rsidR="00002FE5" w:rsidRPr="003B29D5" w:rsidRDefault="00002FE5" w:rsidP="00002FE5">
                            <w:pPr>
                              <w:rPr>
                                <w:sz w:val="22"/>
                                <w:szCs w:val="24"/>
                              </w:rPr>
                            </w:pPr>
                          </w:p>
                          <w:p w14:paraId="13B469D8" w14:textId="77777777" w:rsidR="00002FE5" w:rsidRPr="003B29D5" w:rsidRDefault="00002FE5" w:rsidP="00002FE5">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inaccessible whenever possible. </w:t>
                            </w:r>
                          </w:p>
                          <w:p w14:paraId="0B4D2E55" w14:textId="77777777" w:rsidR="00002FE5" w:rsidRDefault="00002FE5" w:rsidP="00002FE5">
                            <w:pPr>
                              <w:rPr>
                                <w:sz w:val="22"/>
                                <w:szCs w:val="24"/>
                              </w:rPr>
                            </w:pPr>
                          </w:p>
                          <w:p w14:paraId="2AF72276" w14:textId="77777777" w:rsidR="00002FE5" w:rsidRDefault="00002FE5" w:rsidP="00002FE5">
                            <w:pPr>
                              <w:rPr>
                                <w:sz w:val="22"/>
                                <w:szCs w:val="24"/>
                              </w:rPr>
                            </w:pPr>
                          </w:p>
                          <w:p w14:paraId="65F1C974" w14:textId="77777777" w:rsidR="00002FE5" w:rsidRDefault="00002FE5" w:rsidP="00002FE5">
                            <w:pPr>
                              <w:rPr>
                                <w:sz w:val="22"/>
                                <w:szCs w:val="24"/>
                              </w:rPr>
                            </w:pPr>
                          </w:p>
                          <w:p w14:paraId="07CA5703" w14:textId="77777777" w:rsidR="00002FE5" w:rsidRDefault="00002FE5" w:rsidP="00002FE5">
                            <w:pPr>
                              <w:rPr>
                                <w:sz w:val="22"/>
                                <w:szCs w:val="24"/>
                              </w:rPr>
                            </w:pPr>
                          </w:p>
                          <w:p w14:paraId="7878C8D5" w14:textId="77777777" w:rsidR="00002FE5" w:rsidRPr="003B29D5" w:rsidRDefault="00002FE5" w:rsidP="00002FE5">
                            <w:pPr>
                              <w:rPr>
                                <w:sz w:val="22"/>
                                <w:szCs w:val="24"/>
                              </w:rPr>
                            </w:pPr>
                          </w:p>
                          <w:p w14:paraId="4CBD7CCD" w14:textId="77777777" w:rsidR="00002FE5" w:rsidRPr="003B29D5" w:rsidRDefault="00002FE5" w:rsidP="00002FE5">
                            <w:pPr>
                              <w:rPr>
                                <w:sz w:val="22"/>
                                <w:szCs w:val="24"/>
                              </w:rPr>
                            </w:pPr>
                          </w:p>
                          <w:p w14:paraId="1C69B431" w14:textId="77777777" w:rsidR="00002FE5" w:rsidRPr="003B29D5" w:rsidRDefault="00002FE5" w:rsidP="00002FE5">
                            <w:pPr>
                              <w:rPr>
                                <w:b/>
                                <w:bCs/>
                                <w:sz w:val="22"/>
                                <w:szCs w:val="24"/>
                              </w:rPr>
                            </w:pPr>
                            <w:r w:rsidRPr="003B29D5">
                              <w:rPr>
                                <w:b/>
                                <w:bCs/>
                                <w:sz w:val="22"/>
                                <w:szCs w:val="24"/>
                              </w:rPr>
                              <w:t xml:space="preserve">List examples of how this criterion meaningfully impacted you or caused impairment in your daily life.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6E74E5E" id="_x0000_s1058" type="#_x0000_t202" style="width:499.2pt;height:65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" fillcolor="#f0f7fa" stroked="f" strokeweight=".5pt">
                <v:textbox>
                  <w:txbxContent>
                    <w:p w14:paraId="373E803A" w14:textId="77777777" w:rsidR="00002FE5" w:rsidRPr="003B29D5" w:rsidRDefault="00002FE5" w:rsidP="00002FE5">
                      <w:pPr>
                        <w:rPr>
                          <w:sz w:val="22"/>
                          <w:szCs w:val="24"/>
                        </w:rPr>
                      </w:pPr>
                      <w:r w:rsidRPr="003B29D5">
                        <w:rPr>
                          <w:b/>
                          <w:bCs/>
                          <w:sz w:val="22"/>
                          <w:szCs w:val="24"/>
                        </w:rPr>
                        <w:t xml:space="preserve">List stories and examples of this criterion showing up for you in visible ways from </w:t>
                      </w:r>
                      <w:r>
                        <w:rPr>
                          <w:b/>
                          <w:bCs/>
                          <w:sz w:val="22"/>
                          <w:szCs w:val="24"/>
                        </w:rPr>
                        <w:t>early adulthood through the present</w:t>
                      </w:r>
                      <w:r w:rsidRPr="003B29D5">
                        <w:rPr>
                          <w:b/>
                          <w:bCs/>
                          <w:sz w:val="22"/>
                          <w:szCs w:val="24"/>
                        </w:rPr>
                        <w:t>.</w:t>
                      </w:r>
                      <w:r w:rsidRPr="003B29D5">
                        <w:rPr>
                          <w:sz w:val="22"/>
                          <w:szCs w:val="24"/>
                        </w:rPr>
                        <w:t xml:space="preserve"> There is no such thing as too many.</w:t>
                      </w:r>
                    </w:p>
                    <w:p w14:paraId="73CA0D9B" w14:textId="77777777" w:rsidR="00002FE5" w:rsidRDefault="00002FE5" w:rsidP="00002FE5">
                      <w:pPr>
                        <w:rPr>
                          <w:sz w:val="22"/>
                          <w:szCs w:val="24"/>
                        </w:rPr>
                      </w:pPr>
                    </w:p>
                    <w:p w14:paraId="2978D9AA" w14:textId="77777777" w:rsidR="00002FE5" w:rsidRDefault="00002FE5" w:rsidP="00002FE5">
                      <w:pPr>
                        <w:rPr>
                          <w:sz w:val="22"/>
                          <w:szCs w:val="24"/>
                        </w:rPr>
                      </w:pPr>
                    </w:p>
                    <w:p w14:paraId="1C430708" w14:textId="77777777" w:rsidR="00002FE5" w:rsidRDefault="00002FE5" w:rsidP="00002FE5">
                      <w:pPr>
                        <w:rPr>
                          <w:sz w:val="22"/>
                          <w:szCs w:val="24"/>
                        </w:rPr>
                      </w:pPr>
                    </w:p>
                    <w:p w14:paraId="6F450DE6" w14:textId="77777777" w:rsidR="00002FE5" w:rsidRPr="003B29D5" w:rsidRDefault="00002FE5" w:rsidP="00002FE5">
                      <w:pPr>
                        <w:rPr>
                          <w:sz w:val="22"/>
                          <w:szCs w:val="24"/>
                        </w:rPr>
                      </w:pPr>
                    </w:p>
                    <w:p w14:paraId="52718131" w14:textId="77777777" w:rsidR="00002FE5" w:rsidRPr="003B29D5" w:rsidRDefault="00002FE5" w:rsidP="00002FE5">
                      <w:pPr>
                        <w:rPr>
                          <w:sz w:val="22"/>
                          <w:szCs w:val="24"/>
                        </w:rPr>
                      </w:pPr>
                    </w:p>
                    <w:p w14:paraId="677612FC" w14:textId="77777777" w:rsidR="00002FE5" w:rsidRPr="003B29D5" w:rsidRDefault="00002FE5" w:rsidP="00002FE5">
                      <w:pPr>
                        <w:rPr>
                          <w:sz w:val="22"/>
                          <w:szCs w:val="24"/>
                        </w:rPr>
                      </w:pPr>
                    </w:p>
                    <w:p w14:paraId="37C333C0" w14:textId="77777777" w:rsidR="00002FE5" w:rsidRPr="003B29D5" w:rsidRDefault="00002FE5" w:rsidP="00002FE5">
                      <w:pPr>
                        <w:rPr>
                          <w:b/>
                          <w:bCs/>
                          <w:sz w:val="22"/>
                          <w:szCs w:val="24"/>
                        </w:rPr>
                      </w:pPr>
                      <w:r w:rsidRPr="003B29D5">
                        <w:rPr>
                          <w:b/>
                          <w:bCs/>
                          <w:sz w:val="22"/>
                          <w:szCs w:val="24"/>
                        </w:rPr>
                        <w:t xml:space="preserve">List </w:t>
                      </w:r>
                      <w:r>
                        <w:rPr>
                          <w:b/>
                          <w:bCs/>
                          <w:sz w:val="22"/>
                          <w:szCs w:val="24"/>
                        </w:rPr>
                        <w:t>exampl</w:t>
                      </w:r>
                      <w:r w:rsidRPr="003B29D5">
                        <w:rPr>
                          <w:b/>
                          <w:bCs/>
                          <w:sz w:val="22"/>
                          <w:szCs w:val="24"/>
                        </w:rPr>
                        <w:t>es of how you may have masked or internalized this criterion.</w:t>
                      </w:r>
                    </w:p>
                    <w:p w14:paraId="56A51D4C" w14:textId="77777777" w:rsidR="00002FE5" w:rsidRPr="003B29D5" w:rsidRDefault="00002FE5" w:rsidP="00002FE5">
                      <w:pPr>
                        <w:rPr>
                          <w:sz w:val="22"/>
                          <w:szCs w:val="24"/>
                        </w:rPr>
                      </w:pPr>
                    </w:p>
                    <w:p w14:paraId="1761D091" w14:textId="77777777" w:rsidR="00002FE5" w:rsidRDefault="00002FE5" w:rsidP="00002FE5">
                      <w:pPr>
                        <w:rPr>
                          <w:sz w:val="22"/>
                          <w:szCs w:val="24"/>
                        </w:rPr>
                      </w:pPr>
                    </w:p>
                    <w:p w14:paraId="1E8B09FE" w14:textId="77777777" w:rsidR="00002FE5" w:rsidRDefault="00002FE5" w:rsidP="00002FE5">
                      <w:pPr>
                        <w:rPr>
                          <w:sz w:val="22"/>
                          <w:szCs w:val="24"/>
                        </w:rPr>
                      </w:pPr>
                    </w:p>
                    <w:p w14:paraId="570B1B68" w14:textId="77777777" w:rsidR="00002FE5" w:rsidRDefault="00002FE5" w:rsidP="00002FE5">
                      <w:pPr>
                        <w:rPr>
                          <w:sz w:val="22"/>
                          <w:szCs w:val="24"/>
                        </w:rPr>
                      </w:pPr>
                    </w:p>
                    <w:p w14:paraId="60273F38" w14:textId="77777777" w:rsidR="00002FE5" w:rsidRPr="003B29D5" w:rsidRDefault="00002FE5" w:rsidP="00002FE5">
                      <w:pPr>
                        <w:rPr>
                          <w:sz w:val="22"/>
                          <w:szCs w:val="24"/>
                        </w:rPr>
                      </w:pPr>
                    </w:p>
                    <w:p w14:paraId="5CB12A66" w14:textId="77777777" w:rsidR="00002FE5" w:rsidRPr="003B29D5" w:rsidRDefault="00002FE5" w:rsidP="00002FE5">
                      <w:pPr>
                        <w:rPr>
                          <w:sz w:val="22"/>
                          <w:szCs w:val="24"/>
                        </w:rPr>
                      </w:pPr>
                    </w:p>
                    <w:p w14:paraId="13B469D8" w14:textId="77777777" w:rsidR="00002FE5" w:rsidRPr="003B29D5" w:rsidRDefault="00002FE5" w:rsidP="00002FE5">
                      <w:pPr>
                        <w:rPr>
                          <w:sz w:val="22"/>
                          <w:szCs w:val="24"/>
                        </w:rPr>
                      </w:pPr>
                      <w:r w:rsidRPr="003B29D5">
                        <w:rPr>
                          <w:b/>
                          <w:bCs/>
                          <w:sz w:val="22"/>
                          <w:szCs w:val="24"/>
                        </w:rPr>
                        <w:t>List examples of how you may have accommodated this criterion to get your needs met.</w:t>
                      </w:r>
                      <w:r w:rsidRPr="003B29D5">
                        <w:rPr>
                          <w:sz w:val="22"/>
                          <w:szCs w:val="24"/>
                        </w:rPr>
                        <w:t xml:space="preserve"> Include examples of how you reacted when the </w:t>
                      </w:r>
                      <w:proofErr w:type="gramStart"/>
                      <w:r w:rsidRPr="003B29D5">
                        <w:rPr>
                          <w:sz w:val="22"/>
                          <w:szCs w:val="24"/>
                        </w:rPr>
                        <w:t>accommodation</w:t>
                      </w:r>
                      <w:r>
                        <w:rPr>
                          <w:sz w:val="22"/>
                          <w:szCs w:val="24"/>
                        </w:rPr>
                        <w:t>s</w:t>
                      </w:r>
                      <w:r w:rsidRPr="003B29D5">
                        <w:rPr>
                          <w:sz w:val="22"/>
                          <w:szCs w:val="24"/>
                        </w:rPr>
                        <w:t xml:space="preserve"> </w:t>
                      </w:r>
                      <w:r>
                        <w:rPr>
                          <w:sz w:val="22"/>
                          <w:szCs w:val="24"/>
                        </w:rPr>
                        <w:t>were</w:t>
                      </w:r>
                      <w:proofErr w:type="gramEnd"/>
                      <w:r w:rsidRPr="003B29D5">
                        <w:rPr>
                          <w:sz w:val="22"/>
                          <w:szCs w:val="24"/>
                        </w:rPr>
                        <w:t xml:space="preserve"> inaccessible whenever possible. </w:t>
                      </w:r>
                    </w:p>
                    <w:p w14:paraId="0B4D2E55" w14:textId="77777777" w:rsidR="00002FE5" w:rsidRDefault="00002FE5" w:rsidP="00002FE5">
                      <w:pPr>
                        <w:rPr>
                          <w:sz w:val="22"/>
                          <w:szCs w:val="24"/>
                        </w:rPr>
                      </w:pPr>
                    </w:p>
                    <w:p w14:paraId="2AF72276" w14:textId="77777777" w:rsidR="00002FE5" w:rsidRDefault="00002FE5" w:rsidP="00002FE5">
                      <w:pPr>
                        <w:rPr>
                          <w:sz w:val="22"/>
                          <w:szCs w:val="24"/>
                        </w:rPr>
                      </w:pPr>
                    </w:p>
                    <w:p w14:paraId="65F1C974" w14:textId="77777777" w:rsidR="00002FE5" w:rsidRDefault="00002FE5" w:rsidP="00002FE5">
                      <w:pPr>
                        <w:rPr>
                          <w:sz w:val="22"/>
                          <w:szCs w:val="24"/>
                        </w:rPr>
                      </w:pPr>
                    </w:p>
                    <w:p w14:paraId="07CA5703" w14:textId="77777777" w:rsidR="00002FE5" w:rsidRDefault="00002FE5" w:rsidP="00002FE5">
                      <w:pPr>
                        <w:rPr>
                          <w:sz w:val="22"/>
                          <w:szCs w:val="24"/>
                        </w:rPr>
                      </w:pPr>
                    </w:p>
                    <w:p w14:paraId="7878C8D5" w14:textId="77777777" w:rsidR="00002FE5" w:rsidRPr="003B29D5" w:rsidRDefault="00002FE5" w:rsidP="00002FE5">
                      <w:pPr>
                        <w:rPr>
                          <w:sz w:val="22"/>
                          <w:szCs w:val="24"/>
                        </w:rPr>
                      </w:pPr>
                    </w:p>
                    <w:p w14:paraId="4CBD7CCD" w14:textId="77777777" w:rsidR="00002FE5" w:rsidRPr="003B29D5" w:rsidRDefault="00002FE5" w:rsidP="00002FE5">
                      <w:pPr>
                        <w:rPr>
                          <w:sz w:val="22"/>
                          <w:szCs w:val="24"/>
                        </w:rPr>
                      </w:pPr>
                    </w:p>
                    <w:p w14:paraId="1C69B431" w14:textId="77777777" w:rsidR="00002FE5" w:rsidRPr="003B29D5" w:rsidRDefault="00002FE5" w:rsidP="00002FE5">
                      <w:pPr>
                        <w:rPr>
                          <w:b/>
                          <w:bCs/>
                          <w:sz w:val="22"/>
                          <w:szCs w:val="24"/>
                        </w:rPr>
                      </w:pPr>
                      <w:r w:rsidRPr="003B29D5">
                        <w:rPr>
                          <w:b/>
                          <w:bCs/>
                          <w:sz w:val="22"/>
                          <w:szCs w:val="24"/>
                        </w:rPr>
                        <w:t xml:space="preserve">List examples of how this criterion meaningfully impacted you or caused impairment in your daily life. </w:t>
                      </w:r>
                    </w:p>
                  </w:txbxContent>
                </v:textbox>
                <w10:anchorlock/>
              </v:shape>
            </w:pict>
          </mc:Fallback>
        </mc:AlternateContent>
      </w:r>
    </w:p>
    <w:p w14:paraId="358F64BA" w14:textId="77777777" w:rsidR="009C476A" w:rsidRDefault="009C476A" w:rsidP="009C476A">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Assessing your collected information</w:t>
      </w:r>
    </w:p>
    <w:p w14:paraId="5917F6A1" w14:textId="77777777" w:rsidR="009C476A" w:rsidRPr="001A36B5" w:rsidRDefault="009C476A" w:rsidP="009C476A">
      <w:pPr>
        <w:rPr>
          <w:rFonts w:ascii="Arial" w:eastAsiaTheme="majorEastAsia" w:hAnsi="Arial" w:cs="Arial"/>
          <w:b/>
          <w:bCs/>
          <w:color w:val="8064A2" w:themeColor="accent4"/>
          <w:sz w:val="22"/>
          <w:szCs w:val="24"/>
        </w:rPr>
      </w:pPr>
      <w:r w:rsidRPr="001A36B5">
        <w:rPr>
          <w:b/>
          <w:bCs/>
          <w:noProof/>
        </w:rPr>
        <mc:AlternateContent>
          <mc:Choice Requires="wps">
            <w:drawing>
              <wp:inline distT="0" distB="0" distL="0" distR="0" wp14:anchorId="6D0B4902" wp14:editId="64FCC03E">
                <wp:extent cx="6254750" cy="8010525"/>
                <wp:effectExtent l="0" t="0" r="0" b="9525"/>
                <wp:docPr id="839477488" name="Text Box 2"/>
                <wp:cNvGraphicFramePr/>
                <a:graphic xmlns:a="http://schemas.openxmlformats.org/drawingml/2006/main">
                  <a:graphicData uri="http://schemas.microsoft.com/office/word/2010/wordprocessingShape">
                    <wps:wsp>
                      <wps:cNvSpPr txBox="1"/>
                      <wps:spPr>
                        <a:xfrm>
                          <a:off x="0" y="0"/>
                          <a:ext cx="6254750" cy="8010525"/>
                        </a:xfrm>
                        <a:prstGeom prst="rect">
                          <a:avLst/>
                        </a:prstGeom>
                        <a:solidFill>
                          <a:srgbClr val="F7F5F9"/>
                        </a:solidFill>
                        <a:ln w="6350">
                          <a:noFill/>
                        </a:ln>
                      </wps:spPr>
                      <wps:txbx>
                        <w:txbxContent>
                          <w:p w14:paraId="388F2E08" w14:textId="77777777" w:rsidR="009C476A" w:rsidRPr="00FC49DD" w:rsidRDefault="009C476A" w:rsidP="009C476A">
                            <w:pPr>
                              <w:spacing w:after="180"/>
                              <w:ind w:left="180" w:right="190"/>
                              <w:rPr>
                                <w:rFonts w:ascii="Arial" w:hAnsi="Arial" w:cs="Arial"/>
                                <w:sz w:val="22"/>
                                <w:szCs w:val="24"/>
                              </w:rPr>
                            </w:pPr>
                            <w:r w:rsidRPr="00FC49DD">
                              <w:rPr>
                                <w:rFonts w:ascii="Arial" w:hAnsi="Arial" w:cs="Arial"/>
                                <w:sz w:val="22"/>
                                <w:szCs w:val="24"/>
                              </w:rPr>
                              <w:t xml:space="preserve">Complete </w:t>
                            </w:r>
                            <w:r>
                              <w:rPr>
                                <w:rFonts w:ascii="Arial" w:hAnsi="Arial" w:cs="Arial"/>
                                <w:sz w:val="22"/>
                                <w:szCs w:val="24"/>
                              </w:rPr>
                              <w:t xml:space="preserve">this section </w:t>
                            </w:r>
                            <w:r w:rsidRPr="00FC49DD">
                              <w:rPr>
                                <w:rFonts w:ascii="Arial" w:hAnsi="Arial" w:cs="Arial"/>
                                <w:sz w:val="22"/>
                                <w:szCs w:val="24"/>
                              </w:rPr>
                              <w:t>after documenting your childhood and adult experiences</w:t>
                            </w:r>
                            <w:r>
                              <w:rPr>
                                <w:rFonts w:ascii="Arial" w:hAnsi="Arial" w:cs="Arial"/>
                                <w:sz w:val="22"/>
                                <w:szCs w:val="24"/>
                              </w:rPr>
                              <w:t xml:space="preserve"> as exhaustively as possible</w:t>
                            </w:r>
                            <w:r w:rsidRPr="00FC49DD">
                              <w:rPr>
                                <w:rFonts w:ascii="Arial" w:hAnsi="Arial" w:cs="Arial"/>
                                <w:sz w:val="22"/>
                                <w:szCs w:val="24"/>
                              </w:rPr>
                              <w:t>.</w:t>
                            </w:r>
                            <w:r>
                              <w:rPr>
                                <w:rFonts w:ascii="Arial" w:hAnsi="Arial" w:cs="Arial"/>
                                <w:sz w:val="22"/>
                                <w:szCs w:val="24"/>
                              </w:rPr>
                              <w:t xml:space="preserve"> </w:t>
                            </w:r>
                          </w:p>
                          <w:p w14:paraId="67E5B21C" w14:textId="303BC3FD" w:rsidR="009C476A" w:rsidRPr="00F33BC1" w:rsidRDefault="009C476A" w:rsidP="00F33BC1">
                            <w:pPr>
                              <w:pStyle w:val="ListParagraph"/>
                              <w:numPr>
                                <w:ilvl w:val="0"/>
                                <w:numId w:val="35"/>
                              </w:numPr>
                              <w:spacing w:after="180"/>
                              <w:ind w:right="190"/>
                              <w:rPr>
                                <w:rFonts w:ascii="Arial" w:hAnsi="Arial" w:cs="Arial"/>
                                <w:b/>
                                <w:bCs/>
                                <w:sz w:val="22"/>
                                <w:szCs w:val="24"/>
                              </w:rPr>
                            </w:pPr>
                            <w:r w:rsidRPr="00F33BC1">
                              <w:rPr>
                                <w:rFonts w:ascii="Arial" w:hAnsi="Arial" w:cs="Arial"/>
                                <w:b/>
                                <w:bCs/>
                                <w:sz w:val="22"/>
                                <w:szCs w:val="24"/>
                              </w:rPr>
                              <w:t xml:space="preserve">Were you able to remember a substantial number of examples of this criterion showing up during your childhood? </w:t>
                            </w:r>
                            <w:r w:rsidRPr="00F33BC1">
                              <w:rPr>
                                <w:rFonts w:ascii="Arial" w:hAnsi="Arial" w:cs="Arial"/>
                                <w:sz w:val="22"/>
                                <w:szCs w:val="24"/>
                              </w:rPr>
                              <w:t xml:space="preserve">This includes observable, masked / internalized, and accommodated examples. For </w:t>
                            </w:r>
                            <w:proofErr w:type="gramStart"/>
                            <w:r w:rsidRPr="00F33BC1">
                              <w:rPr>
                                <w:rFonts w:ascii="Arial" w:hAnsi="Arial" w:cs="Arial"/>
                                <w:sz w:val="22"/>
                                <w:szCs w:val="24"/>
                              </w:rPr>
                              <w:t>accommodated</w:t>
                            </w:r>
                            <w:proofErr w:type="gramEnd"/>
                            <w:r w:rsidRPr="00F33BC1">
                              <w:rPr>
                                <w:rFonts w:ascii="Arial" w:hAnsi="Arial" w:cs="Arial"/>
                                <w:sz w:val="22"/>
                                <w:szCs w:val="24"/>
                              </w:rPr>
                              <w:t>, think about what your experiences in those circumstances would have been like if those accommodations were removed.</w:t>
                            </w:r>
                          </w:p>
                          <w:p w14:paraId="71EEC7C4"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7072A41C" w14:textId="77777777" w:rsidR="009C476A" w:rsidRPr="001A36B5" w:rsidRDefault="009C476A" w:rsidP="00F33BC1">
                            <w:pPr>
                              <w:pStyle w:val="ListParagraph"/>
                              <w:numPr>
                                <w:ilvl w:val="0"/>
                                <w:numId w:val="35"/>
                              </w:numPr>
                              <w:spacing w:after="180"/>
                              <w:ind w:right="190"/>
                              <w:rPr>
                                <w:rFonts w:ascii="Arial" w:hAnsi="Arial" w:cs="Arial"/>
                                <w:b/>
                                <w:bCs/>
                                <w:sz w:val="22"/>
                                <w:szCs w:val="24"/>
                              </w:rPr>
                            </w:pPr>
                            <w:r w:rsidRPr="001A36B5">
                              <w:rPr>
                                <w:rFonts w:ascii="Arial" w:hAnsi="Arial" w:cs="Arial"/>
                                <w:b/>
                                <w:bCs/>
                                <w:sz w:val="22"/>
                                <w:szCs w:val="24"/>
                              </w:rPr>
                              <w:t xml:space="preserve">Were you able to think of a substantial number of examples of this criterion showing up for you throughout your life? </w:t>
                            </w:r>
                            <w:r>
                              <w:rPr>
                                <w:rFonts w:ascii="Arial" w:hAnsi="Arial" w:cs="Arial"/>
                                <w:sz w:val="22"/>
                                <w:szCs w:val="24"/>
                              </w:rPr>
                              <w:t xml:space="preserve">Including </w:t>
                            </w:r>
                            <w:r w:rsidRPr="001A36B5">
                              <w:rPr>
                                <w:rFonts w:ascii="Arial" w:hAnsi="Arial" w:cs="Arial"/>
                                <w:sz w:val="22"/>
                                <w:szCs w:val="24"/>
                              </w:rPr>
                              <w:t>observable, masked/internalized, and accommodated</w:t>
                            </w:r>
                            <w:r>
                              <w:rPr>
                                <w:rFonts w:ascii="Arial" w:hAnsi="Arial" w:cs="Arial"/>
                                <w:sz w:val="22"/>
                                <w:szCs w:val="24"/>
                              </w:rPr>
                              <w:t>.</w:t>
                            </w:r>
                          </w:p>
                          <w:p w14:paraId="790EB463"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442B41A9" w14:textId="77777777" w:rsidR="009C476A" w:rsidRPr="001A36B5" w:rsidRDefault="009C476A" w:rsidP="00F33BC1">
                            <w:pPr>
                              <w:pStyle w:val="ListParagraph"/>
                              <w:numPr>
                                <w:ilvl w:val="0"/>
                                <w:numId w:val="35"/>
                              </w:numPr>
                              <w:spacing w:after="180"/>
                              <w:ind w:right="190"/>
                              <w:rPr>
                                <w:rFonts w:ascii="Arial" w:hAnsi="Arial" w:cs="Arial"/>
                                <w:b/>
                                <w:bCs/>
                                <w:sz w:val="22"/>
                                <w:szCs w:val="24"/>
                              </w:rPr>
                            </w:pPr>
                            <w:r w:rsidRPr="001A36B5">
                              <w:rPr>
                                <w:rFonts w:ascii="Arial" w:hAnsi="Arial" w:cs="Arial"/>
                                <w:b/>
                                <w:bCs/>
                                <w:sz w:val="22"/>
                                <w:szCs w:val="24"/>
                              </w:rPr>
                              <w:t>Would you say that this criterion shows up for you in ways that meaningfully interfere with your life and important life activities?</w:t>
                            </w:r>
                          </w:p>
                          <w:p w14:paraId="4A82C86F"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16503493" w14:textId="77777777" w:rsidR="009C476A" w:rsidRPr="001A36B5" w:rsidRDefault="009C476A" w:rsidP="00F33BC1">
                            <w:pPr>
                              <w:pStyle w:val="ListParagraph"/>
                              <w:numPr>
                                <w:ilvl w:val="0"/>
                                <w:numId w:val="35"/>
                              </w:numPr>
                              <w:spacing w:after="180"/>
                              <w:ind w:right="190"/>
                              <w:rPr>
                                <w:rFonts w:ascii="Arial" w:hAnsi="Arial" w:cs="Arial"/>
                                <w:b/>
                                <w:bCs/>
                                <w:sz w:val="22"/>
                                <w:szCs w:val="24"/>
                              </w:rPr>
                            </w:pPr>
                            <w:r w:rsidRPr="001A36B5">
                              <w:rPr>
                                <w:rFonts w:ascii="Arial" w:hAnsi="Arial" w:cs="Arial"/>
                                <w:b/>
                                <w:bCs/>
                                <w:sz w:val="22"/>
                                <w:szCs w:val="24"/>
                              </w:rPr>
                              <w:t>After reviewing the Intellectual Disability and Global Development Delay criteria in the DSM 5-TR, do you believe the examples you provided are most likely explained by autism and not either of the other conditions?</w:t>
                            </w:r>
                          </w:p>
                          <w:p w14:paraId="1DFDB49C"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290689E8" w14:textId="77777777" w:rsidR="009C476A" w:rsidRPr="00FC49DD" w:rsidRDefault="009C476A" w:rsidP="009C476A">
                            <w:pPr>
                              <w:spacing w:after="0"/>
                              <w:ind w:left="187" w:right="187"/>
                              <w:rPr>
                                <w:rFonts w:ascii="Arial" w:hAnsi="Arial" w:cs="Arial"/>
                                <w:i/>
                                <w:iCs/>
                                <w:sz w:val="22"/>
                                <w:szCs w:val="24"/>
                              </w:rPr>
                            </w:pPr>
                            <w:r w:rsidRPr="00FC49DD">
                              <w:rPr>
                                <w:rFonts w:ascii="Arial" w:hAnsi="Arial" w:cs="Arial"/>
                                <w:i/>
                                <w:iCs/>
                                <w:sz w:val="22"/>
                                <w:szCs w:val="24"/>
                              </w:rPr>
                              <w:t xml:space="preserve">Note: You will transfer these answers to the Assessment Rubric after you complete your full </w:t>
                            </w:r>
                            <w:r>
                              <w:rPr>
                                <w:rFonts w:ascii="Arial" w:hAnsi="Arial" w:cs="Arial"/>
                                <w:i/>
                                <w:iCs/>
                                <w:sz w:val="22"/>
                                <w:szCs w:val="24"/>
                              </w:rPr>
                              <w:br/>
                            </w:r>
                            <w:r w:rsidRPr="00FC49DD">
                              <w:rPr>
                                <w:rFonts w:ascii="Arial" w:hAnsi="Arial" w:cs="Arial"/>
                                <w:i/>
                                <w:iCs/>
                                <w:sz w:val="22"/>
                                <w:szCs w:val="24"/>
                              </w:rPr>
                              <w:t xml:space="preserve">self-assessment activity. </w:t>
                            </w:r>
                          </w:p>
                          <w:p w14:paraId="7AE55CD3" w14:textId="77777777" w:rsidR="009C476A" w:rsidRDefault="009C476A" w:rsidP="009C476A">
                            <w:pPr>
                              <w:pBdr>
                                <w:bottom w:val="single" w:sz="6" w:space="1" w:color="auto"/>
                              </w:pBdr>
                              <w:spacing w:after="180"/>
                              <w:ind w:right="190"/>
                              <w:rPr>
                                <w:rFonts w:ascii="Arial" w:hAnsi="Arial" w:cs="Arial"/>
                                <w:b/>
                                <w:bCs/>
                                <w:sz w:val="22"/>
                                <w:szCs w:val="24"/>
                              </w:rPr>
                            </w:pPr>
                          </w:p>
                          <w:p w14:paraId="4C26F8CC" w14:textId="77777777" w:rsidR="009C476A" w:rsidRDefault="009C476A" w:rsidP="009C476A">
                            <w:pPr>
                              <w:spacing w:before="240" w:after="180"/>
                              <w:ind w:left="180" w:right="190"/>
                              <w:rPr>
                                <w:rFonts w:ascii="Arial" w:hAnsi="Arial" w:cs="Arial"/>
                                <w:sz w:val="22"/>
                                <w:szCs w:val="24"/>
                              </w:rPr>
                            </w:pPr>
                            <w:r>
                              <w:rPr>
                                <w:rFonts w:ascii="Arial" w:hAnsi="Arial" w:cs="Arial"/>
                                <w:sz w:val="22"/>
                                <w:szCs w:val="24"/>
                              </w:rPr>
                              <w:t>REMINDER</w:t>
                            </w:r>
                          </w:p>
                          <w:p w14:paraId="0E23848D"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If you answered “unsure” to any of the above questions</w:t>
                            </w:r>
                          </w:p>
                          <w:p w14:paraId="03A0D1EB"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You may want to come back and continue brainstorming after you’ve completed the remaining sections. Completing later sections may help you remember examples pertaining to this one.</w:t>
                            </w:r>
                          </w:p>
                          <w:p w14:paraId="4BA1DCCB"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not meant to be linear</w:t>
                            </w:r>
                          </w:p>
                          <w:p w14:paraId="1BA028F9" w14:textId="383396F7"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You can move freely between criteria and document different aspects of your experiences as you think of them. Many life experiences will span multiple criteria and will pertain to more than one section of this </w:t>
                            </w:r>
                            <w:r w:rsidR="002E5F9C" w:rsidRPr="002E5F9C">
                              <w:rPr>
                                <w:rFonts w:ascii="Arial" w:hAnsi="Arial" w:cs="Arial"/>
                                <w:sz w:val="20"/>
                              </w:rPr>
                              <w:t>guide</w:t>
                            </w:r>
                            <w:r w:rsidRPr="008C35FE">
                              <w:rPr>
                                <w:rFonts w:ascii="Arial" w:hAnsi="Arial" w:cs="Arial"/>
                                <w:sz w:val="20"/>
                              </w:rPr>
                              <w:t xml:space="preserve">. </w:t>
                            </w:r>
                          </w:p>
                          <w:p w14:paraId="6A508809"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also not meant to be completed in one sitting</w:t>
                            </w:r>
                          </w:p>
                          <w:p w14:paraId="2E7FA839"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Thinking about and remembering decades of your life is not an easy task. It also takes time. Take as many breaks as you need. Even if those breaks span days or even weeks. </w:t>
                            </w:r>
                          </w:p>
                          <w:p w14:paraId="72655C35" w14:textId="77777777" w:rsidR="009C476A" w:rsidRPr="008C35FE" w:rsidRDefault="009C476A" w:rsidP="009C476A">
                            <w:pPr>
                              <w:spacing w:after="180"/>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D0B4902" id="_x0000_s1059" type="#_x0000_t202" style="width:492.5pt;height:6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" fillcolor="#f7f5f9" stroked="f" strokeweight=".5pt">
                <v:textbox>
                  <w:txbxContent>
                    <w:p w14:paraId="388F2E08" w14:textId="77777777" w:rsidR="009C476A" w:rsidRPr="00FC49DD" w:rsidRDefault="009C476A" w:rsidP="009C476A">
                      <w:pPr>
                        <w:spacing w:after="180"/>
                        <w:ind w:left="180" w:right="190"/>
                        <w:rPr>
                          <w:rFonts w:ascii="Arial" w:hAnsi="Arial" w:cs="Arial"/>
                          <w:sz w:val="22"/>
                          <w:szCs w:val="24"/>
                        </w:rPr>
                      </w:pPr>
                      <w:r w:rsidRPr="00FC49DD">
                        <w:rPr>
                          <w:rFonts w:ascii="Arial" w:hAnsi="Arial" w:cs="Arial"/>
                          <w:sz w:val="22"/>
                          <w:szCs w:val="24"/>
                        </w:rPr>
                        <w:t xml:space="preserve">Complete </w:t>
                      </w:r>
                      <w:r>
                        <w:rPr>
                          <w:rFonts w:ascii="Arial" w:hAnsi="Arial" w:cs="Arial"/>
                          <w:sz w:val="22"/>
                          <w:szCs w:val="24"/>
                        </w:rPr>
                        <w:t xml:space="preserve">this section </w:t>
                      </w:r>
                      <w:r w:rsidRPr="00FC49DD">
                        <w:rPr>
                          <w:rFonts w:ascii="Arial" w:hAnsi="Arial" w:cs="Arial"/>
                          <w:sz w:val="22"/>
                          <w:szCs w:val="24"/>
                        </w:rPr>
                        <w:t>after documenting your childhood and adult experiences</w:t>
                      </w:r>
                      <w:r>
                        <w:rPr>
                          <w:rFonts w:ascii="Arial" w:hAnsi="Arial" w:cs="Arial"/>
                          <w:sz w:val="22"/>
                          <w:szCs w:val="24"/>
                        </w:rPr>
                        <w:t xml:space="preserve"> as exhaustively as possible</w:t>
                      </w:r>
                      <w:r w:rsidRPr="00FC49DD">
                        <w:rPr>
                          <w:rFonts w:ascii="Arial" w:hAnsi="Arial" w:cs="Arial"/>
                          <w:sz w:val="22"/>
                          <w:szCs w:val="24"/>
                        </w:rPr>
                        <w:t>.</w:t>
                      </w:r>
                      <w:r>
                        <w:rPr>
                          <w:rFonts w:ascii="Arial" w:hAnsi="Arial" w:cs="Arial"/>
                          <w:sz w:val="22"/>
                          <w:szCs w:val="24"/>
                        </w:rPr>
                        <w:t xml:space="preserve"> </w:t>
                      </w:r>
                    </w:p>
                    <w:p w14:paraId="67E5B21C" w14:textId="303BC3FD" w:rsidR="009C476A" w:rsidRPr="00F33BC1" w:rsidRDefault="009C476A" w:rsidP="00F33BC1">
                      <w:pPr>
                        <w:pStyle w:val="ListParagraph"/>
                        <w:numPr>
                          <w:ilvl w:val="0"/>
                          <w:numId w:val="35"/>
                        </w:numPr>
                        <w:spacing w:after="180"/>
                        <w:ind w:right="190"/>
                        <w:rPr>
                          <w:rFonts w:ascii="Arial" w:hAnsi="Arial" w:cs="Arial"/>
                          <w:b/>
                          <w:bCs/>
                          <w:sz w:val="22"/>
                          <w:szCs w:val="24"/>
                        </w:rPr>
                      </w:pPr>
                      <w:r w:rsidRPr="00F33BC1">
                        <w:rPr>
                          <w:rFonts w:ascii="Arial" w:hAnsi="Arial" w:cs="Arial"/>
                          <w:b/>
                          <w:bCs/>
                          <w:sz w:val="22"/>
                          <w:szCs w:val="24"/>
                        </w:rPr>
                        <w:t xml:space="preserve">Were you able to remember a substantial number of examples of this criterion showing up during your childhood? </w:t>
                      </w:r>
                      <w:r w:rsidRPr="00F33BC1">
                        <w:rPr>
                          <w:rFonts w:ascii="Arial" w:hAnsi="Arial" w:cs="Arial"/>
                          <w:sz w:val="22"/>
                          <w:szCs w:val="24"/>
                        </w:rPr>
                        <w:t xml:space="preserve">This includes observable, masked / internalized, and accommodated examples. For </w:t>
                      </w:r>
                      <w:proofErr w:type="gramStart"/>
                      <w:r w:rsidRPr="00F33BC1">
                        <w:rPr>
                          <w:rFonts w:ascii="Arial" w:hAnsi="Arial" w:cs="Arial"/>
                          <w:sz w:val="22"/>
                          <w:szCs w:val="24"/>
                        </w:rPr>
                        <w:t>accommodated</w:t>
                      </w:r>
                      <w:proofErr w:type="gramEnd"/>
                      <w:r w:rsidRPr="00F33BC1">
                        <w:rPr>
                          <w:rFonts w:ascii="Arial" w:hAnsi="Arial" w:cs="Arial"/>
                          <w:sz w:val="22"/>
                          <w:szCs w:val="24"/>
                        </w:rPr>
                        <w:t>, think about what your experiences in those circumstances would have been like if those accommodations were removed.</w:t>
                      </w:r>
                    </w:p>
                    <w:p w14:paraId="71EEC7C4"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7072A41C" w14:textId="77777777" w:rsidR="009C476A" w:rsidRPr="001A36B5" w:rsidRDefault="009C476A" w:rsidP="00F33BC1">
                      <w:pPr>
                        <w:pStyle w:val="ListParagraph"/>
                        <w:numPr>
                          <w:ilvl w:val="0"/>
                          <w:numId w:val="35"/>
                        </w:numPr>
                        <w:spacing w:after="180"/>
                        <w:ind w:right="190"/>
                        <w:rPr>
                          <w:rFonts w:ascii="Arial" w:hAnsi="Arial" w:cs="Arial"/>
                          <w:b/>
                          <w:bCs/>
                          <w:sz w:val="22"/>
                          <w:szCs w:val="24"/>
                        </w:rPr>
                      </w:pPr>
                      <w:r w:rsidRPr="001A36B5">
                        <w:rPr>
                          <w:rFonts w:ascii="Arial" w:hAnsi="Arial" w:cs="Arial"/>
                          <w:b/>
                          <w:bCs/>
                          <w:sz w:val="22"/>
                          <w:szCs w:val="24"/>
                        </w:rPr>
                        <w:t xml:space="preserve">Were you able to think of a substantial number of examples of this criterion showing up for you throughout your life? </w:t>
                      </w:r>
                      <w:r>
                        <w:rPr>
                          <w:rFonts w:ascii="Arial" w:hAnsi="Arial" w:cs="Arial"/>
                          <w:sz w:val="22"/>
                          <w:szCs w:val="24"/>
                        </w:rPr>
                        <w:t xml:space="preserve">Including </w:t>
                      </w:r>
                      <w:r w:rsidRPr="001A36B5">
                        <w:rPr>
                          <w:rFonts w:ascii="Arial" w:hAnsi="Arial" w:cs="Arial"/>
                          <w:sz w:val="22"/>
                          <w:szCs w:val="24"/>
                        </w:rPr>
                        <w:t>observable, masked/internalized, and accommodated</w:t>
                      </w:r>
                      <w:r>
                        <w:rPr>
                          <w:rFonts w:ascii="Arial" w:hAnsi="Arial" w:cs="Arial"/>
                          <w:sz w:val="22"/>
                          <w:szCs w:val="24"/>
                        </w:rPr>
                        <w:t>.</w:t>
                      </w:r>
                    </w:p>
                    <w:p w14:paraId="790EB463"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442B41A9" w14:textId="77777777" w:rsidR="009C476A" w:rsidRPr="001A36B5" w:rsidRDefault="009C476A" w:rsidP="00F33BC1">
                      <w:pPr>
                        <w:pStyle w:val="ListParagraph"/>
                        <w:numPr>
                          <w:ilvl w:val="0"/>
                          <w:numId w:val="35"/>
                        </w:numPr>
                        <w:spacing w:after="180"/>
                        <w:ind w:right="190"/>
                        <w:rPr>
                          <w:rFonts w:ascii="Arial" w:hAnsi="Arial" w:cs="Arial"/>
                          <w:b/>
                          <w:bCs/>
                          <w:sz w:val="22"/>
                          <w:szCs w:val="24"/>
                        </w:rPr>
                      </w:pPr>
                      <w:r w:rsidRPr="001A36B5">
                        <w:rPr>
                          <w:rFonts w:ascii="Arial" w:hAnsi="Arial" w:cs="Arial"/>
                          <w:b/>
                          <w:bCs/>
                          <w:sz w:val="22"/>
                          <w:szCs w:val="24"/>
                        </w:rPr>
                        <w:t>Would you say that this criterion shows up for you in ways that meaningfully interfere with your life and important life activities?</w:t>
                      </w:r>
                    </w:p>
                    <w:p w14:paraId="4A82C86F"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16503493" w14:textId="77777777" w:rsidR="009C476A" w:rsidRPr="001A36B5" w:rsidRDefault="009C476A" w:rsidP="00F33BC1">
                      <w:pPr>
                        <w:pStyle w:val="ListParagraph"/>
                        <w:numPr>
                          <w:ilvl w:val="0"/>
                          <w:numId w:val="35"/>
                        </w:numPr>
                        <w:spacing w:after="180"/>
                        <w:ind w:right="190"/>
                        <w:rPr>
                          <w:rFonts w:ascii="Arial" w:hAnsi="Arial" w:cs="Arial"/>
                          <w:b/>
                          <w:bCs/>
                          <w:sz w:val="22"/>
                          <w:szCs w:val="24"/>
                        </w:rPr>
                      </w:pPr>
                      <w:r w:rsidRPr="001A36B5">
                        <w:rPr>
                          <w:rFonts w:ascii="Arial" w:hAnsi="Arial" w:cs="Arial"/>
                          <w:b/>
                          <w:bCs/>
                          <w:sz w:val="22"/>
                          <w:szCs w:val="24"/>
                        </w:rPr>
                        <w:t>After reviewing the Intellectual Disability and Global Development Delay criteria in the DSM 5-TR, do you believe the examples you provided are most likely explained by autism and not either of the other conditions?</w:t>
                      </w:r>
                    </w:p>
                    <w:p w14:paraId="1DFDB49C" w14:textId="77777777" w:rsidR="009C476A" w:rsidRPr="005A5326" w:rsidRDefault="009C476A" w:rsidP="009C476A">
                      <w:pPr>
                        <w:spacing w:after="180"/>
                        <w:ind w:left="720" w:right="190"/>
                        <w:rPr>
                          <w:rFonts w:ascii="Arial" w:hAnsi="Arial" w:cs="Arial"/>
                          <w:sz w:val="22"/>
                          <w:szCs w:val="24"/>
                        </w:rPr>
                      </w:pPr>
                      <w:r w:rsidRPr="005A5326">
                        <w:rPr>
                          <w:rFonts w:ascii="Segoe UI Symbol" w:hAnsi="Segoe UI Symbol" w:cs="Segoe UI Symbol"/>
                          <w:sz w:val="22"/>
                          <w:szCs w:val="24"/>
                        </w:rPr>
                        <w:t>☐</w:t>
                      </w:r>
                      <w:r w:rsidRPr="005A5326">
                        <w:rPr>
                          <w:rFonts w:ascii="Arial" w:hAnsi="Arial" w:cs="Arial"/>
                          <w:sz w:val="22"/>
                          <w:szCs w:val="24"/>
                        </w:rPr>
                        <w:t xml:space="preserve"> YES    </w:t>
                      </w:r>
                      <w:r w:rsidRPr="005A5326">
                        <w:rPr>
                          <w:rFonts w:ascii="Segoe UI Symbol" w:hAnsi="Segoe UI Symbol" w:cs="Segoe UI Symbol"/>
                          <w:sz w:val="22"/>
                          <w:szCs w:val="24"/>
                        </w:rPr>
                        <w:t>☐</w:t>
                      </w:r>
                      <w:r w:rsidRPr="005A5326">
                        <w:rPr>
                          <w:rFonts w:ascii="Arial" w:hAnsi="Arial" w:cs="Arial"/>
                          <w:sz w:val="22"/>
                          <w:szCs w:val="24"/>
                        </w:rPr>
                        <w:t xml:space="preserve"> NO</w:t>
                      </w:r>
                      <w:r>
                        <w:rPr>
                          <w:rFonts w:ascii="Arial" w:hAnsi="Arial" w:cs="Arial"/>
                          <w:sz w:val="22"/>
                          <w:szCs w:val="24"/>
                        </w:rPr>
                        <w:t xml:space="preserve">     </w:t>
                      </w:r>
                      <w:r w:rsidRPr="005A5326">
                        <w:rPr>
                          <w:rFonts w:ascii="Segoe UI Symbol" w:hAnsi="Segoe UI Symbol" w:cs="Segoe UI Symbol"/>
                          <w:sz w:val="22"/>
                          <w:szCs w:val="24"/>
                        </w:rPr>
                        <w:t>☐</w:t>
                      </w:r>
                      <w:r>
                        <w:rPr>
                          <w:rFonts w:ascii="Segoe UI Symbol" w:hAnsi="Segoe UI Symbol" w:cs="Segoe UI Symbol"/>
                          <w:sz w:val="22"/>
                          <w:szCs w:val="24"/>
                        </w:rPr>
                        <w:t xml:space="preserve"> </w:t>
                      </w:r>
                      <w:r>
                        <w:rPr>
                          <w:rFonts w:ascii="Arial" w:hAnsi="Arial" w:cs="Arial"/>
                          <w:sz w:val="22"/>
                          <w:szCs w:val="24"/>
                        </w:rPr>
                        <w:t>UNSURE</w:t>
                      </w:r>
                      <w:r w:rsidRPr="005A5326">
                        <w:rPr>
                          <w:rFonts w:ascii="Arial" w:hAnsi="Arial" w:cs="Arial"/>
                          <w:sz w:val="22"/>
                          <w:szCs w:val="24"/>
                        </w:rPr>
                        <w:t xml:space="preserve">   </w:t>
                      </w:r>
                    </w:p>
                    <w:p w14:paraId="290689E8" w14:textId="77777777" w:rsidR="009C476A" w:rsidRPr="00FC49DD" w:rsidRDefault="009C476A" w:rsidP="009C476A">
                      <w:pPr>
                        <w:spacing w:after="0"/>
                        <w:ind w:left="187" w:right="187"/>
                        <w:rPr>
                          <w:rFonts w:ascii="Arial" w:hAnsi="Arial" w:cs="Arial"/>
                          <w:i/>
                          <w:iCs/>
                          <w:sz w:val="22"/>
                          <w:szCs w:val="24"/>
                        </w:rPr>
                      </w:pPr>
                      <w:r w:rsidRPr="00FC49DD">
                        <w:rPr>
                          <w:rFonts w:ascii="Arial" w:hAnsi="Arial" w:cs="Arial"/>
                          <w:i/>
                          <w:iCs/>
                          <w:sz w:val="22"/>
                          <w:szCs w:val="24"/>
                        </w:rPr>
                        <w:t xml:space="preserve">Note: You will transfer these answers to the Assessment Rubric after you complete your full </w:t>
                      </w:r>
                      <w:r>
                        <w:rPr>
                          <w:rFonts w:ascii="Arial" w:hAnsi="Arial" w:cs="Arial"/>
                          <w:i/>
                          <w:iCs/>
                          <w:sz w:val="22"/>
                          <w:szCs w:val="24"/>
                        </w:rPr>
                        <w:br/>
                      </w:r>
                      <w:r w:rsidRPr="00FC49DD">
                        <w:rPr>
                          <w:rFonts w:ascii="Arial" w:hAnsi="Arial" w:cs="Arial"/>
                          <w:i/>
                          <w:iCs/>
                          <w:sz w:val="22"/>
                          <w:szCs w:val="24"/>
                        </w:rPr>
                        <w:t xml:space="preserve">self-assessment activity. </w:t>
                      </w:r>
                    </w:p>
                    <w:p w14:paraId="7AE55CD3" w14:textId="77777777" w:rsidR="009C476A" w:rsidRDefault="009C476A" w:rsidP="009C476A">
                      <w:pPr>
                        <w:pBdr>
                          <w:bottom w:val="single" w:sz="6" w:space="1" w:color="auto"/>
                        </w:pBdr>
                        <w:spacing w:after="180"/>
                        <w:ind w:right="190"/>
                        <w:rPr>
                          <w:rFonts w:ascii="Arial" w:hAnsi="Arial" w:cs="Arial"/>
                          <w:b/>
                          <w:bCs/>
                          <w:sz w:val="22"/>
                          <w:szCs w:val="24"/>
                        </w:rPr>
                      </w:pPr>
                    </w:p>
                    <w:p w14:paraId="4C26F8CC" w14:textId="77777777" w:rsidR="009C476A" w:rsidRDefault="009C476A" w:rsidP="009C476A">
                      <w:pPr>
                        <w:spacing w:before="240" w:after="180"/>
                        <w:ind w:left="180" w:right="190"/>
                        <w:rPr>
                          <w:rFonts w:ascii="Arial" w:hAnsi="Arial" w:cs="Arial"/>
                          <w:sz w:val="22"/>
                          <w:szCs w:val="24"/>
                        </w:rPr>
                      </w:pPr>
                      <w:r>
                        <w:rPr>
                          <w:rFonts w:ascii="Arial" w:hAnsi="Arial" w:cs="Arial"/>
                          <w:sz w:val="22"/>
                          <w:szCs w:val="24"/>
                        </w:rPr>
                        <w:t>REMINDER</w:t>
                      </w:r>
                    </w:p>
                    <w:p w14:paraId="0E23848D"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If you answered “unsure” to any of the above questions</w:t>
                      </w:r>
                    </w:p>
                    <w:p w14:paraId="03A0D1EB"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You may want to come back and continue brainstorming after you’ve completed the remaining sections. Completing later sections may help you remember examples pertaining to this one.</w:t>
                      </w:r>
                    </w:p>
                    <w:p w14:paraId="4BA1DCCB"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not meant to be linear</w:t>
                      </w:r>
                    </w:p>
                    <w:p w14:paraId="1BA028F9" w14:textId="383396F7"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You can move freely between criteria and document different aspects of your experiences as you think of them. Many life experiences will span multiple criteria and will pertain to more than one section of this </w:t>
                      </w:r>
                      <w:r w:rsidR="002E5F9C" w:rsidRPr="002E5F9C">
                        <w:rPr>
                          <w:rFonts w:ascii="Arial" w:hAnsi="Arial" w:cs="Arial"/>
                          <w:sz w:val="20"/>
                        </w:rPr>
                        <w:t>guide</w:t>
                      </w:r>
                      <w:r w:rsidRPr="008C35FE">
                        <w:rPr>
                          <w:rFonts w:ascii="Arial" w:hAnsi="Arial" w:cs="Arial"/>
                          <w:sz w:val="20"/>
                        </w:rPr>
                        <w:t xml:space="preserve">. </w:t>
                      </w:r>
                    </w:p>
                    <w:p w14:paraId="6A508809" w14:textId="77777777" w:rsidR="009C476A" w:rsidRPr="008C35FE" w:rsidRDefault="009C476A" w:rsidP="009C476A">
                      <w:pPr>
                        <w:spacing w:after="180"/>
                        <w:ind w:left="180" w:right="190"/>
                        <w:rPr>
                          <w:rFonts w:ascii="Arial" w:hAnsi="Arial" w:cs="Arial"/>
                          <w:b/>
                          <w:bCs/>
                          <w:sz w:val="20"/>
                        </w:rPr>
                      </w:pPr>
                      <w:r w:rsidRPr="008C35FE">
                        <w:rPr>
                          <w:rFonts w:ascii="Arial" w:hAnsi="Arial" w:cs="Arial"/>
                          <w:b/>
                          <w:bCs/>
                          <w:sz w:val="20"/>
                        </w:rPr>
                        <w:t>This process is also not meant to be completed in one sitting</w:t>
                      </w:r>
                    </w:p>
                    <w:p w14:paraId="2E7FA839" w14:textId="77777777" w:rsidR="009C476A" w:rsidRPr="008C35FE" w:rsidRDefault="009C476A" w:rsidP="009C476A">
                      <w:pPr>
                        <w:spacing w:after="180"/>
                        <w:ind w:left="180" w:right="190"/>
                        <w:rPr>
                          <w:rFonts w:ascii="Arial" w:hAnsi="Arial" w:cs="Arial"/>
                          <w:sz w:val="20"/>
                        </w:rPr>
                      </w:pPr>
                      <w:r w:rsidRPr="008C35FE">
                        <w:rPr>
                          <w:rFonts w:ascii="Arial" w:hAnsi="Arial" w:cs="Arial"/>
                          <w:sz w:val="20"/>
                        </w:rPr>
                        <w:t xml:space="preserve">Thinking about and remembering decades of your life is not an easy task. It also takes time. Take as many breaks as you need. Even if those breaks span days or even weeks. </w:t>
                      </w:r>
                    </w:p>
                    <w:p w14:paraId="72655C35" w14:textId="77777777" w:rsidR="009C476A" w:rsidRPr="008C35FE" w:rsidRDefault="009C476A" w:rsidP="009C476A">
                      <w:pPr>
                        <w:spacing w:after="180"/>
                        <w:rPr>
                          <w:sz w:val="20"/>
                          <w:szCs w:val="20"/>
                        </w:rPr>
                      </w:pPr>
                    </w:p>
                  </w:txbxContent>
                </v:textbox>
                <w10:anchorlock/>
              </v:shape>
            </w:pict>
          </mc:Fallback>
        </mc:AlternateContent>
      </w:r>
    </w:p>
    <w:p w14:paraId="1E1CD45A" w14:textId="77777777" w:rsidR="00243AFB" w:rsidRDefault="009C476A" w:rsidP="00243AFB">
      <w:pPr>
        <w:rPr>
          <w:rFonts w:ascii="Arial" w:hAnsi="Arial" w:cs="Arial"/>
          <w:b/>
          <w:color w:val="9BBB59" w:themeColor="accent3"/>
          <w:sz w:val="24"/>
          <w:szCs w:val="28"/>
        </w:rPr>
      </w:pPr>
      <w:r>
        <w:rPr>
          <w:rFonts w:ascii="Arial" w:hAnsi="Arial" w:cs="Arial"/>
          <w:b/>
          <w:bCs/>
          <w:color w:val="8064A2" w:themeColor="accent4"/>
          <w:sz w:val="22"/>
          <w:szCs w:val="24"/>
        </w:rPr>
        <w:br w:type="page"/>
      </w:r>
      <w:r w:rsidR="00243AFB">
        <w:rPr>
          <w:rFonts w:ascii="Arial" w:hAnsi="Arial" w:cs="Arial"/>
          <w:b/>
          <w:color w:val="9BBB59" w:themeColor="accent3"/>
          <w:sz w:val="24"/>
          <w:szCs w:val="28"/>
        </w:rPr>
        <w:lastRenderedPageBreak/>
        <w:t>STEP 4</w:t>
      </w:r>
    </w:p>
    <w:p w14:paraId="63BFE101" w14:textId="530B32AC" w:rsidR="00B04C6F" w:rsidRPr="00F33BC1" w:rsidRDefault="004533EB" w:rsidP="00F33BC1">
      <w:pPr>
        <w:pStyle w:val="Heading2"/>
        <w:spacing w:before="0" w:after="240"/>
        <w:rPr>
          <w:rFonts w:ascii="Arial" w:hAnsi="Arial" w:cs="Arial"/>
          <w:color w:val="8064A2" w:themeColor="accent4"/>
          <w:sz w:val="22"/>
          <w:szCs w:val="24"/>
        </w:rPr>
      </w:pPr>
      <w:r>
        <w:rPr>
          <w:rFonts w:ascii="Arial" w:hAnsi="Arial" w:cs="Arial"/>
          <w:color w:val="31849B" w:themeColor="accent5" w:themeShade="BF"/>
          <w:sz w:val="36"/>
          <w:szCs w:val="36"/>
        </w:rPr>
        <w:t>YOUR SELF-ASSESSMENT</w:t>
      </w:r>
    </w:p>
    <w:p w14:paraId="3B77482C" w14:textId="7ACEE516" w:rsidR="00CE128F" w:rsidRPr="00CE128F" w:rsidRDefault="00220A50" w:rsidP="00CE128F">
      <w:pPr>
        <w:pStyle w:val="Heading3"/>
        <w:shd w:val="clear" w:color="auto" w:fill="E8F4F8"/>
        <w:spacing w:before="0" w:after="240" w:line="288" w:lineRule="auto"/>
        <w:rPr>
          <w:rFonts w:ascii="Arial" w:hAnsi="Arial" w:cs="Arial"/>
          <w:color w:val="8064A2" w:themeColor="accent4"/>
          <w:sz w:val="24"/>
          <w:szCs w:val="28"/>
        </w:rPr>
      </w:pPr>
      <w:r>
        <w:rPr>
          <w:rFonts w:ascii="Arial" w:hAnsi="Arial" w:cs="Arial"/>
          <w:color w:val="8064A2" w:themeColor="accent4"/>
          <w:sz w:val="24"/>
          <w:szCs w:val="28"/>
        </w:rPr>
        <w:t>The</w:t>
      </w:r>
      <w:r w:rsidR="00CE128F">
        <w:rPr>
          <w:rFonts w:ascii="Arial" w:hAnsi="Arial" w:cs="Arial"/>
          <w:color w:val="8064A2" w:themeColor="accent4"/>
          <w:sz w:val="24"/>
          <w:szCs w:val="28"/>
        </w:rPr>
        <w:t xml:space="preserve"> final step—Pulling it all together</w:t>
      </w:r>
    </w:p>
    <w:p w14:paraId="374081D7" w14:textId="74F73637" w:rsidR="004533EB" w:rsidRDefault="004533EB" w:rsidP="004533EB">
      <w:pPr>
        <w:spacing w:after="240" w:line="360" w:lineRule="auto"/>
        <w:rPr>
          <w:rFonts w:ascii="Arial" w:hAnsi="Arial" w:cs="Arial"/>
          <w:sz w:val="24"/>
          <w:szCs w:val="24"/>
        </w:rPr>
      </w:pPr>
      <w:r>
        <w:rPr>
          <w:rFonts w:ascii="Arial" w:hAnsi="Arial" w:cs="Arial"/>
          <w:sz w:val="24"/>
          <w:szCs w:val="24"/>
        </w:rPr>
        <w:t xml:space="preserve">In this step, you will pull together </w:t>
      </w:r>
      <w:proofErr w:type="gramStart"/>
      <w:r>
        <w:rPr>
          <w:rFonts w:ascii="Arial" w:hAnsi="Arial" w:cs="Arial"/>
          <w:sz w:val="24"/>
          <w:szCs w:val="24"/>
        </w:rPr>
        <w:t>all of</w:t>
      </w:r>
      <w:proofErr w:type="gramEnd"/>
      <w:r>
        <w:rPr>
          <w:rFonts w:ascii="Arial" w:hAnsi="Arial" w:cs="Arial"/>
          <w:sz w:val="24"/>
          <w:szCs w:val="24"/>
        </w:rPr>
        <w:t xml:space="preserve"> the individual assessment pieces you worked in throughout this </w:t>
      </w:r>
      <w:r w:rsidR="002E5F9C" w:rsidRPr="002E5F9C">
        <w:rPr>
          <w:rFonts w:ascii="Arial" w:hAnsi="Arial" w:cs="Arial"/>
          <w:sz w:val="24"/>
          <w:szCs w:val="24"/>
        </w:rPr>
        <w:t xml:space="preserve">guide </w:t>
      </w:r>
      <w:r>
        <w:rPr>
          <w:rFonts w:ascii="Arial" w:hAnsi="Arial" w:cs="Arial"/>
          <w:sz w:val="24"/>
          <w:szCs w:val="24"/>
        </w:rPr>
        <w:t>and determine if you feel your assessment results indicate that you are autistic.</w:t>
      </w:r>
    </w:p>
    <w:p w14:paraId="639AD8F4" w14:textId="5B452FD2" w:rsidR="004533EB" w:rsidRDefault="004533EB" w:rsidP="004533EB">
      <w:pPr>
        <w:spacing w:after="240" w:line="360" w:lineRule="auto"/>
        <w:rPr>
          <w:rFonts w:ascii="Arial" w:hAnsi="Arial" w:cs="Arial"/>
          <w:sz w:val="24"/>
          <w:szCs w:val="24"/>
        </w:rPr>
      </w:pPr>
      <w:r>
        <w:rPr>
          <w:rFonts w:ascii="Arial" w:hAnsi="Arial" w:cs="Arial"/>
          <w:sz w:val="24"/>
          <w:szCs w:val="24"/>
        </w:rPr>
        <w:t xml:space="preserve">The </w:t>
      </w:r>
      <w:proofErr w:type="gramStart"/>
      <w:r>
        <w:rPr>
          <w:rFonts w:ascii="Arial" w:hAnsi="Arial" w:cs="Arial"/>
          <w:sz w:val="24"/>
          <w:szCs w:val="24"/>
        </w:rPr>
        <w:t>below matrix</w:t>
      </w:r>
      <w:proofErr w:type="gramEnd"/>
      <w:r>
        <w:rPr>
          <w:rFonts w:ascii="Arial" w:hAnsi="Arial" w:cs="Arial"/>
          <w:sz w:val="24"/>
          <w:szCs w:val="24"/>
        </w:rPr>
        <w:t xml:space="preserve"> will help you do this</w:t>
      </w:r>
      <w:r w:rsidR="00CE128F">
        <w:rPr>
          <w:rFonts w:ascii="Arial" w:hAnsi="Arial" w:cs="Arial"/>
          <w:sz w:val="24"/>
          <w:szCs w:val="24"/>
        </w:rPr>
        <w:t>. Beneath the matrix you will find instructions for how to complete the matrix.</w:t>
      </w:r>
    </w:p>
    <w:p w14:paraId="52B6B41A" w14:textId="77777777" w:rsidR="00342E7F" w:rsidRPr="00342E7F" w:rsidRDefault="00342E7F" w:rsidP="00342E7F">
      <w:pPr>
        <w:pStyle w:val="Heading3"/>
        <w:shd w:val="clear" w:color="auto" w:fill="E8F4F8"/>
        <w:spacing w:before="0" w:after="240" w:line="288" w:lineRule="auto"/>
        <w:rPr>
          <w:rFonts w:ascii="Arial" w:hAnsi="Arial" w:cs="Arial"/>
          <w:color w:val="8064A2" w:themeColor="accent4"/>
          <w:sz w:val="24"/>
          <w:szCs w:val="28"/>
        </w:rPr>
      </w:pPr>
      <w:r w:rsidRPr="00342E7F">
        <w:rPr>
          <w:rFonts w:ascii="Arial" w:hAnsi="Arial" w:cs="Arial"/>
          <w:color w:val="8064A2" w:themeColor="accent4"/>
          <w:sz w:val="24"/>
          <w:szCs w:val="28"/>
        </w:rPr>
        <w:t>Diagnostic requirement reminder</w:t>
      </w:r>
    </w:p>
    <w:p w14:paraId="0855D74D" w14:textId="77777777" w:rsidR="000C2047" w:rsidRPr="00342E7F" w:rsidRDefault="000C2047" w:rsidP="000C2047">
      <w:pPr>
        <w:spacing w:after="240" w:line="336" w:lineRule="auto"/>
        <w:rPr>
          <w:rFonts w:ascii="Arial" w:hAnsi="Arial" w:cs="Arial"/>
          <w:b/>
          <w:bCs/>
          <w:sz w:val="24"/>
          <w:szCs w:val="24"/>
        </w:rPr>
      </w:pPr>
      <w:r w:rsidRPr="00342E7F">
        <w:rPr>
          <w:rFonts w:ascii="Arial" w:hAnsi="Arial" w:cs="Arial"/>
          <w:b/>
          <w:bCs/>
          <w:sz w:val="24"/>
          <w:szCs w:val="24"/>
        </w:rPr>
        <w:t>Formal diagnoses are provided when the following requirements are met:</w:t>
      </w:r>
    </w:p>
    <w:p w14:paraId="60314A83" w14:textId="77777777" w:rsidR="000C2047" w:rsidRPr="00342E7F" w:rsidRDefault="000C2047" w:rsidP="000C2047">
      <w:pPr>
        <w:spacing w:after="240" w:line="336" w:lineRule="auto"/>
        <w:rPr>
          <w:rFonts w:ascii="Arial" w:hAnsi="Arial" w:cs="Arial"/>
          <w:sz w:val="24"/>
          <w:szCs w:val="24"/>
        </w:rPr>
      </w:pPr>
      <w:r w:rsidRPr="00342E7F">
        <w:rPr>
          <w:rFonts w:ascii="Arial" w:hAnsi="Arial" w:cs="Arial"/>
          <w:sz w:val="24"/>
          <w:szCs w:val="24"/>
        </w:rPr>
        <w:t>All three criteria from Section A must be met, and at least two of the four criteria from Section B must be met.</w:t>
      </w:r>
    </w:p>
    <w:p w14:paraId="5E045D81" w14:textId="77777777" w:rsidR="000C2047" w:rsidRPr="00342E7F" w:rsidRDefault="000C2047" w:rsidP="000C2047">
      <w:pPr>
        <w:spacing w:line="336" w:lineRule="auto"/>
        <w:rPr>
          <w:rFonts w:ascii="Arial" w:hAnsi="Arial" w:cs="Arial"/>
          <w:sz w:val="24"/>
          <w:szCs w:val="24"/>
        </w:rPr>
      </w:pPr>
      <w:r w:rsidRPr="00342E7F">
        <w:rPr>
          <w:rFonts w:ascii="Arial" w:hAnsi="Arial" w:cs="Arial"/>
          <w:sz w:val="24"/>
          <w:szCs w:val="24"/>
        </w:rPr>
        <w:t>As a reminder, the three criteria from Section A are:</w:t>
      </w:r>
    </w:p>
    <w:p w14:paraId="6883F680" w14:textId="77777777" w:rsidR="000C2047" w:rsidRPr="00342E7F" w:rsidRDefault="000C2047" w:rsidP="000C2047">
      <w:pPr>
        <w:numPr>
          <w:ilvl w:val="0"/>
          <w:numId w:val="28"/>
        </w:numPr>
        <w:spacing w:line="336" w:lineRule="auto"/>
        <w:rPr>
          <w:rFonts w:ascii="Arial" w:hAnsi="Arial" w:cs="Arial"/>
          <w:sz w:val="24"/>
          <w:szCs w:val="24"/>
        </w:rPr>
      </w:pPr>
      <w:r w:rsidRPr="00342E7F">
        <w:rPr>
          <w:rFonts w:ascii="Arial" w:hAnsi="Arial" w:cs="Arial"/>
          <w:sz w:val="24"/>
          <w:szCs w:val="24"/>
        </w:rPr>
        <w:t>A1: Social-emotional reciprocity</w:t>
      </w:r>
    </w:p>
    <w:p w14:paraId="29948822" w14:textId="77777777" w:rsidR="000C2047" w:rsidRPr="00342E7F" w:rsidRDefault="000C2047" w:rsidP="000C2047">
      <w:pPr>
        <w:numPr>
          <w:ilvl w:val="0"/>
          <w:numId w:val="28"/>
        </w:numPr>
        <w:spacing w:line="336" w:lineRule="auto"/>
        <w:rPr>
          <w:rFonts w:ascii="Arial" w:hAnsi="Arial" w:cs="Arial"/>
          <w:sz w:val="24"/>
          <w:szCs w:val="24"/>
        </w:rPr>
      </w:pPr>
      <w:r w:rsidRPr="00342E7F">
        <w:rPr>
          <w:rFonts w:ascii="Arial" w:hAnsi="Arial" w:cs="Arial"/>
          <w:sz w:val="24"/>
          <w:szCs w:val="24"/>
        </w:rPr>
        <w:t>A2: Nonverbal communication</w:t>
      </w:r>
    </w:p>
    <w:p w14:paraId="42374EF4" w14:textId="77777777" w:rsidR="000C2047" w:rsidRPr="00342E7F" w:rsidRDefault="000C2047" w:rsidP="000C2047">
      <w:pPr>
        <w:numPr>
          <w:ilvl w:val="0"/>
          <w:numId w:val="28"/>
        </w:numPr>
        <w:spacing w:after="240" w:line="336" w:lineRule="auto"/>
        <w:rPr>
          <w:rFonts w:ascii="Arial" w:hAnsi="Arial" w:cs="Arial"/>
          <w:sz w:val="24"/>
          <w:szCs w:val="24"/>
        </w:rPr>
      </w:pPr>
      <w:r w:rsidRPr="00342E7F">
        <w:rPr>
          <w:rFonts w:ascii="Arial" w:hAnsi="Arial" w:cs="Arial"/>
          <w:sz w:val="24"/>
          <w:szCs w:val="24"/>
        </w:rPr>
        <w:t>A3: Developing, maintaining, and understanding relationships</w:t>
      </w:r>
    </w:p>
    <w:p w14:paraId="5EDCAEDF" w14:textId="77777777" w:rsidR="000C2047" w:rsidRPr="00342E7F" w:rsidRDefault="000C2047" w:rsidP="000C2047">
      <w:pPr>
        <w:spacing w:line="336" w:lineRule="auto"/>
        <w:rPr>
          <w:rFonts w:ascii="Arial" w:hAnsi="Arial" w:cs="Arial"/>
          <w:sz w:val="24"/>
          <w:szCs w:val="24"/>
        </w:rPr>
      </w:pPr>
      <w:r w:rsidRPr="00342E7F">
        <w:rPr>
          <w:rFonts w:ascii="Arial" w:hAnsi="Arial" w:cs="Arial"/>
          <w:sz w:val="24"/>
          <w:szCs w:val="24"/>
        </w:rPr>
        <w:t>And the four criteria from Section B are:</w:t>
      </w:r>
    </w:p>
    <w:p w14:paraId="532D7EBF" w14:textId="77777777" w:rsidR="000C2047" w:rsidRPr="00342E7F" w:rsidRDefault="000C2047" w:rsidP="000C2047">
      <w:pPr>
        <w:numPr>
          <w:ilvl w:val="0"/>
          <w:numId w:val="29"/>
        </w:numPr>
        <w:spacing w:line="336" w:lineRule="auto"/>
        <w:rPr>
          <w:rFonts w:ascii="Arial" w:hAnsi="Arial" w:cs="Arial"/>
          <w:sz w:val="24"/>
          <w:szCs w:val="24"/>
        </w:rPr>
      </w:pPr>
      <w:r w:rsidRPr="00342E7F">
        <w:rPr>
          <w:rFonts w:ascii="Arial" w:hAnsi="Arial" w:cs="Arial"/>
          <w:sz w:val="24"/>
          <w:szCs w:val="24"/>
        </w:rPr>
        <w:t>B1: Repetitive movements, use of objects, or speech</w:t>
      </w:r>
    </w:p>
    <w:p w14:paraId="13644825" w14:textId="77777777" w:rsidR="000C2047" w:rsidRPr="00342E7F" w:rsidRDefault="000C2047" w:rsidP="000C2047">
      <w:pPr>
        <w:numPr>
          <w:ilvl w:val="0"/>
          <w:numId w:val="29"/>
        </w:numPr>
        <w:spacing w:line="336" w:lineRule="auto"/>
        <w:rPr>
          <w:rFonts w:ascii="Arial" w:hAnsi="Arial" w:cs="Arial"/>
          <w:sz w:val="24"/>
          <w:szCs w:val="24"/>
        </w:rPr>
      </w:pPr>
      <w:r w:rsidRPr="00342E7F">
        <w:rPr>
          <w:rFonts w:ascii="Arial" w:hAnsi="Arial" w:cs="Arial"/>
          <w:sz w:val="24"/>
          <w:szCs w:val="24"/>
        </w:rPr>
        <w:t>B2: Insistence on sameness, routines, and ritualized patterns</w:t>
      </w:r>
    </w:p>
    <w:p w14:paraId="0930765B" w14:textId="77777777" w:rsidR="000C2047" w:rsidRPr="00342E7F" w:rsidRDefault="000C2047" w:rsidP="000C2047">
      <w:pPr>
        <w:numPr>
          <w:ilvl w:val="0"/>
          <w:numId w:val="29"/>
        </w:numPr>
        <w:spacing w:line="336" w:lineRule="auto"/>
        <w:rPr>
          <w:rFonts w:ascii="Arial" w:hAnsi="Arial" w:cs="Arial"/>
          <w:sz w:val="24"/>
          <w:szCs w:val="24"/>
        </w:rPr>
      </w:pPr>
      <w:r w:rsidRPr="00342E7F">
        <w:rPr>
          <w:rFonts w:ascii="Arial" w:hAnsi="Arial" w:cs="Arial"/>
          <w:sz w:val="24"/>
          <w:szCs w:val="24"/>
        </w:rPr>
        <w:t>B3: Highly restricted or fixated interests</w:t>
      </w:r>
    </w:p>
    <w:p w14:paraId="23393C67" w14:textId="77777777" w:rsidR="000C2047" w:rsidRPr="00342E7F" w:rsidRDefault="000C2047" w:rsidP="000C2047">
      <w:pPr>
        <w:numPr>
          <w:ilvl w:val="0"/>
          <w:numId w:val="29"/>
        </w:numPr>
        <w:spacing w:after="240" w:line="336" w:lineRule="auto"/>
        <w:rPr>
          <w:rFonts w:ascii="Arial" w:hAnsi="Arial" w:cs="Arial"/>
          <w:sz w:val="24"/>
          <w:szCs w:val="24"/>
        </w:rPr>
      </w:pPr>
      <w:r w:rsidRPr="00342E7F">
        <w:rPr>
          <w:rFonts w:ascii="Arial" w:hAnsi="Arial" w:cs="Arial"/>
          <w:sz w:val="24"/>
          <w:szCs w:val="24"/>
        </w:rPr>
        <w:t>B4: Sensory differences</w:t>
      </w:r>
    </w:p>
    <w:p w14:paraId="65CF0FDC" w14:textId="77777777" w:rsidR="000C2047" w:rsidRPr="00342E7F" w:rsidRDefault="000C2047" w:rsidP="000C2047">
      <w:pPr>
        <w:spacing w:after="240" w:line="336" w:lineRule="auto"/>
        <w:rPr>
          <w:rFonts w:ascii="Arial" w:hAnsi="Arial" w:cs="Arial"/>
          <w:sz w:val="24"/>
          <w:szCs w:val="24"/>
        </w:rPr>
      </w:pPr>
      <w:r w:rsidRPr="00342E7F">
        <w:rPr>
          <w:rFonts w:ascii="Arial" w:hAnsi="Arial" w:cs="Arial"/>
          <w:sz w:val="24"/>
          <w:szCs w:val="24"/>
        </w:rPr>
        <w:t>This means that all 3 of the first 3 boxes in column 5 of your matrix must be checked, and at least 2 of the 4 remaining boxes must be checked.</w:t>
      </w:r>
    </w:p>
    <w:p w14:paraId="3DC7374F" w14:textId="77777777" w:rsidR="000C2047" w:rsidRDefault="000C2047" w:rsidP="004533EB">
      <w:pPr>
        <w:spacing w:after="240" w:line="360" w:lineRule="auto"/>
        <w:rPr>
          <w:rFonts w:ascii="Arial" w:hAnsi="Arial" w:cs="Arial"/>
          <w:sz w:val="24"/>
          <w:szCs w:val="24"/>
        </w:rPr>
      </w:pPr>
    </w:p>
    <w:p w14:paraId="6889FDFD" w14:textId="47242276" w:rsidR="004533EB" w:rsidRPr="004533EB" w:rsidRDefault="004533EB" w:rsidP="004533EB">
      <w:pPr>
        <w:pStyle w:val="Heading3"/>
        <w:shd w:val="clear" w:color="auto" w:fill="E8F4F8"/>
        <w:spacing w:before="0" w:after="240" w:line="288" w:lineRule="auto"/>
        <w:rPr>
          <w:rFonts w:ascii="Arial" w:hAnsi="Arial" w:cs="Arial"/>
          <w:color w:val="8064A2" w:themeColor="accent4"/>
          <w:sz w:val="24"/>
          <w:szCs w:val="28"/>
        </w:rPr>
      </w:pPr>
      <w:r w:rsidRPr="004533EB">
        <w:rPr>
          <w:rFonts w:ascii="Arial" w:hAnsi="Arial" w:cs="Arial"/>
          <w:color w:val="8064A2" w:themeColor="accent4"/>
          <w:sz w:val="24"/>
          <w:szCs w:val="28"/>
        </w:rPr>
        <w:lastRenderedPageBreak/>
        <w:t>ASSESSMENT MATRIX</w:t>
      </w:r>
    </w:p>
    <w:p w14:paraId="346BD00D" w14:textId="7EEC52E2" w:rsidR="004533EB" w:rsidRPr="004533EB" w:rsidRDefault="004533EB" w:rsidP="004533EB">
      <w:pPr>
        <w:rPr>
          <w:rFonts w:ascii="Arial" w:hAnsi="Arial" w:cs="Arial"/>
          <w:b/>
          <w:bCs/>
          <w:sz w:val="24"/>
          <w:szCs w:val="28"/>
        </w:rPr>
      </w:pPr>
      <w:r w:rsidRPr="004533EB">
        <w:rPr>
          <w:rFonts w:ascii="Arial" w:hAnsi="Arial" w:cs="Arial"/>
          <w:b/>
          <w:bCs/>
          <w:sz w:val="24"/>
          <w:szCs w:val="28"/>
        </w:rPr>
        <w:t>For each column, place a checkmark in the boxes where your answer is YES.</w:t>
      </w:r>
    </w:p>
    <w:tbl>
      <w:tblPr>
        <w:tblW w:w="10260" w:type="dxa"/>
        <w:tblCellSpacing w:w="15" w:type="dxa"/>
        <w:tblCellMar>
          <w:top w:w="15" w:type="dxa"/>
          <w:left w:w="15" w:type="dxa"/>
          <w:bottom w:w="15" w:type="dxa"/>
          <w:right w:w="15" w:type="dxa"/>
        </w:tblCellMar>
        <w:tblLook w:val="04A0" w:firstRow="1" w:lastRow="0" w:firstColumn="1" w:lastColumn="0" w:noHBand="0" w:noVBand="1"/>
      </w:tblPr>
      <w:tblGrid>
        <w:gridCol w:w="2504"/>
        <w:gridCol w:w="1280"/>
        <w:gridCol w:w="1706"/>
        <w:gridCol w:w="1530"/>
        <w:gridCol w:w="1620"/>
        <w:gridCol w:w="1620"/>
      </w:tblGrid>
      <w:tr w:rsidR="004533EB" w:rsidRPr="004533EB" w14:paraId="02E38DAE" w14:textId="77777777" w:rsidTr="00F33BC1">
        <w:trPr>
          <w:tblCellSpacing w:w="15" w:type="dxa"/>
        </w:trPr>
        <w:tc>
          <w:tcPr>
            <w:tcW w:w="0" w:type="auto"/>
            <w:shd w:val="clear" w:color="auto" w:fill="F0F7FA"/>
            <w:vAlign w:val="center"/>
            <w:hideMark/>
          </w:tcPr>
          <w:p w14:paraId="27195A51" w14:textId="51341014" w:rsidR="004533EB" w:rsidRPr="004533EB" w:rsidRDefault="004533EB" w:rsidP="00916423">
            <w:pPr>
              <w:rPr>
                <w:rFonts w:ascii="Arial" w:hAnsi="Arial" w:cs="Arial"/>
                <w:b/>
                <w:bCs/>
                <w:sz w:val="22"/>
                <w:szCs w:val="24"/>
              </w:rPr>
            </w:pPr>
          </w:p>
        </w:tc>
        <w:tc>
          <w:tcPr>
            <w:tcW w:w="0" w:type="auto"/>
            <w:shd w:val="clear" w:color="auto" w:fill="F0F7FA"/>
            <w:vAlign w:val="center"/>
            <w:hideMark/>
          </w:tcPr>
          <w:p w14:paraId="12AA95DE" w14:textId="76DA877B" w:rsidR="004533EB" w:rsidRPr="004533EB" w:rsidRDefault="004533EB" w:rsidP="00CE128F">
            <w:pPr>
              <w:jc w:val="center"/>
              <w:rPr>
                <w:rFonts w:ascii="Arial" w:hAnsi="Arial" w:cs="Arial"/>
                <w:b/>
                <w:bCs/>
                <w:sz w:val="20"/>
              </w:rPr>
            </w:pPr>
            <w:r w:rsidRPr="004533EB">
              <w:rPr>
                <w:rFonts w:ascii="Arial" w:hAnsi="Arial" w:cs="Arial"/>
                <w:b/>
                <w:bCs/>
                <w:sz w:val="20"/>
              </w:rPr>
              <w:t xml:space="preserve">1. </w:t>
            </w:r>
            <w:r w:rsidR="00CC1504">
              <w:rPr>
                <w:rFonts w:ascii="Arial" w:hAnsi="Arial" w:cs="Arial"/>
                <w:b/>
                <w:bCs/>
                <w:sz w:val="20"/>
              </w:rPr>
              <w:t>P</w:t>
            </w:r>
            <w:r w:rsidRPr="004533EB">
              <w:rPr>
                <w:rFonts w:ascii="Arial" w:hAnsi="Arial" w:cs="Arial"/>
                <w:b/>
                <w:bCs/>
                <w:sz w:val="20"/>
              </w:rPr>
              <w:t>resent in childhood</w:t>
            </w:r>
          </w:p>
        </w:tc>
        <w:tc>
          <w:tcPr>
            <w:tcW w:w="1676" w:type="dxa"/>
            <w:shd w:val="clear" w:color="auto" w:fill="F0F7FA"/>
            <w:vAlign w:val="center"/>
            <w:hideMark/>
          </w:tcPr>
          <w:p w14:paraId="35442138" w14:textId="388C6EDF" w:rsidR="004533EB" w:rsidRPr="004533EB" w:rsidRDefault="004533EB" w:rsidP="00CE128F">
            <w:pPr>
              <w:jc w:val="center"/>
              <w:rPr>
                <w:rFonts w:ascii="Arial" w:hAnsi="Arial" w:cs="Arial"/>
                <w:b/>
                <w:bCs/>
                <w:sz w:val="20"/>
              </w:rPr>
            </w:pPr>
            <w:r w:rsidRPr="004533EB">
              <w:rPr>
                <w:rFonts w:ascii="Arial" w:hAnsi="Arial" w:cs="Arial"/>
                <w:b/>
                <w:bCs/>
                <w:sz w:val="20"/>
              </w:rPr>
              <w:t xml:space="preserve">2. </w:t>
            </w:r>
            <w:r w:rsidR="00CC1504">
              <w:rPr>
                <w:rFonts w:ascii="Arial" w:hAnsi="Arial" w:cs="Arial"/>
                <w:b/>
                <w:bCs/>
                <w:sz w:val="20"/>
              </w:rPr>
              <w:t xml:space="preserve">Sufficient </w:t>
            </w:r>
            <w:r>
              <w:rPr>
                <w:rFonts w:ascii="Arial" w:hAnsi="Arial" w:cs="Arial"/>
                <w:b/>
                <w:bCs/>
                <w:sz w:val="20"/>
              </w:rPr>
              <w:t>m</w:t>
            </w:r>
            <w:r w:rsidRPr="004533EB">
              <w:rPr>
                <w:rFonts w:ascii="Arial" w:hAnsi="Arial" w:cs="Arial"/>
                <w:b/>
                <w:bCs/>
                <w:sz w:val="20"/>
              </w:rPr>
              <w:t>eaningful examples</w:t>
            </w:r>
          </w:p>
        </w:tc>
        <w:tc>
          <w:tcPr>
            <w:tcW w:w="1500" w:type="dxa"/>
            <w:shd w:val="clear" w:color="auto" w:fill="F0F7FA"/>
            <w:vAlign w:val="center"/>
            <w:hideMark/>
          </w:tcPr>
          <w:p w14:paraId="11BB2455" w14:textId="7E863E25" w:rsidR="004533EB" w:rsidRPr="004533EB" w:rsidRDefault="004533EB" w:rsidP="00CE128F">
            <w:pPr>
              <w:jc w:val="center"/>
              <w:rPr>
                <w:rFonts w:ascii="Arial" w:hAnsi="Arial" w:cs="Arial"/>
                <w:b/>
                <w:bCs/>
                <w:sz w:val="20"/>
              </w:rPr>
            </w:pPr>
            <w:r w:rsidRPr="004533EB">
              <w:rPr>
                <w:rFonts w:ascii="Arial" w:hAnsi="Arial" w:cs="Arial"/>
                <w:b/>
                <w:bCs/>
                <w:sz w:val="20"/>
              </w:rPr>
              <w:t xml:space="preserve">3. </w:t>
            </w:r>
            <w:r w:rsidR="00CC1504">
              <w:rPr>
                <w:rFonts w:ascii="Arial" w:hAnsi="Arial" w:cs="Arial"/>
                <w:b/>
                <w:bCs/>
                <w:sz w:val="20"/>
              </w:rPr>
              <w:t>M</w:t>
            </w:r>
            <w:r w:rsidRPr="004533EB">
              <w:rPr>
                <w:rFonts w:ascii="Arial" w:hAnsi="Arial" w:cs="Arial"/>
                <w:b/>
                <w:bCs/>
                <w:sz w:val="20"/>
              </w:rPr>
              <w:t>eaningful impairment</w:t>
            </w:r>
          </w:p>
        </w:tc>
        <w:tc>
          <w:tcPr>
            <w:tcW w:w="1590" w:type="dxa"/>
            <w:shd w:val="clear" w:color="auto" w:fill="F0F7FA"/>
            <w:vAlign w:val="center"/>
            <w:hideMark/>
          </w:tcPr>
          <w:p w14:paraId="536D9331" w14:textId="25B56EC8" w:rsidR="004533EB" w:rsidRPr="004533EB" w:rsidRDefault="004533EB" w:rsidP="00CE128F">
            <w:pPr>
              <w:jc w:val="center"/>
              <w:rPr>
                <w:rFonts w:ascii="Arial" w:hAnsi="Arial" w:cs="Arial"/>
                <w:b/>
                <w:bCs/>
                <w:sz w:val="20"/>
              </w:rPr>
            </w:pPr>
            <w:r w:rsidRPr="004533EB">
              <w:rPr>
                <w:rFonts w:ascii="Arial" w:hAnsi="Arial" w:cs="Arial"/>
                <w:b/>
                <w:bCs/>
                <w:sz w:val="20"/>
              </w:rPr>
              <w:t xml:space="preserve">4. </w:t>
            </w:r>
            <w:r w:rsidR="00CC1504">
              <w:rPr>
                <w:rFonts w:ascii="Arial" w:hAnsi="Arial" w:cs="Arial"/>
                <w:b/>
                <w:bCs/>
                <w:sz w:val="20"/>
              </w:rPr>
              <w:t>A</w:t>
            </w:r>
            <w:r w:rsidRPr="004533EB">
              <w:rPr>
                <w:rFonts w:ascii="Arial" w:hAnsi="Arial" w:cs="Arial"/>
                <w:b/>
                <w:bCs/>
                <w:sz w:val="20"/>
              </w:rPr>
              <w:t>utism</w:t>
            </w:r>
            <w:r w:rsidR="00CC1504">
              <w:rPr>
                <w:rFonts w:ascii="Arial" w:hAnsi="Arial" w:cs="Arial"/>
                <w:b/>
                <w:bCs/>
                <w:sz w:val="20"/>
              </w:rPr>
              <w:t xml:space="preserve"> is</w:t>
            </w:r>
            <w:r>
              <w:rPr>
                <w:rFonts w:ascii="Arial" w:hAnsi="Arial" w:cs="Arial"/>
                <w:b/>
                <w:bCs/>
                <w:sz w:val="20"/>
              </w:rPr>
              <w:t xml:space="preserve"> </w:t>
            </w:r>
            <w:r>
              <w:rPr>
                <w:rFonts w:ascii="Arial" w:hAnsi="Arial" w:cs="Arial"/>
                <w:b/>
                <w:bCs/>
                <w:sz w:val="20"/>
              </w:rPr>
              <w:br/>
              <w:t>the</w:t>
            </w:r>
            <w:r w:rsidRPr="004533EB">
              <w:rPr>
                <w:rFonts w:ascii="Arial" w:hAnsi="Arial" w:cs="Arial"/>
                <w:b/>
                <w:bCs/>
                <w:sz w:val="20"/>
              </w:rPr>
              <w:t xml:space="preserve"> most likely explanation</w:t>
            </w:r>
          </w:p>
        </w:tc>
        <w:tc>
          <w:tcPr>
            <w:tcW w:w="1575" w:type="dxa"/>
            <w:shd w:val="clear" w:color="auto" w:fill="D3E9F1"/>
            <w:vAlign w:val="center"/>
            <w:hideMark/>
          </w:tcPr>
          <w:p w14:paraId="2DB48F20" w14:textId="58D9D5FA" w:rsidR="004533EB" w:rsidRPr="004533EB" w:rsidRDefault="004533EB" w:rsidP="00CE128F">
            <w:pPr>
              <w:jc w:val="center"/>
              <w:rPr>
                <w:rFonts w:ascii="Arial" w:hAnsi="Arial" w:cs="Arial"/>
                <w:b/>
                <w:bCs/>
                <w:sz w:val="20"/>
              </w:rPr>
            </w:pPr>
            <w:r w:rsidRPr="004533EB">
              <w:rPr>
                <w:rFonts w:ascii="Arial" w:hAnsi="Arial" w:cs="Arial"/>
                <w:b/>
                <w:bCs/>
                <w:sz w:val="20"/>
              </w:rPr>
              <w:t xml:space="preserve">5. </w:t>
            </w:r>
            <w:r w:rsidR="00CC1504">
              <w:rPr>
                <w:rFonts w:ascii="Arial" w:hAnsi="Arial" w:cs="Arial"/>
                <w:b/>
                <w:bCs/>
                <w:sz w:val="20"/>
              </w:rPr>
              <w:t>Meets all requirements</w:t>
            </w:r>
          </w:p>
        </w:tc>
      </w:tr>
      <w:tr w:rsidR="004533EB" w:rsidRPr="004533EB" w14:paraId="57396985" w14:textId="77777777" w:rsidTr="00F33BC1">
        <w:trPr>
          <w:tblCellSpacing w:w="15" w:type="dxa"/>
        </w:trPr>
        <w:tc>
          <w:tcPr>
            <w:tcW w:w="0" w:type="auto"/>
            <w:shd w:val="clear" w:color="auto" w:fill="F0F7FA"/>
            <w:vAlign w:val="center"/>
            <w:hideMark/>
          </w:tcPr>
          <w:p w14:paraId="6EBEF186" w14:textId="77777777" w:rsidR="004533EB" w:rsidRPr="004533EB" w:rsidRDefault="004533EB" w:rsidP="00916423">
            <w:pPr>
              <w:rPr>
                <w:rFonts w:ascii="Arial" w:hAnsi="Arial" w:cs="Arial"/>
                <w:sz w:val="22"/>
                <w:szCs w:val="24"/>
              </w:rPr>
            </w:pPr>
            <w:r w:rsidRPr="004533EB">
              <w:rPr>
                <w:rFonts w:ascii="Arial" w:hAnsi="Arial" w:cs="Arial"/>
                <w:b/>
                <w:bCs/>
                <w:sz w:val="22"/>
                <w:szCs w:val="24"/>
              </w:rPr>
              <w:t>A1</w:t>
            </w:r>
            <w:r w:rsidRPr="004533EB">
              <w:rPr>
                <w:rFonts w:ascii="Arial" w:hAnsi="Arial" w:cs="Arial"/>
                <w:sz w:val="22"/>
                <w:szCs w:val="24"/>
              </w:rPr>
              <w:t xml:space="preserve"> Social-emotional reciprocity</w:t>
            </w:r>
          </w:p>
        </w:tc>
        <w:tc>
          <w:tcPr>
            <w:tcW w:w="0" w:type="auto"/>
            <w:shd w:val="clear" w:color="auto" w:fill="F0F7FA"/>
            <w:vAlign w:val="center"/>
            <w:hideMark/>
          </w:tcPr>
          <w:p w14:paraId="2E448D0E"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676" w:type="dxa"/>
            <w:shd w:val="clear" w:color="auto" w:fill="F0F7FA"/>
            <w:vAlign w:val="center"/>
            <w:hideMark/>
          </w:tcPr>
          <w:p w14:paraId="16E427BB"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00" w:type="dxa"/>
            <w:shd w:val="clear" w:color="auto" w:fill="F0F7FA"/>
            <w:vAlign w:val="center"/>
            <w:hideMark/>
          </w:tcPr>
          <w:p w14:paraId="49D4FC03"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90" w:type="dxa"/>
            <w:shd w:val="clear" w:color="auto" w:fill="F0F7FA"/>
            <w:vAlign w:val="center"/>
            <w:hideMark/>
          </w:tcPr>
          <w:p w14:paraId="0AD4D915"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75" w:type="dxa"/>
            <w:shd w:val="clear" w:color="auto" w:fill="D3E9F1"/>
            <w:vAlign w:val="center"/>
            <w:hideMark/>
          </w:tcPr>
          <w:p w14:paraId="2298B3E0"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r>
      <w:tr w:rsidR="004533EB" w:rsidRPr="004533EB" w14:paraId="2350E995" w14:textId="77777777" w:rsidTr="00F33BC1">
        <w:trPr>
          <w:tblCellSpacing w:w="15" w:type="dxa"/>
        </w:trPr>
        <w:tc>
          <w:tcPr>
            <w:tcW w:w="0" w:type="auto"/>
            <w:shd w:val="clear" w:color="auto" w:fill="F0F7FA"/>
            <w:vAlign w:val="center"/>
            <w:hideMark/>
          </w:tcPr>
          <w:p w14:paraId="509208A7" w14:textId="77777777" w:rsidR="004533EB" w:rsidRPr="004533EB" w:rsidRDefault="004533EB" w:rsidP="00916423">
            <w:pPr>
              <w:rPr>
                <w:rFonts w:ascii="Arial" w:hAnsi="Arial" w:cs="Arial"/>
                <w:sz w:val="22"/>
                <w:szCs w:val="24"/>
              </w:rPr>
            </w:pPr>
            <w:r w:rsidRPr="004533EB">
              <w:rPr>
                <w:rFonts w:ascii="Arial" w:hAnsi="Arial" w:cs="Arial"/>
                <w:b/>
                <w:bCs/>
                <w:sz w:val="22"/>
                <w:szCs w:val="24"/>
              </w:rPr>
              <w:t>A2</w:t>
            </w:r>
            <w:r w:rsidRPr="004533EB">
              <w:rPr>
                <w:rFonts w:ascii="Arial" w:hAnsi="Arial" w:cs="Arial"/>
                <w:sz w:val="22"/>
                <w:szCs w:val="24"/>
              </w:rPr>
              <w:t xml:space="preserve"> Nonverbal communication</w:t>
            </w:r>
          </w:p>
        </w:tc>
        <w:tc>
          <w:tcPr>
            <w:tcW w:w="0" w:type="auto"/>
            <w:shd w:val="clear" w:color="auto" w:fill="F0F7FA"/>
            <w:vAlign w:val="center"/>
            <w:hideMark/>
          </w:tcPr>
          <w:p w14:paraId="0D62D9BE"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676" w:type="dxa"/>
            <w:shd w:val="clear" w:color="auto" w:fill="F0F7FA"/>
            <w:vAlign w:val="center"/>
            <w:hideMark/>
          </w:tcPr>
          <w:p w14:paraId="24481728"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00" w:type="dxa"/>
            <w:shd w:val="clear" w:color="auto" w:fill="F0F7FA"/>
            <w:vAlign w:val="center"/>
            <w:hideMark/>
          </w:tcPr>
          <w:p w14:paraId="7CAD17CB"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90" w:type="dxa"/>
            <w:shd w:val="clear" w:color="auto" w:fill="F0F7FA"/>
            <w:vAlign w:val="center"/>
            <w:hideMark/>
          </w:tcPr>
          <w:p w14:paraId="1776C4C7"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75" w:type="dxa"/>
            <w:shd w:val="clear" w:color="auto" w:fill="D3E9F1"/>
            <w:vAlign w:val="center"/>
            <w:hideMark/>
          </w:tcPr>
          <w:p w14:paraId="4267CDDA"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r>
      <w:tr w:rsidR="004533EB" w:rsidRPr="004533EB" w14:paraId="2B0EB357" w14:textId="77777777" w:rsidTr="00F33BC1">
        <w:trPr>
          <w:tblCellSpacing w:w="15" w:type="dxa"/>
        </w:trPr>
        <w:tc>
          <w:tcPr>
            <w:tcW w:w="0" w:type="auto"/>
            <w:shd w:val="clear" w:color="auto" w:fill="F0F7FA"/>
            <w:vAlign w:val="center"/>
            <w:hideMark/>
          </w:tcPr>
          <w:p w14:paraId="721DB43F" w14:textId="77777777" w:rsidR="004533EB" w:rsidRPr="004533EB" w:rsidRDefault="004533EB" w:rsidP="00916423">
            <w:pPr>
              <w:rPr>
                <w:rFonts w:ascii="Arial" w:hAnsi="Arial" w:cs="Arial"/>
                <w:sz w:val="22"/>
                <w:szCs w:val="24"/>
              </w:rPr>
            </w:pPr>
            <w:r w:rsidRPr="004533EB">
              <w:rPr>
                <w:rFonts w:ascii="Arial" w:hAnsi="Arial" w:cs="Arial"/>
                <w:b/>
                <w:bCs/>
                <w:sz w:val="22"/>
                <w:szCs w:val="24"/>
              </w:rPr>
              <w:t>A3</w:t>
            </w:r>
            <w:r w:rsidRPr="004533EB">
              <w:rPr>
                <w:rFonts w:ascii="Arial" w:hAnsi="Arial" w:cs="Arial"/>
                <w:sz w:val="22"/>
                <w:szCs w:val="24"/>
              </w:rPr>
              <w:t xml:space="preserve"> Developing, maintaining, and understanding relationships</w:t>
            </w:r>
          </w:p>
        </w:tc>
        <w:tc>
          <w:tcPr>
            <w:tcW w:w="0" w:type="auto"/>
            <w:shd w:val="clear" w:color="auto" w:fill="F0F7FA"/>
            <w:vAlign w:val="center"/>
            <w:hideMark/>
          </w:tcPr>
          <w:p w14:paraId="7898BAC9"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676" w:type="dxa"/>
            <w:shd w:val="clear" w:color="auto" w:fill="F0F7FA"/>
            <w:vAlign w:val="center"/>
            <w:hideMark/>
          </w:tcPr>
          <w:p w14:paraId="1642B26C"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00" w:type="dxa"/>
            <w:shd w:val="clear" w:color="auto" w:fill="F0F7FA"/>
            <w:vAlign w:val="center"/>
            <w:hideMark/>
          </w:tcPr>
          <w:p w14:paraId="17C3A763"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90" w:type="dxa"/>
            <w:shd w:val="clear" w:color="auto" w:fill="F0F7FA"/>
            <w:vAlign w:val="center"/>
            <w:hideMark/>
          </w:tcPr>
          <w:p w14:paraId="47F945C0"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75" w:type="dxa"/>
            <w:shd w:val="clear" w:color="auto" w:fill="D3E9F1"/>
            <w:vAlign w:val="center"/>
            <w:hideMark/>
          </w:tcPr>
          <w:p w14:paraId="40F5A6D9"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r>
      <w:tr w:rsidR="004533EB" w:rsidRPr="004533EB" w14:paraId="105AB6A1" w14:textId="77777777" w:rsidTr="00F33BC1">
        <w:trPr>
          <w:tblCellSpacing w:w="15" w:type="dxa"/>
        </w:trPr>
        <w:tc>
          <w:tcPr>
            <w:tcW w:w="0" w:type="auto"/>
            <w:shd w:val="clear" w:color="auto" w:fill="F0F7FA"/>
            <w:vAlign w:val="center"/>
            <w:hideMark/>
          </w:tcPr>
          <w:p w14:paraId="6E02E8A5" w14:textId="77777777" w:rsidR="004533EB" w:rsidRPr="004533EB" w:rsidRDefault="004533EB" w:rsidP="00916423">
            <w:pPr>
              <w:rPr>
                <w:rFonts w:ascii="Arial" w:hAnsi="Arial" w:cs="Arial"/>
                <w:sz w:val="22"/>
                <w:szCs w:val="24"/>
              </w:rPr>
            </w:pPr>
            <w:r w:rsidRPr="004533EB">
              <w:rPr>
                <w:rFonts w:ascii="Arial" w:hAnsi="Arial" w:cs="Arial"/>
                <w:b/>
                <w:bCs/>
                <w:sz w:val="22"/>
                <w:szCs w:val="24"/>
              </w:rPr>
              <w:t>B1</w:t>
            </w:r>
            <w:r w:rsidRPr="004533EB">
              <w:rPr>
                <w:rFonts w:ascii="Arial" w:hAnsi="Arial" w:cs="Arial"/>
                <w:sz w:val="22"/>
                <w:szCs w:val="24"/>
              </w:rPr>
              <w:t xml:space="preserve"> Repetitive movements, use of objects, or speech</w:t>
            </w:r>
          </w:p>
        </w:tc>
        <w:tc>
          <w:tcPr>
            <w:tcW w:w="0" w:type="auto"/>
            <w:shd w:val="clear" w:color="auto" w:fill="F0F7FA"/>
            <w:vAlign w:val="center"/>
            <w:hideMark/>
          </w:tcPr>
          <w:p w14:paraId="00A3EC32"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676" w:type="dxa"/>
            <w:shd w:val="clear" w:color="auto" w:fill="F0F7FA"/>
            <w:vAlign w:val="center"/>
            <w:hideMark/>
          </w:tcPr>
          <w:p w14:paraId="2BA8DD28"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00" w:type="dxa"/>
            <w:shd w:val="clear" w:color="auto" w:fill="F0F7FA"/>
            <w:vAlign w:val="center"/>
            <w:hideMark/>
          </w:tcPr>
          <w:p w14:paraId="08391AB5"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90" w:type="dxa"/>
            <w:shd w:val="clear" w:color="auto" w:fill="F0F7FA"/>
            <w:vAlign w:val="center"/>
            <w:hideMark/>
          </w:tcPr>
          <w:p w14:paraId="11C24233"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75" w:type="dxa"/>
            <w:shd w:val="clear" w:color="auto" w:fill="D3E9F1"/>
            <w:vAlign w:val="center"/>
            <w:hideMark/>
          </w:tcPr>
          <w:p w14:paraId="64724F57"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r>
      <w:tr w:rsidR="004533EB" w:rsidRPr="004533EB" w14:paraId="07E2EDD4" w14:textId="77777777" w:rsidTr="00F33BC1">
        <w:trPr>
          <w:tblCellSpacing w:w="15" w:type="dxa"/>
        </w:trPr>
        <w:tc>
          <w:tcPr>
            <w:tcW w:w="0" w:type="auto"/>
            <w:shd w:val="clear" w:color="auto" w:fill="F0F7FA"/>
            <w:vAlign w:val="center"/>
            <w:hideMark/>
          </w:tcPr>
          <w:p w14:paraId="031CFD95" w14:textId="37F2B09C" w:rsidR="004533EB" w:rsidRPr="004533EB" w:rsidRDefault="004533EB" w:rsidP="00916423">
            <w:pPr>
              <w:rPr>
                <w:rFonts w:ascii="Arial" w:hAnsi="Arial" w:cs="Arial"/>
                <w:sz w:val="22"/>
                <w:szCs w:val="24"/>
              </w:rPr>
            </w:pPr>
            <w:r w:rsidRPr="004533EB">
              <w:rPr>
                <w:rFonts w:ascii="Arial" w:hAnsi="Arial" w:cs="Arial"/>
                <w:b/>
                <w:bCs/>
                <w:sz w:val="22"/>
                <w:szCs w:val="24"/>
              </w:rPr>
              <w:t>B2</w:t>
            </w:r>
            <w:r w:rsidRPr="004533EB">
              <w:rPr>
                <w:rFonts w:ascii="Arial" w:hAnsi="Arial" w:cs="Arial"/>
                <w:sz w:val="22"/>
                <w:szCs w:val="24"/>
              </w:rPr>
              <w:t xml:space="preserve"> Insistence on sameness, routines, </w:t>
            </w:r>
            <w:r w:rsidR="00CC1504">
              <w:rPr>
                <w:rFonts w:ascii="Arial" w:hAnsi="Arial" w:cs="Arial"/>
                <w:sz w:val="22"/>
                <w:szCs w:val="24"/>
              </w:rPr>
              <w:t>|</w:t>
            </w:r>
            <w:r w:rsidRPr="004533EB">
              <w:rPr>
                <w:rFonts w:ascii="Arial" w:hAnsi="Arial" w:cs="Arial"/>
                <w:sz w:val="22"/>
                <w:szCs w:val="24"/>
              </w:rPr>
              <w:t>and ritualized patterns</w:t>
            </w:r>
          </w:p>
        </w:tc>
        <w:tc>
          <w:tcPr>
            <w:tcW w:w="0" w:type="auto"/>
            <w:shd w:val="clear" w:color="auto" w:fill="F0F7FA"/>
            <w:vAlign w:val="center"/>
            <w:hideMark/>
          </w:tcPr>
          <w:p w14:paraId="0A38EE5C"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676" w:type="dxa"/>
            <w:shd w:val="clear" w:color="auto" w:fill="F0F7FA"/>
            <w:vAlign w:val="center"/>
            <w:hideMark/>
          </w:tcPr>
          <w:p w14:paraId="451CFFDD"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00" w:type="dxa"/>
            <w:shd w:val="clear" w:color="auto" w:fill="F0F7FA"/>
            <w:vAlign w:val="center"/>
            <w:hideMark/>
          </w:tcPr>
          <w:p w14:paraId="049093DA"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90" w:type="dxa"/>
            <w:shd w:val="clear" w:color="auto" w:fill="F0F7FA"/>
            <w:vAlign w:val="center"/>
            <w:hideMark/>
          </w:tcPr>
          <w:p w14:paraId="3984BCD5"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75" w:type="dxa"/>
            <w:shd w:val="clear" w:color="auto" w:fill="D3E9F1"/>
            <w:vAlign w:val="center"/>
            <w:hideMark/>
          </w:tcPr>
          <w:p w14:paraId="344CF86B"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r>
      <w:tr w:rsidR="004533EB" w:rsidRPr="004533EB" w14:paraId="1D64B990" w14:textId="77777777" w:rsidTr="00F33BC1">
        <w:trPr>
          <w:tblCellSpacing w:w="15" w:type="dxa"/>
        </w:trPr>
        <w:tc>
          <w:tcPr>
            <w:tcW w:w="0" w:type="auto"/>
            <w:shd w:val="clear" w:color="auto" w:fill="F0F7FA"/>
            <w:vAlign w:val="center"/>
            <w:hideMark/>
          </w:tcPr>
          <w:p w14:paraId="27CA8009" w14:textId="34D55923" w:rsidR="004533EB" w:rsidRPr="004533EB" w:rsidRDefault="004533EB" w:rsidP="00916423">
            <w:pPr>
              <w:rPr>
                <w:rFonts w:ascii="Arial" w:hAnsi="Arial" w:cs="Arial"/>
                <w:sz w:val="22"/>
                <w:szCs w:val="24"/>
              </w:rPr>
            </w:pPr>
            <w:r w:rsidRPr="004533EB">
              <w:rPr>
                <w:rFonts w:ascii="Arial" w:hAnsi="Arial" w:cs="Arial"/>
                <w:b/>
                <w:bCs/>
                <w:sz w:val="22"/>
                <w:szCs w:val="24"/>
              </w:rPr>
              <w:t>B3</w:t>
            </w:r>
            <w:r w:rsidRPr="004533EB">
              <w:rPr>
                <w:rFonts w:ascii="Arial" w:hAnsi="Arial" w:cs="Arial"/>
                <w:sz w:val="22"/>
                <w:szCs w:val="24"/>
              </w:rPr>
              <w:t xml:space="preserve"> Highly restricted </w:t>
            </w:r>
            <w:r w:rsidR="00CC1504">
              <w:rPr>
                <w:rFonts w:ascii="Arial" w:hAnsi="Arial" w:cs="Arial"/>
                <w:sz w:val="22"/>
                <w:szCs w:val="24"/>
              </w:rPr>
              <w:br/>
            </w:r>
            <w:r w:rsidRPr="004533EB">
              <w:rPr>
                <w:rFonts w:ascii="Arial" w:hAnsi="Arial" w:cs="Arial"/>
                <w:sz w:val="22"/>
                <w:szCs w:val="24"/>
              </w:rPr>
              <w:t>or fixated interests</w:t>
            </w:r>
          </w:p>
        </w:tc>
        <w:tc>
          <w:tcPr>
            <w:tcW w:w="0" w:type="auto"/>
            <w:shd w:val="clear" w:color="auto" w:fill="F0F7FA"/>
            <w:vAlign w:val="center"/>
            <w:hideMark/>
          </w:tcPr>
          <w:p w14:paraId="1E9E9E95"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676" w:type="dxa"/>
            <w:shd w:val="clear" w:color="auto" w:fill="F0F7FA"/>
            <w:vAlign w:val="center"/>
            <w:hideMark/>
          </w:tcPr>
          <w:p w14:paraId="46366E47"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00" w:type="dxa"/>
            <w:shd w:val="clear" w:color="auto" w:fill="F0F7FA"/>
            <w:vAlign w:val="center"/>
            <w:hideMark/>
          </w:tcPr>
          <w:p w14:paraId="313183D1"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90" w:type="dxa"/>
            <w:shd w:val="clear" w:color="auto" w:fill="F0F7FA"/>
            <w:vAlign w:val="center"/>
            <w:hideMark/>
          </w:tcPr>
          <w:p w14:paraId="539AC397"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75" w:type="dxa"/>
            <w:shd w:val="clear" w:color="auto" w:fill="D3E9F1"/>
            <w:vAlign w:val="center"/>
            <w:hideMark/>
          </w:tcPr>
          <w:p w14:paraId="734E4973"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r>
      <w:tr w:rsidR="004533EB" w:rsidRPr="004533EB" w14:paraId="043197C3" w14:textId="77777777" w:rsidTr="00F33BC1">
        <w:trPr>
          <w:tblCellSpacing w:w="15" w:type="dxa"/>
        </w:trPr>
        <w:tc>
          <w:tcPr>
            <w:tcW w:w="0" w:type="auto"/>
            <w:shd w:val="clear" w:color="auto" w:fill="F0F7FA"/>
            <w:vAlign w:val="center"/>
            <w:hideMark/>
          </w:tcPr>
          <w:p w14:paraId="3C2F9BA9" w14:textId="77777777" w:rsidR="004533EB" w:rsidRPr="004533EB" w:rsidRDefault="004533EB" w:rsidP="00916423">
            <w:pPr>
              <w:rPr>
                <w:rFonts w:ascii="Arial" w:hAnsi="Arial" w:cs="Arial"/>
                <w:sz w:val="22"/>
                <w:szCs w:val="24"/>
              </w:rPr>
            </w:pPr>
            <w:r w:rsidRPr="004533EB">
              <w:rPr>
                <w:rFonts w:ascii="Arial" w:hAnsi="Arial" w:cs="Arial"/>
                <w:b/>
                <w:bCs/>
                <w:sz w:val="22"/>
                <w:szCs w:val="24"/>
              </w:rPr>
              <w:t>B4</w:t>
            </w:r>
            <w:r w:rsidRPr="004533EB">
              <w:rPr>
                <w:rFonts w:ascii="Arial" w:hAnsi="Arial" w:cs="Arial"/>
                <w:sz w:val="22"/>
                <w:szCs w:val="24"/>
              </w:rPr>
              <w:t xml:space="preserve"> Sensory differences</w:t>
            </w:r>
          </w:p>
        </w:tc>
        <w:tc>
          <w:tcPr>
            <w:tcW w:w="0" w:type="auto"/>
            <w:shd w:val="clear" w:color="auto" w:fill="F0F7FA"/>
            <w:vAlign w:val="center"/>
            <w:hideMark/>
          </w:tcPr>
          <w:p w14:paraId="09736DC7"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676" w:type="dxa"/>
            <w:shd w:val="clear" w:color="auto" w:fill="F0F7FA"/>
            <w:vAlign w:val="center"/>
            <w:hideMark/>
          </w:tcPr>
          <w:p w14:paraId="2C47146E"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00" w:type="dxa"/>
            <w:shd w:val="clear" w:color="auto" w:fill="F0F7FA"/>
            <w:vAlign w:val="center"/>
            <w:hideMark/>
          </w:tcPr>
          <w:p w14:paraId="3DE78F16"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90" w:type="dxa"/>
            <w:shd w:val="clear" w:color="auto" w:fill="F0F7FA"/>
            <w:vAlign w:val="center"/>
            <w:hideMark/>
          </w:tcPr>
          <w:p w14:paraId="776911A3"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c>
          <w:tcPr>
            <w:tcW w:w="1575" w:type="dxa"/>
            <w:shd w:val="clear" w:color="auto" w:fill="D3E9F1"/>
            <w:vAlign w:val="center"/>
            <w:hideMark/>
          </w:tcPr>
          <w:p w14:paraId="14D68178" w14:textId="77777777" w:rsidR="004533EB" w:rsidRPr="00CE128F" w:rsidRDefault="004533EB" w:rsidP="00CE128F">
            <w:pPr>
              <w:jc w:val="center"/>
              <w:rPr>
                <w:rFonts w:ascii="Arial" w:hAnsi="Arial" w:cs="Arial"/>
                <w:sz w:val="28"/>
                <w:szCs w:val="32"/>
              </w:rPr>
            </w:pPr>
            <w:r w:rsidRPr="00CE128F">
              <w:rPr>
                <w:rFonts w:ascii="Segoe UI Symbol" w:hAnsi="Segoe UI Symbol" w:cs="Segoe UI Symbol"/>
                <w:sz w:val="28"/>
                <w:szCs w:val="32"/>
              </w:rPr>
              <w:t>☐</w:t>
            </w:r>
          </w:p>
        </w:tc>
      </w:tr>
    </w:tbl>
    <w:p w14:paraId="1371775F" w14:textId="2525D8A4" w:rsidR="004533EB" w:rsidRPr="004533EB" w:rsidRDefault="004533EB" w:rsidP="004533EB"/>
    <w:p w14:paraId="02FD369B" w14:textId="3F3EE388" w:rsidR="004533EB" w:rsidRPr="00342E7F" w:rsidRDefault="004533EB" w:rsidP="00342E7F">
      <w:pPr>
        <w:pStyle w:val="Heading3"/>
        <w:shd w:val="clear" w:color="auto" w:fill="E8F4F8"/>
        <w:spacing w:before="0" w:after="240" w:line="288" w:lineRule="auto"/>
        <w:rPr>
          <w:rFonts w:ascii="Arial" w:hAnsi="Arial" w:cs="Arial"/>
          <w:color w:val="8064A2" w:themeColor="accent4"/>
          <w:sz w:val="24"/>
          <w:szCs w:val="28"/>
        </w:rPr>
      </w:pPr>
      <w:r w:rsidRPr="00054C73">
        <w:rPr>
          <w:rFonts w:ascii="Arial" w:hAnsi="Arial" w:cs="Arial"/>
          <w:color w:val="8064A2" w:themeColor="accent4"/>
          <w:sz w:val="24"/>
          <w:szCs w:val="28"/>
        </w:rPr>
        <w:t>Instructions for Completing the Matrix</w:t>
      </w:r>
    </w:p>
    <w:p w14:paraId="101F2A6B" w14:textId="71DCB9C4" w:rsidR="004533EB" w:rsidRPr="00054C73" w:rsidRDefault="004533EB" w:rsidP="00054C73">
      <w:pPr>
        <w:spacing w:after="240" w:line="312" w:lineRule="auto"/>
        <w:rPr>
          <w:rFonts w:ascii="Arial" w:hAnsi="Arial" w:cs="Arial"/>
          <w:b/>
          <w:bCs/>
          <w:sz w:val="22"/>
          <w:szCs w:val="24"/>
        </w:rPr>
      </w:pPr>
      <w:r w:rsidRPr="00054C73">
        <w:rPr>
          <w:rFonts w:ascii="Arial" w:hAnsi="Arial" w:cs="Arial"/>
          <w:b/>
          <w:bCs/>
          <w:sz w:val="22"/>
          <w:szCs w:val="24"/>
        </w:rPr>
        <w:t xml:space="preserve">Column 1: Present During Childhood </w:t>
      </w:r>
    </w:p>
    <w:p w14:paraId="6351067A" w14:textId="0A8297C7" w:rsidR="004533EB" w:rsidRPr="00054C73" w:rsidRDefault="00CC1504" w:rsidP="00054C73">
      <w:pPr>
        <w:spacing w:after="240" w:line="312" w:lineRule="auto"/>
        <w:rPr>
          <w:rFonts w:ascii="Arial" w:hAnsi="Arial" w:cs="Arial"/>
          <w:sz w:val="22"/>
          <w:szCs w:val="24"/>
        </w:rPr>
      </w:pPr>
      <w:r w:rsidRPr="00054C73">
        <w:rPr>
          <w:rFonts w:ascii="Arial" w:hAnsi="Arial" w:cs="Arial"/>
          <w:sz w:val="22"/>
          <w:szCs w:val="24"/>
        </w:rPr>
        <w:t xml:space="preserve">If you answered yes to this on the “Assessing your collected information” page for this criterion, checkmark the box in this matrix. </w:t>
      </w:r>
    </w:p>
    <w:p w14:paraId="367254CE" w14:textId="447FF141" w:rsidR="004533EB" w:rsidRPr="00054C73" w:rsidRDefault="004533EB" w:rsidP="00054C73">
      <w:pPr>
        <w:spacing w:after="240" w:line="312" w:lineRule="auto"/>
        <w:rPr>
          <w:rFonts w:ascii="Arial" w:hAnsi="Arial" w:cs="Arial"/>
          <w:b/>
          <w:bCs/>
          <w:sz w:val="22"/>
          <w:szCs w:val="24"/>
        </w:rPr>
      </w:pPr>
      <w:r w:rsidRPr="00054C73">
        <w:rPr>
          <w:rFonts w:ascii="Arial" w:hAnsi="Arial" w:cs="Arial"/>
          <w:b/>
          <w:bCs/>
          <w:sz w:val="22"/>
          <w:szCs w:val="24"/>
        </w:rPr>
        <w:t xml:space="preserve">Column 2: </w:t>
      </w:r>
      <w:r w:rsidR="00CC1504" w:rsidRPr="00054C73">
        <w:rPr>
          <w:rFonts w:ascii="Arial" w:hAnsi="Arial" w:cs="Arial"/>
          <w:b/>
          <w:bCs/>
          <w:sz w:val="22"/>
          <w:szCs w:val="24"/>
        </w:rPr>
        <w:t xml:space="preserve">Sufficient </w:t>
      </w:r>
      <w:r w:rsidRPr="00054C73">
        <w:rPr>
          <w:rFonts w:ascii="Arial" w:hAnsi="Arial" w:cs="Arial"/>
          <w:b/>
          <w:bCs/>
          <w:sz w:val="22"/>
          <w:szCs w:val="24"/>
        </w:rPr>
        <w:t xml:space="preserve">Meaningful Examples </w:t>
      </w:r>
    </w:p>
    <w:p w14:paraId="7B571D42" w14:textId="77777777" w:rsidR="00CC1504" w:rsidRPr="00590168" w:rsidRDefault="00CC1504" w:rsidP="00054C73">
      <w:pPr>
        <w:spacing w:after="240" w:line="312" w:lineRule="auto"/>
        <w:rPr>
          <w:rFonts w:ascii="Arial" w:hAnsi="Arial" w:cs="Arial"/>
          <w:color w:val="EE0000"/>
          <w:sz w:val="22"/>
          <w:szCs w:val="24"/>
        </w:rPr>
      </w:pPr>
      <w:r w:rsidRPr="00054C73">
        <w:rPr>
          <w:rFonts w:ascii="Arial" w:hAnsi="Arial" w:cs="Arial"/>
          <w:sz w:val="22"/>
          <w:szCs w:val="24"/>
        </w:rPr>
        <w:t xml:space="preserve">If you answered yes to this on the “Assessing your collected information” page for this criterion, checkmark the box in this matrix. </w:t>
      </w:r>
    </w:p>
    <w:p w14:paraId="47A90D60" w14:textId="77777777" w:rsidR="00846956" w:rsidRDefault="00846956">
      <w:pPr>
        <w:spacing w:after="200"/>
        <w:rPr>
          <w:rFonts w:ascii="Arial" w:hAnsi="Arial" w:cs="Arial"/>
          <w:b/>
          <w:bCs/>
          <w:sz w:val="22"/>
          <w:szCs w:val="24"/>
        </w:rPr>
      </w:pPr>
      <w:r>
        <w:rPr>
          <w:rFonts w:ascii="Arial" w:hAnsi="Arial" w:cs="Arial"/>
          <w:b/>
          <w:bCs/>
          <w:sz w:val="22"/>
          <w:szCs w:val="24"/>
        </w:rPr>
        <w:br w:type="page"/>
      </w:r>
    </w:p>
    <w:p w14:paraId="53408E3A" w14:textId="7DF1FDF8" w:rsidR="004533EB" w:rsidRPr="00054C73" w:rsidRDefault="004533EB" w:rsidP="00054C73">
      <w:pPr>
        <w:spacing w:after="240" w:line="312" w:lineRule="auto"/>
        <w:rPr>
          <w:rFonts w:ascii="Arial" w:hAnsi="Arial" w:cs="Arial"/>
          <w:b/>
          <w:bCs/>
          <w:sz w:val="22"/>
          <w:szCs w:val="24"/>
        </w:rPr>
      </w:pPr>
      <w:r w:rsidRPr="00054C73">
        <w:rPr>
          <w:rFonts w:ascii="Arial" w:hAnsi="Arial" w:cs="Arial"/>
          <w:b/>
          <w:bCs/>
          <w:sz w:val="22"/>
          <w:szCs w:val="24"/>
        </w:rPr>
        <w:lastRenderedPageBreak/>
        <w:t>Column 3: Meaningful Challenges or Impairment</w:t>
      </w:r>
    </w:p>
    <w:p w14:paraId="580A543A" w14:textId="77777777" w:rsidR="00CC1504" w:rsidRPr="00054C73" w:rsidRDefault="00CC1504" w:rsidP="00054C73">
      <w:pPr>
        <w:spacing w:after="240" w:line="312" w:lineRule="auto"/>
        <w:rPr>
          <w:rFonts w:ascii="Arial" w:hAnsi="Arial" w:cs="Arial"/>
          <w:sz w:val="22"/>
          <w:szCs w:val="24"/>
        </w:rPr>
      </w:pPr>
      <w:r w:rsidRPr="00054C73">
        <w:rPr>
          <w:rFonts w:ascii="Arial" w:hAnsi="Arial" w:cs="Arial"/>
          <w:sz w:val="22"/>
          <w:szCs w:val="24"/>
        </w:rPr>
        <w:t xml:space="preserve">If you answered yes to this on the “Assessing your collected information” page for this criterion, checkmark the box in this matrix. </w:t>
      </w:r>
    </w:p>
    <w:p w14:paraId="6203C3D4" w14:textId="6E37746D" w:rsidR="004533EB" w:rsidRPr="00220A50" w:rsidRDefault="004533EB" w:rsidP="00220A50">
      <w:pPr>
        <w:spacing w:line="312" w:lineRule="auto"/>
        <w:ind w:left="446" w:right="763"/>
        <w:rPr>
          <w:rFonts w:ascii="Arial" w:hAnsi="Arial" w:cs="Arial"/>
          <w:color w:val="C0504D" w:themeColor="accent2"/>
          <w:sz w:val="24"/>
          <w:szCs w:val="28"/>
        </w:rPr>
      </w:pPr>
      <w:r w:rsidRPr="00220A50">
        <w:rPr>
          <w:rFonts w:ascii="Arial" w:hAnsi="Arial" w:cs="Arial"/>
          <w:b/>
          <w:bCs/>
          <w:color w:val="C0504D" w:themeColor="accent2"/>
          <w:sz w:val="24"/>
          <w:szCs w:val="28"/>
        </w:rPr>
        <w:t xml:space="preserve">Important: </w:t>
      </w:r>
    </w:p>
    <w:p w14:paraId="457C7C26" w14:textId="77777777" w:rsidR="004533EB" w:rsidRPr="00054C73" w:rsidRDefault="004533EB" w:rsidP="00CE128F">
      <w:pPr>
        <w:spacing w:after="240" w:line="312" w:lineRule="auto"/>
        <w:ind w:left="450" w:right="760"/>
        <w:rPr>
          <w:rFonts w:ascii="Arial" w:hAnsi="Arial" w:cs="Arial"/>
          <w:sz w:val="22"/>
          <w:szCs w:val="24"/>
        </w:rPr>
      </w:pPr>
      <w:r w:rsidRPr="00054C73">
        <w:rPr>
          <w:rFonts w:ascii="Arial" w:hAnsi="Arial" w:cs="Arial"/>
          <w:sz w:val="22"/>
          <w:szCs w:val="24"/>
        </w:rPr>
        <w:t xml:space="preserve">Masking or internalizing an autistic characteristic can make the underlying difficulty invisible to other people without </w:t>
      </w:r>
      <w:proofErr w:type="gramStart"/>
      <w:r w:rsidRPr="00054C73">
        <w:rPr>
          <w:rFonts w:ascii="Arial" w:hAnsi="Arial" w:cs="Arial"/>
          <w:sz w:val="22"/>
          <w:szCs w:val="24"/>
        </w:rPr>
        <w:t>actually resolving</w:t>
      </w:r>
      <w:proofErr w:type="gramEnd"/>
      <w:r w:rsidRPr="00054C73">
        <w:rPr>
          <w:rFonts w:ascii="Arial" w:hAnsi="Arial" w:cs="Arial"/>
          <w:sz w:val="22"/>
          <w:szCs w:val="24"/>
        </w:rPr>
        <w:t xml:space="preserve"> the unmet need.</w:t>
      </w:r>
    </w:p>
    <w:p w14:paraId="53B3995E" w14:textId="77777777" w:rsidR="004533EB" w:rsidRPr="00054C73" w:rsidRDefault="004533EB" w:rsidP="00CE128F">
      <w:pPr>
        <w:spacing w:after="240" w:line="312" w:lineRule="auto"/>
        <w:ind w:left="450" w:right="760"/>
        <w:rPr>
          <w:rFonts w:ascii="Arial" w:hAnsi="Arial" w:cs="Arial"/>
          <w:sz w:val="22"/>
          <w:szCs w:val="24"/>
        </w:rPr>
      </w:pPr>
      <w:proofErr w:type="gramStart"/>
      <w:r w:rsidRPr="00054C73">
        <w:rPr>
          <w:rFonts w:ascii="Arial" w:hAnsi="Arial" w:cs="Arial"/>
          <w:sz w:val="22"/>
          <w:szCs w:val="24"/>
        </w:rPr>
        <w:t>Accommodations</w:t>
      </w:r>
      <w:proofErr w:type="gramEnd"/>
      <w:r w:rsidRPr="00054C73">
        <w:rPr>
          <w:rFonts w:ascii="Arial" w:hAnsi="Arial" w:cs="Arial"/>
          <w:sz w:val="22"/>
          <w:szCs w:val="24"/>
        </w:rPr>
        <w:t>, on the other hand, can successfully address the need, reducing or eliminating the associated difficulty.</w:t>
      </w:r>
    </w:p>
    <w:p w14:paraId="2C0F83A4" w14:textId="6D580259" w:rsidR="004533EB" w:rsidRPr="00054C73" w:rsidRDefault="004533EB" w:rsidP="00CE128F">
      <w:pPr>
        <w:spacing w:after="240" w:line="312" w:lineRule="auto"/>
        <w:ind w:left="450" w:right="760"/>
        <w:rPr>
          <w:rFonts w:ascii="Arial" w:hAnsi="Arial" w:cs="Arial"/>
          <w:sz w:val="22"/>
          <w:szCs w:val="24"/>
        </w:rPr>
      </w:pPr>
      <w:r w:rsidRPr="00054C73">
        <w:rPr>
          <w:rFonts w:ascii="Arial" w:hAnsi="Arial" w:cs="Arial"/>
          <w:sz w:val="22"/>
          <w:szCs w:val="24"/>
        </w:rPr>
        <w:t>In both situations, other people may not observe impairment.</w:t>
      </w:r>
      <w:r w:rsidR="00CC1504" w:rsidRPr="00054C73">
        <w:rPr>
          <w:rFonts w:ascii="Arial" w:hAnsi="Arial" w:cs="Arial"/>
          <w:sz w:val="22"/>
          <w:szCs w:val="24"/>
        </w:rPr>
        <w:t xml:space="preserve"> The question is not “is there always impairment” the question is if masking and/or accommodations are removed, would meaningful impairment occur. </w:t>
      </w:r>
    </w:p>
    <w:p w14:paraId="2CD31BBB" w14:textId="5D34856F" w:rsidR="004533EB" w:rsidRPr="00054C73" w:rsidRDefault="004533EB" w:rsidP="00054C73">
      <w:pPr>
        <w:spacing w:after="240" w:line="312" w:lineRule="auto"/>
        <w:rPr>
          <w:rFonts w:ascii="Arial" w:hAnsi="Arial" w:cs="Arial"/>
          <w:b/>
          <w:bCs/>
          <w:sz w:val="22"/>
          <w:szCs w:val="24"/>
        </w:rPr>
      </w:pPr>
      <w:r w:rsidRPr="00054C73">
        <w:rPr>
          <w:rFonts w:ascii="Arial" w:hAnsi="Arial" w:cs="Arial"/>
          <w:b/>
          <w:bCs/>
          <w:sz w:val="22"/>
          <w:szCs w:val="24"/>
        </w:rPr>
        <w:t>Column 4: Is Autism the Most Likely Explanation</w:t>
      </w:r>
    </w:p>
    <w:p w14:paraId="645EF4E3" w14:textId="77777777" w:rsidR="00CC1504" w:rsidRPr="00054C73" w:rsidRDefault="00CC1504" w:rsidP="00054C73">
      <w:pPr>
        <w:spacing w:after="240" w:line="312" w:lineRule="auto"/>
        <w:rPr>
          <w:rFonts w:ascii="Arial" w:hAnsi="Arial" w:cs="Arial"/>
          <w:sz w:val="22"/>
          <w:szCs w:val="24"/>
        </w:rPr>
      </w:pPr>
      <w:r w:rsidRPr="00054C73">
        <w:rPr>
          <w:rFonts w:ascii="Arial" w:hAnsi="Arial" w:cs="Arial"/>
          <w:sz w:val="22"/>
          <w:szCs w:val="24"/>
        </w:rPr>
        <w:t xml:space="preserve">If you answered yes to this on the “Assessing your collected information” page for this criterion, checkmark the box in this matrix. </w:t>
      </w:r>
    </w:p>
    <w:p w14:paraId="4540DF75" w14:textId="012DD342" w:rsidR="004533EB" w:rsidRPr="00054C73" w:rsidRDefault="004533EB" w:rsidP="00054C73">
      <w:pPr>
        <w:spacing w:after="240" w:line="312" w:lineRule="auto"/>
        <w:rPr>
          <w:rFonts w:ascii="Arial" w:hAnsi="Arial" w:cs="Arial"/>
          <w:b/>
          <w:bCs/>
          <w:sz w:val="22"/>
          <w:szCs w:val="24"/>
        </w:rPr>
      </w:pPr>
      <w:r w:rsidRPr="00054C73">
        <w:rPr>
          <w:rFonts w:ascii="Arial" w:hAnsi="Arial" w:cs="Arial"/>
          <w:b/>
          <w:bCs/>
          <w:sz w:val="22"/>
          <w:szCs w:val="24"/>
        </w:rPr>
        <w:t xml:space="preserve">Column 5: </w:t>
      </w:r>
      <w:r w:rsidR="00054C73" w:rsidRPr="00054C73">
        <w:rPr>
          <w:rFonts w:ascii="Arial" w:hAnsi="Arial" w:cs="Arial"/>
          <w:b/>
          <w:bCs/>
          <w:sz w:val="22"/>
          <w:szCs w:val="24"/>
        </w:rPr>
        <w:t>Meets all requirements</w:t>
      </w:r>
    </w:p>
    <w:p w14:paraId="2E7684A8" w14:textId="7A481F9D" w:rsidR="004533EB" w:rsidRPr="00054C73" w:rsidRDefault="00054C73" w:rsidP="00054C73">
      <w:pPr>
        <w:spacing w:after="240" w:line="312" w:lineRule="auto"/>
        <w:rPr>
          <w:rFonts w:ascii="Arial" w:hAnsi="Arial" w:cs="Arial"/>
          <w:sz w:val="22"/>
          <w:szCs w:val="24"/>
        </w:rPr>
      </w:pPr>
      <w:r w:rsidRPr="00054C73">
        <w:rPr>
          <w:rFonts w:ascii="Arial" w:hAnsi="Arial" w:cs="Arial"/>
          <w:sz w:val="22"/>
          <w:szCs w:val="24"/>
        </w:rPr>
        <w:t>If</w:t>
      </w:r>
      <w:r w:rsidR="004533EB" w:rsidRPr="00054C73">
        <w:rPr>
          <w:rFonts w:ascii="Arial" w:hAnsi="Arial" w:cs="Arial"/>
          <w:sz w:val="22"/>
          <w:szCs w:val="24"/>
        </w:rPr>
        <w:t xml:space="preserve"> you</w:t>
      </w:r>
      <w:r w:rsidRPr="00054C73">
        <w:rPr>
          <w:rFonts w:ascii="Arial" w:hAnsi="Arial" w:cs="Arial"/>
          <w:sz w:val="22"/>
          <w:szCs w:val="24"/>
        </w:rPr>
        <w:t xml:space="preserve"> checked all the boxes in columns 1 through 4, check this box as well.</w:t>
      </w:r>
    </w:p>
    <w:p w14:paraId="10A6AE3E" w14:textId="2DC9AFA1" w:rsidR="004533EB" w:rsidRPr="00220A50" w:rsidRDefault="004533EB" w:rsidP="00054C73">
      <w:pPr>
        <w:spacing w:after="240" w:line="312" w:lineRule="auto"/>
        <w:rPr>
          <w:rFonts w:ascii="Arial" w:hAnsi="Arial" w:cs="Arial"/>
          <w:b/>
          <w:bCs/>
          <w:color w:val="C0504D" w:themeColor="accent2"/>
          <w:sz w:val="22"/>
          <w:szCs w:val="24"/>
        </w:rPr>
      </w:pPr>
      <w:r w:rsidRPr="00220A50">
        <w:rPr>
          <w:rFonts w:ascii="Arial" w:hAnsi="Arial" w:cs="Arial"/>
          <w:b/>
          <w:bCs/>
          <w:color w:val="C0504D" w:themeColor="accent2"/>
          <w:sz w:val="22"/>
          <w:szCs w:val="24"/>
        </w:rPr>
        <w:t xml:space="preserve">If </w:t>
      </w:r>
      <w:r w:rsidR="00220A50">
        <w:rPr>
          <w:rFonts w:ascii="Arial" w:hAnsi="Arial" w:cs="Arial"/>
          <w:b/>
          <w:bCs/>
          <w:color w:val="C0504D" w:themeColor="accent2"/>
          <w:sz w:val="22"/>
          <w:szCs w:val="24"/>
        </w:rPr>
        <w:t>you have not reached a conclusion about any of the items in columns 1 through 4</w:t>
      </w:r>
      <w:r w:rsidRPr="00220A50">
        <w:rPr>
          <w:rFonts w:ascii="Arial" w:hAnsi="Arial" w:cs="Arial"/>
          <w:b/>
          <w:bCs/>
          <w:color w:val="C0504D" w:themeColor="accent2"/>
          <w:sz w:val="22"/>
          <w:szCs w:val="24"/>
        </w:rPr>
        <w:t xml:space="preserve">, leave </w:t>
      </w:r>
      <w:r w:rsidR="00220A50">
        <w:rPr>
          <w:rFonts w:ascii="Arial" w:hAnsi="Arial" w:cs="Arial"/>
          <w:b/>
          <w:bCs/>
          <w:color w:val="C0504D" w:themeColor="accent2"/>
          <w:sz w:val="22"/>
          <w:szCs w:val="24"/>
        </w:rPr>
        <w:t xml:space="preserve">the corresponding box(es) in </w:t>
      </w:r>
      <w:r w:rsidRPr="00220A50">
        <w:rPr>
          <w:rFonts w:ascii="Arial" w:hAnsi="Arial" w:cs="Arial"/>
          <w:b/>
          <w:bCs/>
          <w:color w:val="C0504D" w:themeColor="accent2"/>
          <w:sz w:val="22"/>
          <w:szCs w:val="24"/>
        </w:rPr>
        <w:t xml:space="preserve">Column 5 unchecked until you </w:t>
      </w:r>
      <w:r w:rsidR="00220A50">
        <w:rPr>
          <w:rFonts w:ascii="Arial" w:hAnsi="Arial" w:cs="Arial"/>
          <w:b/>
          <w:bCs/>
          <w:color w:val="C0504D" w:themeColor="accent2"/>
          <w:sz w:val="22"/>
          <w:szCs w:val="24"/>
        </w:rPr>
        <w:t xml:space="preserve">feel you have collected enough information to </w:t>
      </w:r>
      <w:proofErr w:type="gramStart"/>
      <w:r w:rsidR="00220A50">
        <w:rPr>
          <w:rFonts w:ascii="Arial" w:hAnsi="Arial" w:cs="Arial"/>
          <w:b/>
          <w:bCs/>
          <w:color w:val="C0504D" w:themeColor="accent2"/>
          <w:sz w:val="22"/>
          <w:szCs w:val="24"/>
        </w:rPr>
        <w:t>make a determination</w:t>
      </w:r>
      <w:proofErr w:type="gramEnd"/>
      <w:r w:rsidR="00220A50">
        <w:rPr>
          <w:rFonts w:ascii="Arial" w:hAnsi="Arial" w:cs="Arial"/>
          <w:b/>
          <w:bCs/>
          <w:color w:val="C0504D" w:themeColor="accent2"/>
          <w:sz w:val="22"/>
          <w:szCs w:val="24"/>
        </w:rPr>
        <w:t xml:space="preserve">. </w:t>
      </w:r>
    </w:p>
    <w:p w14:paraId="6C387477" w14:textId="15C6C923" w:rsidR="004533EB" w:rsidRPr="00342E7F" w:rsidRDefault="004533EB" w:rsidP="00342E7F">
      <w:pPr>
        <w:pStyle w:val="Heading3"/>
        <w:shd w:val="clear" w:color="auto" w:fill="E8F4F8"/>
        <w:spacing w:before="0" w:after="240" w:line="288" w:lineRule="auto"/>
        <w:rPr>
          <w:rFonts w:ascii="Arial" w:hAnsi="Arial" w:cs="Arial"/>
          <w:color w:val="8064A2" w:themeColor="accent4"/>
          <w:sz w:val="24"/>
          <w:szCs w:val="28"/>
        </w:rPr>
      </w:pPr>
      <w:r w:rsidRPr="00054C73">
        <w:rPr>
          <w:rFonts w:ascii="Arial" w:hAnsi="Arial" w:cs="Arial"/>
          <w:color w:val="8064A2" w:themeColor="accent4"/>
          <w:sz w:val="24"/>
          <w:szCs w:val="28"/>
        </w:rPr>
        <w:t>Interpreting Your Results</w:t>
      </w:r>
    </w:p>
    <w:p w14:paraId="388E36F7" w14:textId="1A696CB3" w:rsidR="00CF3545" w:rsidRDefault="00DA4DD0" w:rsidP="00220A50">
      <w:pPr>
        <w:spacing w:after="240" w:line="336" w:lineRule="auto"/>
        <w:rPr>
          <w:rFonts w:ascii="Arial" w:hAnsi="Arial" w:cs="Arial"/>
          <w:b/>
          <w:bCs/>
          <w:sz w:val="22"/>
        </w:rPr>
      </w:pPr>
      <w:r>
        <w:rPr>
          <w:rFonts w:ascii="Arial" w:hAnsi="Arial" w:cs="Arial"/>
          <w:b/>
          <w:bCs/>
          <w:sz w:val="22"/>
        </w:rPr>
        <w:t>I</w:t>
      </w:r>
      <w:r w:rsidR="00CF3545" w:rsidRPr="00CF3545">
        <w:rPr>
          <w:rFonts w:ascii="Arial" w:hAnsi="Arial" w:cs="Arial"/>
          <w:b/>
          <w:bCs/>
          <w:sz w:val="22"/>
        </w:rPr>
        <w:t>f you have marked all 3 of the A criteria in column 5 and at least 2 of the 4 B criteria, this is a strong indication (but not an absolute given) that you would receive a diagnosis i</w:t>
      </w:r>
      <w:r w:rsidR="00220A50">
        <w:rPr>
          <w:rFonts w:ascii="Arial" w:hAnsi="Arial" w:cs="Arial"/>
          <w:b/>
          <w:bCs/>
          <w:sz w:val="22"/>
        </w:rPr>
        <w:t xml:space="preserve">f </w:t>
      </w:r>
      <w:r w:rsidR="00CF3545" w:rsidRPr="00CF3545">
        <w:rPr>
          <w:rFonts w:ascii="Arial" w:hAnsi="Arial" w:cs="Arial"/>
          <w:b/>
          <w:bCs/>
          <w:sz w:val="22"/>
        </w:rPr>
        <w:t>you pursued a formal assessment.</w:t>
      </w:r>
    </w:p>
    <w:p w14:paraId="3ACFB0FA" w14:textId="0E0B8639" w:rsidR="00CF3545" w:rsidRPr="00CF3545" w:rsidRDefault="00CF3545" w:rsidP="00220A50">
      <w:pPr>
        <w:spacing w:after="240" w:line="336" w:lineRule="auto"/>
        <w:rPr>
          <w:rFonts w:ascii="Arial" w:hAnsi="Arial" w:cs="Arial"/>
          <w:b/>
          <w:bCs/>
          <w:sz w:val="22"/>
        </w:rPr>
      </w:pPr>
      <w:r w:rsidRPr="00CF3545">
        <w:rPr>
          <w:rFonts w:ascii="Arial" w:hAnsi="Arial" w:cs="Arial"/>
          <w:b/>
          <w:bCs/>
          <w:sz w:val="22"/>
        </w:rPr>
        <w:t>If you have not checked enough of the required boxes in column 5, this does not automatically mean you are not autistic. The assessment process (both self and formal) is multifactorial and there are many confounding variables.</w:t>
      </w:r>
    </w:p>
    <w:p w14:paraId="64217850" w14:textId="5E9C9EEE" w:rsidR="00CF3545" w:rsidRPr="00CF3545" w:rsidRDefault="00CF3545" w:rsidP="00220A50">
      <w:pPr>
        <w:spacing w:after="240" w:line="336" w:lineRule="auto"/>
        <w:rPr>
          <w:rFonts w:ascii="Arial" w:hAnsi="Arial" w:cs="Arial"/>
          <w:b/>
          <w:bCs/>
          <w:sz w:val="22"/>
        </w:rPr>
      </w:pPr>
      <w:r w:rsidRPr="00CF3545">
        <w:rPr>
          <w:rFonts w:ascii="Arial" w:hAnsi="Arial" w:cs="Arial"/>
          <w:b/>
          <w:bCs/>
          <w:sz w:val="22"/>
        </w:rPr>
        <w:t xml:space="preserve">If you did not mark enough of the boxes in this self-assessment </w:t>
      </w:r>
      <w:r w:rsidR="002E5F9C" w:rsidRPr="002E5F9C">
        <w:rPr>
          <w:rFonts w:ascii="Arial" w:hAnsi="Arial" w:cs="Arial"/>
          <w:b/>
          <w:bCs/>
          <w:sz w:val="22"/>
        </w:rPr>
        <w:t xml:space="preserve">guide </w:t>
      </w:r>
      <w:r w:rsidRPr="00CF3545">
        <w:rPr>
          <w:rFonts w:ascii="Arial" w:hAnsi="Arial" w:cs="Arial"/>
          <w:b/>
          <w:bCs/>
          <w:sz w:val="22"/>
        </w:rPr>
        <w:t>but still suspect you are autistic, pursuing a formal assessment may be something to consider (if you are able)</w:t>
      </w:r>
      <w:r w:rsidR="00220A50">
        <w:rPr>
          <w:rFonts w:ascii="Arial" w:hAnsi="Arial" w:cs="Arial"/>
          <w:b/>
          <w:bCs/>
          <w:sz w:val="22"/>
        </w:rPr>
        <w:t>.</w:t>
      </w:r>
    </w:p>
    <w:p w14:paraId="62FDD10E" w14:textId="77777777" w:rsidR="00220A50" w:rsidRDefault="00220A50" w:rsidP="00220A50">
      <w:pPr>
        <w:spacing w:after="240"/>
        <w:rPr>
          <w:rFonts w:ascii="Arial" w:eastAsiaTheme="majorEastAsia" w:hAnsi="Arial" w:cs="Arial"/>
          <w:b/>
          <w:bCs/>
          <w:color w:val="8064A2" w:themeColor="accent4"/>
          <w:sz w:val="24"/>
          <w:szCs w:val="28"/>
        </w:rPr>
      </w:pPr>
      <w:r>
        <w:rPr>
          <w:rFonts w:ascii="Arial" w:hAnsi="Arial" w:cs="Arial"/>
          <w:color w:val="8064A2" w:themeColor="accent4"/>
          <w:sz w:val="24"/>
          <w:szCs w:val="28"/>
        </w:rPr>
        <w:br w:type="page"/>
      </w:r>
    </w:p>
    <w:p w14:paraId="797C72F1" w14:textId="022510B0" w:rsidR="004533EB" w:rsidRPr="00CF3545" w:rsidRDefault="004533EB" w:rsidP="00CF3545">
      <w:pPr>
        <w:pStyle w:val="Heading3"/>
        <w:shd w:val="clear" w:color="auto" w:fill="E8F4F8"/>
        <w:spacing w:before="0" w:after="240" w:line="288" w:lineRule="auto"/>
        <w:rPr>
          <w:rFonts w:ascii="Arial" w:hAnsi="Arial" w:cs="Arial"/>
          <w:color w:val="8064A2" w:themeColor="accent4"/>
          <w:sz w:val="24"/>
          <w:szCs w:val="28"/>
        </w:rPr>
      </w:pPr>
      <w:r w:rsidRPr="00CF3545">
        <w:rPr>
          <w:rFonts w:ascii="Arial" w:hAnsi="Arial" w:cs="Arial"/>
          <w:color w:val="8064A2" w:themeColor="accent4"/>
          <w:sz w:val="24"/>
          <w:szCs w:val="28"/>
        </w:rPr>
        <w:lastRenderedPageBreak/>
        <w:t xml:space="preserve">Your Self-Assessment </w:t>
      </w:r>
      <w:r w:rsidR="00CF3545">
        <w:rPr>
          <w:rFonts w:ascii="Arial" w:hAnsi="Arial" w:cs="Arial"/>
          <w:color w:val="8064A2" w:themeColor="accent4"/>
          <w:sz w:val="24"/>
          <w:szCs w:val="28"/>
        </w:rPr>
        <w:t xml:space="preserve">Final </w:t>
      </w:r>
      <w:r w:rsidR="00CF3545" w:rsidRPr="00CF3545">
        <w:rPr>
          <w:rFonts w:ascii="Arial" w:hAnsi="Arial" w:cs="Arial"/>
          <w:color w:val="8064A2" w:themeColor="accent4"/>
          <w:sz w:val="24"/>
          <w:szCs w:val="28"/>
        </w:rPr>
        <w:t>Results</w:t>
      </w:r>
    </w:p>
    <w:p w14:paraId="365275C5" w14:textId="6F0CF9B3" w:rsidR="004533EB" w:rsidRPr="00CF3545" w:rsidRDefault="004533EB" w:rsidP="00CF3545">
      <w:pPr>
        <w:spacing w:after="240" w:line="312" w:lineRule="auto"/>
        <w:rPr>
          <w:rFonts w:ascii="Arial" w:hAnsi="Arial" w:cs="Arial"/>
          <w:sz w:val="22"/>
        </w:rPr>
      </w:pPr>
      <w:r w:rsidRPr="00CF3545">
        <w:rPr>
          <w:rFonts w:ascii="Arial" w:hAnsi="Arial" w:cs="Arial"/>
          <w:sz w:val="22"/>
        </w:rPr>
        <w:t xml:space="preserve">Based on </w:t>
      </w:r>
      <w:r w:rsidR="00DA4DD0">
        <w:rPr>
          <w:rFonts w:ascii="Arial" w:hAnsi="Arial" w:cs="Arial"/>
          <w:sz w:val="22"/>
        </w:rPr>
        <w:t>what I have uncovered through this thorough self-assessment process:</w:t>
      </w:r>
    </w:p>
    <w:p w14:paraId="147CE7E7" w14:textId="77777777" w:rsidR="004533EB" w:rsidRPr="00CF3545" w:rsidRDefault="004533EB" w:rsidP="00CF3545">
      <w:pPr>
        <w:spacing w:after="240" w:line="312" w:lineRule="auto"/>
        <w:rPr>
          <w:rFonts w:ascii="Arial" w:hAnsi="Arial" w:cs="Arial"/>
          <w:sz w:val="22"/>
        </w:rPr>
      </w:pPr>
      <w:r w:rsidRPr="00CF3545">
        <w:rPr>
          <w:rFonts w:ascii="Segoe UI Symbol" w:hAnsi="Segoe UI Symbol" w:cs="Segoe UI Symbol"/>
          <w:sz w:val="22"/>
        </w:rPr>
        <w:t>☐</w:t>
      </w:r>
      <w:r w:rsidRPr="00CF3545">
        <w:rPr>
          <w:rFonts w:ascii="Arial" w:hAnsi="Arial" w:cs="Arial"/>
          <w:sz w:val="22"/>
        </w:rPr>
        <w:t xml:space="preserve"> </w:t>
      </w:r>
      <w:r w:rsidRPr="00CF3545">
        <w:rPr>
          <w:rFonts w:ascii="Arial" w:hAnsi="Arial" w:cs="Arial"/>
          <w:b/>
          <w:bCs/>
          <w:sz w:val="22"/>
        </w:rPr>
        <w:t>I believe I am likely autistic.</w:t>
      </w:r>
    </w:p>
    <w:p w14:paraId="16D93A86" w14:textId="2C5DA4AE" w:rsidR="004533EB" w:rsidRPr="00CF3545" w:rsidRDefault="004533EB" w:rsidP="00CF3545">
      <w:pPr>
        <w:spacing w:after="240" w:line="312" w:lineRule="auto"/>
        <w:rPr>
          <w:rFonts w:ascii="Arial" w:hAnsi="Arial" w:cs="Arial"/>
          <w:sz w:val="22"/>
        </w:rPr>
      </w:pPr>
      <w:r w:rsidRPr="00CF3545">
        <w:rPr>
          <w:rFonts w:ascii="Segoe UI Symbol" w:hAnsi="Segoe UI Symbol" w:cs="Segoe UI Symbol"/>
          <w:sz w:val="22"/>
        </w:rPr>
        <w:t>☐</w:t>
      </w:r>
      <w:r w:rsidRPr="00CF3545">
        <w:rPr>
          <w:rFonts w:ascii="Arial" w:hAnsi="Arial" w:cs="Arial"/>
          <w:sz w:val="22"/>
        </w:rPr>
        <w:t xml:space="preserve"> </w:t>
      </w:r>
      <w:r w:rsidRPr="00CF3545">
        <w:rPr>
          <w:rFonts w:ascii="Arial" w:hAnsi="Arial" w:cs="Arial"/>
          <w:b/>
          <w:bCs/>
          <w:sz w:val="22"/>
        </w:rPr>
        <w:t>I believe I may be autistic, but I</w:t>
      </w:r>
      <w:r w:rsidR="00DA4DD0">
        <w:rPr>
          <w:rFonts w:ascii="Arial" w:hAnsi="Arial" w:cs="Arial"/>
          <w:b/>
          <w:bCs/>
          <w:sz w:val="22"/>
        </w:rPr>
        <w:t xml:space="preserve"> am still unsure. </w:t>
      </w:r>
    </w:p>
    <w:p w14:paraId="26A6E399" w14:textId="01278A06" w:rsidR="004533EB" w:rsidRDefault="004533EB" w:rsidP="00CF3545">
      <w:pPr>
        <w:spacing w:after="240" w:line="312" w:lineRule="auto"/>
        <w:rPr>
          <w:rFonts w:ascii="Arial" w:hAnsi="Arial" w:cs="Arial"/>
          <w:b/>
          <w:bCs/>
          <w:sz w:val="22"/>
        </w:rPr>
      </w:pPr>
      <w:r w:rsidRPr="00CF3545">
        <w:rPr>
          <w:rFonts w:ascii="Segoe UI Symbol" w:hAnsi="Segoe UI Symbol" w:cs="Segoe UI Symbol"/>
          <w:sz w:val="22"/>
        </w:rPr>
        <w:t>☐</w:t>
      </w:r>
      <w:r w:rsidRPr="00CF3545">
        <w:rPr>
          <w:rFonts w:ascii="Arial" w:hAnsi="Arial" w:cs="Arial"/>
          <w:sz w:val="22"/>
        </w:rPr>
        <w:t xml:space="preserve"> </w:t>
      </w:r>
      <w:r w:rsidR="00DA4DD0">
        <w:rPr>
          <w:rFonts w:ascii="Arial" w:hAnsi="Arial" w:cs="Arial"/>
          <w:b/>
          <w:bCs/>
          <w:sz w:val="22"/>
        </w:rPr>
        <w:t>I believe I am likely not autistic</w:t>
      </w:r>
      <w:r w:rsidRPr="00CF3545">
        <w:rPr>
          <w:rFonts w:ascii="Arial" w:hAnsi="Arial" w:cs="Arial"/>
          <w:b/>
          <w:bCs/>
          <w:sz w:val="22"/>
        </w:rPr>
        <w:t>.</w:t>
      </w:r>
    </w:p>
    <w:p w14:paraId="166CBD0B" w14:textId="77777777" w:rsidR="00220A50" w:rsidRPr="00CF3545" w:rsidRDefault="00220A50" w:rsidP="00CF3545">
      <w:pPr>
        <w:spacing w:after="240" w:line="312" w:lineRule="auto"/>
        <w:rPr>
          <w:rFonts w:ascii="Arial" w:hAnsi="Arial" w:cs="Arial"/>
          <w:sz w:val="22"/>
        </w:rPr>
      </w:pPr>
    </w:p>
    <w:p w14:paraId="6AC58A35" w14:textId="657CBE09" w:rsidR="00CF3545" w:rsidRPr="00CF3545" w:rsidRDefault="00220A50" w:rsidP="00CF3545">
      <w:pPr>
        <w:pStyle w:val="Heading3"/>
        <w:shd w:val="clear" w:color="auto" w:fill="E8F4F8"/>
        <w:spacing w:before="0" w:after="240" w:line="288" w:lineRule="auto"/>
        <w:rPr>
          <w:rFonts w:ascii="Arial" w:hAnsi="Arial" w:cs="Arial"/>
          <w:color w:val="8064A2" w:themeColor="accent4"/>
          <w:sz w:val="24"/>
          <w:szCs w:val="28"/>
        </w:rPr>
      </w:pPr>
      <w:r>
        <w:rPr>
          <w:rFonts w:ascii="Arial" w:hAnsi="Arial" w:cs="Arial"/>
          <w:color w:val="8064A2" w:themeColor="accent4"/>
          <w:sz w:val="24"/>
          <w:szCs w:val="28"/>
        </w:rPr>
        <w:t xml:space="preserve">Final </w:t>
      </w:r>
      <w:r w:rsidR="00CF3545">
        <w:rPr>
          <w:rFonts w:ascii="Arial" w:hAnsi="Arial" w:cs="Arial"/>
          <w:color w:val="8064A2" w:themeColor="accent4"/>
          <w:sz w:val="24"/>
          <w:szCs w:val="28"/>
        </w:rPr>
        <w:t xml:space="preserve">Thoughts and </w:t>
      </w:r>
      <w:proofErr w:type="gramStart"/>
      <w:r w:rsidR="00CF3545">
        <w:rPr>
          <w:rFonts w:ascii="Arial" w:hAnsi="Arial" w:cs="Arial"/>
          <w:color w:val="8064A2" w:themeColor="accent4"/>
          <w:sz w:val="24"/>
          <w:szCs w:val="28"/>
        </w:rPr>
        <w:t>reflections</w:t>
      </w:r>
      <w:proofErr w:type="gramEnd"/>
    </w:p>
    <w:p w14:paraId="30657C81" w14:textId="5649BB5F" w:rsidR="004533EB" w:rsidRDefault="00CF3545" w:rsidP="00CF3545">
      <w:pPr>
        <w:spacing w:after="240" w:line="312" w:lineRule="auto"/>
        <w:rPr>
          <w:rFonts w:ascii="Arial" w:hAnsi="Arial" w:cs="Arial"/>
          <w:sz w:val="22"/>
        </w:rPr>
      </w:pPr>
      <w:r>
        <w:rPr>
          <w:rFonts w:ascii="Arial" w:hAnsi="Arial" w:cs="Arial"/>
          <w:sz w:val="22"/>
        </w:rPr>
        <w:t xml:space="preserve">Use this final section of the </w:t>
      </w:r>
      <w:r w:rsidR="002E5F9C" w:rsidRPr="002E5F9C">
        <w:rPr>
          <w:rFonts w:ascii="Arial" w:hAnsi="Arial" w:cs="Arial"/>
          <w:sz w:val="22"/>
        </w:rPr>
        <w:t xml:space="preserve">guide </w:t>
      </w:r>
      <w:r>
        <w:rPr>
          <w:rFonts w:ascii="Arial" w:hAnsi="Arial" w:cs="Arial"/>
          <w:sz w:val="22"/>
        </w:rPr>
        <w:t xml:space="preserve">to write down whatever you are thinking and/or feeling about your results. </w:t>
      </w:r>
    </w:p>
    <w:p w14:paraId="0FFAFB34" w14:textId="77777777" w:rsidR="00CF3545" w:rsidRDefault="00CF3545" w:rsidP="00CF3545">
      <w:pPr>
        <w:spacing w:after="240" w:line="312" w:lineRule="auto"/>
        <w:rPr>
          <w:rFonts w:ascii="Arial" w:hAnsi="Arial" w:cs="Arial"/>
          <w:sz w:val="22"/>
        </w:rPr>
      </w:pPr>
      <w:r>
        <w:rPr>
          <w:rFonts w:ascii="Arial" w:hAnsi="Arial" w:cs="Arial"/>
          <w:sz w:val="22"/>
        </w:rPr>
        <w:t xml:space="preserve">This is meant to help you process your thoughts and feelings about your results, the process you took to get here, and anything else that feels relevant and important to you. </w:t>
      </w:r>
    </w:p>
    <w:p w14:paraId="31E3C92B" w14:textId="59A97676" w:rsidR="004533EB" w:rsidRDefault="00DA4DD0" w:rsidP="00CF3545">
      <w:pPr>
        <w:spacing w:after="240" w:line="312" w:lineRule="auto"/>
        <w:rPr>
          <w:rFonts w:ascii="Arial" w:hAnsi="Arial" w:cs="Arial"/>
          <w:sz w:val="22"/>
        </w:rPr>
      </w:pPr>
      <w:r>
        <w:rPr>
          <w:rFonts w:ascii="Arial" w:hAnsi="Arial" w:cs="Arial"/>
          <w:sz w:val="22"/>
        </w:rPr>
        <w:t>What you write here is for</w:t>
      </w:r>
      <w:r w:rsidR="00CF3545">
        <w:rPr>
          <w:rFonts w:ascii="Arial" w:hAnsi="Arial" w:cs="Arial"/>
          <w:sz w:val="22"/>
        </w:rPr>
        <w:t xml:space="preserve"> you </w:t>
      </w:r>
      <w:r>
        <w:rPr>
          <w:rFonts w:ascii="Arial" w:hAnsi="Arial" w:cs="Arial"/>
          <w:sz w:val="22"/>
        </w:rPr>
        <w:t xml:space="preserve">first… </w:t>
      </w:r>
      <w:r w:rsidR="00CF3545">
        <w:rPr>
          <w:rFonts w:ascii="Arial" w:hAnsi="Arial" w:cs="Arial"/>
          <w:sz w:val="22"/>
        </w:rPr>
        <w:t xml:space="preserve">but can be shared with anyone you feel comfortable sharing </w:t>
      </w:r>
      <w:r>
        <w:rPr>
          <w:rFonts w:ascii="Arial" w:hAnsi="Arial" w:cs="Arial"/>
          <w:sz w:val="22"/>
        </w:rPr>
        <w:t>it with.</w:t>
      </w:r>
    </w:p>
    <w:p w14:paraId="3B269958" w14:textId="7533D45A" w:rsidR="00201F69" w:rsidRDefault="00CF3545" w:rsidP="00CF3545">
      <w:pPr>
        <w:spacing w:after="240" w:line="312" w:lineRule="auto"/>
        <w:rPr>
          <w:rFonts w:ascii="Arial" w:hAnsi="Arial" w:cs="Arial"/>
          <w:sz w:val="22"/>
        </w:rPr>
      </w:pPr>
      <w:r>
        <w:rPr>
          <w:rFonts w:ascii="Arial" w:hAnsi="Arial" w:cs="Arial"/>
          <w:sz w:val="22"/>
        </w:rPr>
        <w:t xml:space="preserve">Write as much or as little as you like. This space is for you. </w:t>
      </w:r>
      <w:r w:rsidR="00DA4DD0">
        <w:rPr>
          <mc:AlternateContent>
            <mc:Choice Requires="w16se">
              <w:rFonts w:ascii="Arial" w:hAnsi="Arial" w:cs="Arial"/>
            </mc:Choice>
            <mc:Fallback>
              <w:rFonts w:ascii="Segoe UI Emoji" w:eastAsia="Segoe UI Emoji" w:hAnsi="Segoe UI Emoji" w:cs="Segoe UI Emoji"/>
            </mc:Fallback>
          </mc:AlternateContent>
          <w:sz w:val="22"/>
        </w:rPr>
        <mc:AlternateContent>
          <mc:Choice Requires="w16se">
            <w16se:symEx w16se:font="Segoe UI Emoji" w16se:char="2764"/>
          </mc:Choice>
          <mc:Fallback>
            <w:t>❤</w:t>
          </mc:Fallback>
        </mc:AlternateContent>
      </w:r>
      <w:r w:rsidR="00DA4DD0">
        <w:rPr>
          <w:rFonts w:ascii="Arial" w:hAnsi="Arial" w:cs="Arial"/>
          <w:sz w:val="22"/>
        </w:rPr>
        <w:t>️</w:t>
      </w:r>
    </w:p>
    <w:p w14:paraId="60666B18" w14:textId="77777777" w:rsidR="00201F69" w:rsidRDefault="00201F69">
      <w:pPr>
        <w:spacing w:after="200"/>
        <w:rPr>
          <w:rFonts w:ascii="Arial" w:hAnsi="Arial" w:cs="Arial"/>
          <w:sz w:val="22"/>
        </w:rPr>
      </w:pPr>
      <w:r>
        <w:rPr>
          <w:rFonts w:ascii="Arial" w:hAnsi="Arial" w:cs="Arial"/>
          <w:sz w:val="22"/>
        </w:rPr>
        <w:br w:type="page"/>
      </w:r>
    </w:p>
    <w:p w14:paraId="28FAEB99" w14:textId="09617CE4" w:rsidR="00201F69" w:rsidRDefault="00201F69" w:rsidP="00201F69">
      <w:pPr>
        <w:pStyle w:val="Heading2"/>
        <w:spacing w:before="0" w:after="240"/>
        <w:rPr>
          <w:rFonts w:ascii="Arial" w:hAnsi="Arial" w:cs="Arial"/>
          <w:color w:val="31849B" w:themeColor="accent5" w:themeShade="BF"/>
          <w:sz w:val="36"/>
          <w:szCs w:val="36"/>
        </w:rPr>
      </w:pPr>
      <w:r w:rsidRPr="00201F69">
        <w:rPr>
          <w:rFonts w:ascii="Arial" w:hAnsi="Arial" w:cs="Arial"/>
          <w:color w:val="31849B" w:themeColor="accent5" w:themeShade="BF"/>
          <w:sz w:val="36"/>
          <w:szCs w:val="36"/>
        </w:rPr>
        <w:lastRenderedPageBreak/>
        <w:t>Extra</w:t>
      </w:r>
      <w:r>
        <w:rPr>
          <w:rFonts w:ascii="Arial" w:hAnsi="Arial" w:cs="Arial"/>
          <w:color w:val="31849B" w:themeColor="accent5" w:themeShade="BF"/>
          <w:sz w:val="36"/>
          <w:szCs w:val="36"/>
        </w:rPr>
        <w:t xml:space="preserve"> Note Pages</w:t>
      </w:r>
    </w:p>
    <w:p w14:paraId="50ADC6EA" w14:textId="64A76BA9" w:rsidR="00243AFB" w:rsidRPr="00D02840" w:rsidRDefault="00243AFB" w:rsidP="00243AFB">
      <w:pPr>
        <w:rPr>
          <w:rFonts w:ascii="Arial" w:hAnsi="Arial" w:cs="Arial"/>
          <w:sz w:val="24"/>
          <w:szCs w:val="28"/>
        </w:rPr>
      </w:pPr>
      <w:r w:rsidRPr="00D02840">
        <w:rPr>
          <w:rFonts w:ascii="Arial" w:hAnsi="Arial" w:cs="Arial"/>
          <w:sz w:val="24"/>
          <w:szCs w:val="28"/>
        </w:rPr>
        <w:t>(This page is intentionally left blank)</w:t>
      </w:r>
    </w:p>
    <w:p w14:paraId="6DA7B9AA" w14:textId="77777777" w:rsidR="00BE47E4" w:rsidRPr="00243AFB" w:rsidRDefault="00BE47E4">
      <w:pPr>
        <w:spacing w:after="200"/>
        <w:rPr>
          <w:rFonts w:ascii="Arial" w:eastAsiaTheme="majorEastAsia" w:hAnsi="Arial" w:cs="Arial"/>
          <w:b/>
          <w:bCs/>
          <w:color w:val="8064A2" w:themeColor="accent4"/>
          <w:sz w:val="22"/>
          <w:szCs w:val="24"/>
        </w:rPr>
      </w:pPr>
      <w:r w:rsidRPr="00243AFB">
        <w:rPr>
          <w:rFonts w:ascii="Arial" w:hAnsi="Arial" w:cs="Arial"/>
          <w:b/>
          <w:bCs/>
          <w:color w:val="8064A2" w:themeColor="accent4"/>
          <w:sz w:val="22"/>
          <w:szCs w:val="24"/>
        </w:rPr>
        <w:br w:type="page"/>
      </w:r>
    </w:p>
    <w:p w14:paraId="12CFFA27" w14:textId="77777777" w:rsidR="00BE47E4" w:rsidRPr="00D408DC" w:rsidRDefault="00BE47E4" w:rsidP="00BE47E4">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Additional Notes</w:t>
      </w:r>
    </w:p>
    <w:p w14:paraId="4FBC53FA" w14:textId="77777777" w:rsidR="00BE47E4" w:rsidRPr="00201F69" w:rsidRDefault="00BE47E4" w:rsidP="00BE47E4">
      <w:pPr>
        <w:spacing w:after="180" w:line="288" w:lineRule="auto"/>
        <w:rPr>
          <w:rFonts w:ascii="Arial" w:hAnsi="Arial" w:cs="Arial"/>
          <w:noProof/>
          <w:sz w:val="22"/>
        </w:rPr>
      </w:pPr>
      <w:r>
        <w:rPr>
          <w:rFonts w:ascii="Arial" w:hAnsi="Arial" w:cs="Arial"/>
          <w:b/>
          <w:noProof/>
          <w:sz w:val="24"/>
          <w:szCs w:val="24"/>
        </w:rPr>
        <mc:AlternateContent>
          <mc:Choice Requires="wps">
            <w:drawing>
              <wp:inline distT="0" distB="0" distL="0" distR="0" wp14:anchorId="077C8888" wp14:editId="4F8E8DAA">
                <wp:extent cx="6254750" cy="7488910"/>
                <wp:effectExtent l="0" t="0" r="0" b="0"/>
                <wp:docPr id="1261205517" name="Text Box 2"/>
                <wp:cNvGraphicFramePr/>
                <a:graphic xmlns:a="http://schemas.openxmlformats.org/drawingml/2006/main">
                  <a:graphicData uri="http://schemas.microsoft.com/office/word/2010/wordprocessingShape">
                    <wps:wsp>
                      <wps:cNvSpPr txBox="1"/>
                      <wps:spPr>
                        <a:xfrm>
                          <a:off x="0" y="0"/>
                          <a:ext cx="6254750" cy="7488910"/>
                        </a:xfrm>
                        <a:prstGeom prst="rect">
                          <a:avLst/>
                        </a:prstGeom>
                        <a:solidFill>
                          <a:srgbClr val="F0F7FA"/>
                        </a:solidFill>
                        <a:ln w="6350">
                          <a:noFill/>
                        </a:ln>
                      </wps:spPr>
                      <wps:txbx>
                        <w:txbxContent>
                          <w:p w14:paraId="53CA4BEF"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77C8888" id="_x0000_s1060" type="#_x0000_t202" style="width:492.5pt;height:58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" fillcolor="#f0f7fa" stroked="f" strokeweight=".5pt">
                <v:textbox>
                  <w:txbxContent>
                    <w:p w14:paraId="53CA4BEF"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v:textbox>
                <w10:anchorlock/>
              </v:shape>
            </w:pict>
          </mc:Fallback>
        </mc:AlternateContent>
      </w:r>
    </w:p>
    <w:p w14:paraId="06EE854D" w14:textId="77777777" w:rsidR="00BE47E4" w:rsidRDefault="00BE47E4" w:rsidP="00BE47E4">
      <w:pPr>
        <w:spacing w:after="200"/>
        <w:rPr>
          <w:rFonts w:ascii="Arial" w:eastAsiaTheme="majorEastAsia" w:hAnsi="Arial" w:cs="Arial"/>
          <w:i/>
          <w:iCs/>
          <w:color w:val="0070C0"/>
          <w:sz w:val="24"/>
          <w:szCs w:val="28"/>
        </w:rPr>
      </w:pPr>
      <w:r>
        <w:rPr>
          <w:rFonts w:ascii="Arial" w:hAnsi="Arial" w:cs="Arial"/>
          <w:i/>
          <w:iCs/>
          <w:color w:val="0070C0"/>
          <w:sz w:val="24"/>
          <w:szCs w:val="28"/>
        </w:rPr>
        <w:br w:type="page"/>
      </w:r>
      <w:r>
        <w:rPr>
          <w:rFonts w:ascii="Arial" w:hAnsi="Arial" w:cs="Arial"/>
          <w:i/>
          <w:iCs/>
          <w:color w:val="0070C0"/>
          <w:sz w:val="24"/>
          <w:szCs w:val="28"/>
        </w:rPr>
        <w:lastRenderedPageBreak/>
        <w:br w:type="page"/>
      </w:r>
    </w:p>
    <w:p w14:paraId="32C6273E" w14:textId="2A64874F" w:rsidR="00201F69" w:rsidRPr="00D408DC" w:rsidRDefault="00201F69" w:rsidP="00201F69">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Additional Notes</w:t>
      </w:r>
    </w:p>
    <w:p w14:paraId="76DC45D8" w14:textId="77777777" w:rsidR="00201F69" w:rsidRDefault="00201F69" w:rsidP="00201F69">
      <w:pPr>
        <w:spacing w:after="180" w:line="288" w:lineRule="auto"/>
        <w:rPr>
          <w:rFonts w:ascii="Arial" w:hAnsi="Arial" w:cs="Arial"/>
          <w:noProof/>
          <w:sz w:val="22"/>
        </w:rPr>
      </w:pPr>
      <w:r>
        <w:rPr>
          <w:rFonts w:ascii="Arial" w:hAnsi="Arial" w:cs="Arial"/>
          <w:b/>
          <w:noProof/>
          <w:sz w:val="24"/>
          <w:szCs w:val="24"/>
        </w:rPr>
        <mc:AlternateContent>
          <mc:Choice Requires="wps">
            <w:drawing>
              <wp:inline distT="0" distB="0" distL="0" distR="0" wp14:anchorId="21DAFDDB" wp14:editId="6949869C">
                <wp:extent cx="6254750" cy="7488910"/>
                <wp:effectExtent l="0" t="0" r="0" b="0"/>
                <wp:docPr id="1711302714" name="Text Box 2"/>
                <wp:cNvGraphicFramePr/>
                <a:graphic xmlns:a="http://schemas.openxmlformats.org/drawingml/2006/main">
                  <a:graphicData uri="http://schemas.microsoft.com/office/word/2010/wordprocessingShape">
                    <wps:wsp>
                      <wps:cNvSpPr txBox="1"/>
                      <wps:spPr>
                        <a:xfrm>
                          <a:off x="0" y="0"/>
                          <a:ext cx="6254750" cy="7488910"/>
                        </a:xfrm>
                        <a:prstGeom prst="rect">
                          <a:avLst/>
                        </a:prstGeom>
                        <a:solidFill>
                          <a:srgbClr val="F0F7FA"/>
                        </a:solidFill>
                        <a:ln w="6350">
                          <a:noFill/>
                        </a:ln>
                      </wps:spPr>
                      <wps:txbx>
                        <w:txbxContent>
                          <w:p w14:paraId="1FBD0DC6" w14:textId="77777777" w:rsidR="00201F69" w:rsidRPr="00201F69" w:rsidRDefault="00201F69" w:rsidP="00201F69">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1DAFDDB" id="_x0000_s1061" type="#_x0000_t202" style="width:492.5pt;height:58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" fillcolor="#f0f7fa" stroked="f" strokeweight=".5pt">
                <v:textbox>
                  <w:txbxContent>
                    <w:p w14:paraId="1FBD0DC6" w14:textId="77777777" w:rsidR="00201F69" w:rsidRPr="00201F69" w:rsidRDefault="00201F69" w:rsidP="00201F69">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v:textbox>
                <w10:anchorlock/>
              </v:shape>
            </w:pict>
          </mc:Fallback>
        </mc:AlternateContent>
      </w:r>
    </w:p>
    <w:p w14:paraId="557E8C06" w14:textId="77777777" w:rsidR="00BE47E4" w:rsidRPr="00D408DC" w:rsidRDefault="00BE47E4" w:rsidP="00BE47E4">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Additional Notes</w:t>
      </w:r>
    </w:p>
    <w:p w14:paraId="72CE9F63" w14:textId="77777777" w:rsidR="00BE47E4" w:rsidRPr="00201F69" w:rsidRDefault="00BE47E4" w:rsidP="00BE47E4">
      <w:pPr>
        <w:spacing w:after="180" w:line="288" w:lineRule="auto"/>
        <w:rPr>
          <w:rFonts w:ascii="Arial" w:hAnsi="Arial" w:cs="Arial"/>
          <w:noProof/>
          <w:sz w:val="22"/>
        </w:rPr>
      </w:pPr>
      <w:r>
        <w:rPr>
          <w:rFonts w:ascii="Arial" w:hAnsi="Arial" w:cs="Arial"/>
          <w:b/>
          <w:noProof/>
          <w:sz w:val="24"/>
          <w:szCs w:val="24"/>
        </w:rPr>
        <mc:AlternateContent>
          <mc:Choice Requires="wps">
            <w:drawing>
              <wp:inline distT="0" distB="0" distL="0" distR="0" wp14:anchorId="7BC597AA" wp14:editId="66585AF4">
                <wp:extent cx="6254750" cy="7488910"/>
                <wp:effectExtent l="0" t="0" r="0" b="0"/>
                <wp:docPr id="387081250" name="Text Box 2"/>
                <wp:cNvGraphicFramePr/>
                <a:graphic xmlns:a="http://schemas.openxmlformats.org/drawingml/2006/main">
                  <a:graphicData uri="http://schemas.microsoft.com/office/word/2010/wordprocessingShape">
                    <wps:wsp>
                      <wps:cNvSpPr txBox="1"/>
                      <wps:spPr>
                        <a:xfrm>
                          <a:off x="0" y="0"/>
                          <a:ext cx="6254750" cy="7488910"/>
                        </a:xfrm>
                        <a:prstGeom prst="rect">
                          <a:avLst/>
                        </a:prstGeom>
                        <a:solidFill>
                          <a:srgbClr val="F0F7FA"/>
                        </a:solidFill>
                        <a:ln w="6350">
                          <a:noFill/>
                        </a:ln>
                      </wps:spPr>
                      <wps:txbx>
                        <w:txbxContent>
                          <w:p w14:paraId="152C09BE"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BC597AA" id="_x0000_s1062" type="#_x0000_t202" style="width:492.5pt;height:58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" fillcolor="#f0f7fa" stroked="f" strokeweight=".5pt">
                <v:textbox>
                  <w:txbxContent>
                    <w:p w14:paraId="152C09BE"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v:textbox>
                <w10:anchorlock/>
              </v:shape>
            </w:pict>
          </mc:Fallback>
        </mc:AlternateContent>
      </w:r>
    </w:p>
    <w:p w14:paraId="0F1CFCD4" w14:textId="77777777" w:rsidR="00BE47E4" w:rsidRPr="00D408DC" w:rsidRDefault="00BE47E4" w:rsidP="00BE47E4">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Additional Notes</w:t>
      </w:r>
    </w:p>
    <w:p w14:paraId="661C1A12" w14:textId="77777777" w:rsidR="00BE47E4" w:rsidRPr="00201F69" w:rsidRDefault="00BE47E4" w:rsidP="00BE47E4">
      <w:pPr>
        <w:spacing w:after="180" w:line="288" w:lineRule="auto"/>
        <w:rPr>
          <w:rFonts w:ascii="Arial" w:hAnsi="Arial" w:cs="Arial"/>
          <w:noProof/>
          <w:sz w:val="22"/>
        </w:rPr>
      </w:pPr>
      <w:r>
        <w:rPr>
          <w:rFonts w:ascii="Arial" w:hAnsi="Arial" w:cs="Arial"/>
          <w:b/>
          <w:noProof/>
          <w:sz w:val="24"/>
          <w:szCs w:val="24"/>
        </w:rPr>
        <mc:AlternateContent>
          <mc:Choice Requires="wps">
            <w:drawing>
              <wp:inline distT="0" distB="0" distL="0" distR="0" wp14:anchorId="5F210233" wp14:editId="105E3A51">
                <wp:extent cx="6254750" cy="7488910"/>
                <wp:effectExtent l="0" t="0" r="0" b="0"/>
                <wp:docPr id="1871209069" name="Text Box 2"/>
                <wp:cNvGraphicFramePr/>
                <a:graphic xmlns:a="http://schemas.openxmlformats.org/drawingml/2006/main">
                  <a:graphicData uri="http://schemas.microsoft.com/office/word/2010/wordprocessingShape">
                    <wps:wsp>
                      <wps:cNvSpPr txBox="1"/>
                      <wps:spPr>
                        <a:xfrm>
                          <a:off x="0" y="0"/>
                          <a:ext cx="6254750" cy="7488910"/>
                        </a:xfrm>
                        <a:prstGeom prst="rect">
                          <a:avLst/>
                        </a:prstGeom>
                        <a:solidFill>
                          <a:srgbClr val="F0F7FA"/>
                        </a:solidFill>
                        <a:ln w="6350">
                          <a:noFill/>
                        </a:ln>
                      </wps:spPr>
                      <wps:txbx>
                        <w:txbxContent>
                          <w:p w14:paraId="7D2BA9C6"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F210233" id="_x0000_s1063" type="#_x0000_t202" style="width:492.5pt;height:58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" fillcolor="#f0f7fa" stroked="f" strokeweight=".5pt">
                <v:textbox>
                  <w:txbxContent>
                    <w:p w14:paraId="7D2BA9C6"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v:textbox>
                <w10:anchorlock/>
              </v:shape>
            </w:pict>
          </mc:Fallback>
        </mc:AlternateContent>
      </w:r>
    </w:p>
    <w:p w14:paraId="56B4F5D6" w14:textId="77777777" w:rsidR="00BE47E4" w:rsidRPr="00D408DC" w:rsidRDefault="00BE47E4" w:rsidP="00BE47E4">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Additional Notes</w:t>
      </w:r>
    </w:p>
    <w:p w14:paraId="7747EAB4" w14:textId="77777777" w:rsidR="00BE47E4" w:rsidRPr="00201F69" w:rsidRDefault="00BE47E4" w:rsidP="00BE47E4">
      <w:pPr>
        <w:spacing w:after="180" w:line="288" w:lineRule="auto"/>
        <w:rPr>
          <w:rFonts w:ascii="Arial" w:hAnsi="Arial" w:cs="Arial"/>
          <w:noProof/>
          <w:sz w:val="22"/>
        </w:rPr>
      </w:pPr>
      <w:r>
        <w:rPr>
          <w:rFonts w:ascii="Arial" w:hAnsi="Arial" w:cs="Arial"/>
          <w:b/>
          <w:noProof/>
          <w:sz w:val="24"/>
          <w:szCs w:val="24"/>
        </w:rPr>
        <mc:AlternateContent>
          <mc:Choice Requires="wps">
            <w:drawing>
              <wp:inline distT="0" distB="0" distL="0" distR="0" wp14:anchorId="1D040509" wp14:editId="3E41F7AC">
                <wp:extent cx="6254750" cy="7488910"/>
                <wp:effectExtent l="0" t="0" r="0" b="0"/>
                <wp:docPr id="162613484" name="Text Box 2"/>
                <wp:cNvGraphicFramePr/>
                <a:graphic xmlns:a="http://schemas.openxmlformats.org/drawingml/2006/main">
                  <a:graphicData uri="http://schemas.microsoft.com/office/word/2010/wordprocessingShape">
                    <wps:wsp>
                      <wps:cNvSpPr txBox="1"/>
                      <wps:spPr>
                        <a:xfrm>
                          <a:off x="0" y="0"/>
                          <a:ext cx="6254750" cy="7488910"/>
                        </a:xfrm>
                        <a:prstGeom prst="rect">
                          <a:avLst/>
                        </a:prstGeom>
                        <a:solidFill>
                          <a:srgbClr val="F0F7FA"/>
                        </a:solidFill>
                        <a:ln w="6350">
                          <a:noFill/>
                        </a:ln>
                      </wps:spPr>
                      <wps:txbx>
                        <w:txbxContent>
                          <w:p w14:paraId="09EFFC76"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D040509" id="_x0000_s1064" type="#_x0000_t202" style="width:492.5pt;height:58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" fillcolor="#f0f7fa" stroked="f" strokeweight=".5pt">
                <v:textbox>
                  <w:txbxContent>
                    <w:p w14:paraId="09EFFC76"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v:textbox>
                <w10:anchorlock/>
              </v:shape>
            </w:pict>
          </mc:Fallback>
        </mc:AlternateContent>
      </w:r>
    </w:p>
    <w:p w14:paraId="0FEDC903" w14:textId="77777777" w:rsidR="00BE47E4" w:rsidRPr="00D408DC" w:rsidRDefault="00BE47E4" w:rsidP="00BE47E4">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Additional Notes</w:t>
      </w:r>
    </w:p>
    <w:p w14:paraId="30452E7D" w14:textId="77777777" w:rsidR="00BE47E4" w:rsidRPr="00201F69" w:rsidRDefault="00BE47E4" w:rsidP="00BE47E4">
      <w:pPr>
        <w:spacing w:after="180" w:line="288" w:lineRule="auto"/>
        <w:rPr>
          <w:rFonts w:ascii="Arial" w:hAnsi="Arial" w:cs="Arial"/>
          <w:noProof/>
          <w:sz w:val="22"/>
        </w:rPr>
      </w:pPr>
      <w:r>
        <w:rPr>
          <w:rFonts w:ascii="Arial" w:hAnsi="Arial" w:cs="Arial"/>
          <w:b/>
          <w:noProof/>
          <w:sz w:val="24"/>
          <w:szCs w:val="24"/>
        </w:rPr>
        <mc:AlternateContent>
          <mc:Choice Requires="wps">
            <w:drawing>
              <wp:inline distT="0" distB="0" distL="0" distR="0" wp14:anchorId="6915464D" wp14:editId="7036F074">
                <wp:extent cx="6254750" cy="7488910"/>
                <wp:effectExtent l="0" t="0" r="0" b="0"/>
                <wp:docPr id="1644239291" name="Text Box 2"/>
                <wp:cNvGraphicFramePr/>
                <a:graphic xmlns:a="http://schemas.openxmlformats.org/drawingml/2006/main">
                  <a:graphicData uri="http://schemas.microsoft.com/office/word/2010/wordprocessingShape">
                    <wps:wsp>
                      <wps:cNvSpPr txBox="1"/>
                      <wps:spPr>
                        <a:xfrm>
                          <a:off x="0" y="0"/>
                          <a:ext cx="6254750" cy="7488910"/>
                        </a:xfrm>
                        <a:prstGeom prst="rect">
                          <a:avLst/>
                        </a:prstGeom>
                        <a:solidFill>
                          <a:srgbClr val="F0F7FA"/>
                        </a:solidFill>
                        <a:ln w="6350">
                          <a:noFill/>
                        </a:ln>
                      </wps:spPr>
                      <wps:txbx>
                        <w:txbxContent>
                          <w:p w14:paraId="03C74D51"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915464D" id="_x0000_s1065" type="#_x0000_t202" style="width:492.5pt;height:58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" fillcolor="#f0f7fa" stroked="f" strokeweight=".5pt">
                <v:textbox>
                  <w:txbxContent>
                    <w:p w14:paraId="03C74D51"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v:textbox>
                <w10:anchorlock/>
              </v:shape>
            </w:pict>
          </mc:Fallback>
        </mc:AlternateContent>
      </w:r>
    </w:p>
    <w:p w14:paraId="2C3C2539" w14:textId="77777777" w:rsidR="00BE47E4" w:rsidRPr="00D408DC" w:rsidRDefault="00BE47E4" w:rsidP="00BE47E4">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Additional Notes</w:t>
      </w:r>
    </w:p>
    <w:p w14:paraId="1A6CD88C" w14:textId="77777777" w:rsidR="00BE47E4" w:rsidRPr="00201F69" w:rsidRDefault="00BE47E4" w:rsidP="00BE47E4">
      <w:pPr>
        <w:spacing w:after="180" w:line="288" w:lineRule="auto"/>
        <w:rPr>
          <w:rFonts w:ascii="Arial" w:hAnsi="Arial" w:cs="Arial"/>
          <w:noProof/>
          <w:sz w:val="22"/>
        </w:rPr>
      </w:pPr>
      <w:r>
        <w:rPr>
          <w:rFonts w:ascii="Arial" w:hAnsi="Arial" w:cs="Arial"/>
          <w:b/>
          <w:noProof/>
          <w:sz w:val="24"/>
          <w:szCs w:val="24"/>
        </w:rPr>
        <mc:AlternateContent>
          <mc:Choice Requires="wps">
            <w:drawing>
              <wp:inline distT="0" distB="0" distL="0" distR="0" wp14:anchorId="5CBC285B" wp14:editId="39651F6C">
                <wp:extent cx="6254750" cy="7488910"/>
                <wp:effectExtent l="0" t="0" r="0" b="0"/>
                <wp:docPr id="83147899" name="Text Box 2"/>
                <wp:cNvGraphicFramePr/>
                <a:graphic xmlns:a="http://schemas.openxmlformats.org/drawingml/2006/main">
                  <a:graphicData uri="http://schemas.microsoft.com/office/word/2010/wordprocessingShape">
                    <wps:wsp>
                      <wps:cNvSpPr txBox="1"/>
                      <wps:spPr>
                        <a:xfrm>
                          <a:off x="0" y="0"/>
                          <a:ext cx="6254750" cy="7488910"/>
                        </a:xfrm>
                        <a:prstGeom prst="rect">
                          <a:avLst/>
                        </a:prstGeom>
                        <a:solidFill>
                          <a:srgbClr val="F0F7FA"/>
                        </a:solidFill>
                        <a:ln w="6350">
                          <a:noFill/>
                        </a:ln>
                      </wps:spPr>
                      <wps:txbx>
                        <w:txbxContent>
                          <w:p w14:paraId="7E8E1803"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CBC285B" id="_x0000_s1066" type="#_x0000_t202" style="width:492.5pt;height:58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" fillcolor="#f0f7fa" stroked="f" strokeweight=".5pt">
                <v:textbox>
                  <w:txbxContent>
                    <w:p w14:paraId="7E8E1803"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v:textbox>
                <w10:anchorlock/>
              </v:shape>
            </w:pict>
          </mc:Fallback>
        </mc:AlternateContent>
      </w:r>
    </w:p>
    <w:p w14:paraId="1DBBA0C2" w14:textId="77777777" w:rsidR="00BE47E4" w:rsidRPr="00D408DC" w:rsidRDefault="00BE47E4" w:rsidP="00BE47E4">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Additional Notes</w:t>
      </w:r>
    </w:p>
    <w:p w14:paraId="4212EBF2" w14:textId="77777777" w:rsidR="00BE47E4" w:rsidRPr="00201F69" w:rsidRDefault="00BE47E4" w:rsidP="00BE47E4">
      <w:pPr>
        <w:spacing w:after="180" w:line="288" w:lineRule="auto"/>
        <w:rPr>
          <w:rFonts w:ascii="Arial" w:hAnsi="Arial" w:cs="Arial"/>
          <w:noProof/>
          <w:sz w:val="22"/>
        </w:rPr>
      </w:pPr>
      <w:r>
        <w:rPr>
          <w:rFonts w:ascii="Arial" w:hAnsi="Arial" w:cs="Arial"/>
          <w:b/>
          <w:noProof/>
          <w:sz w:val="24"/>
          <w:szCs w:val="24"/>
        </w:rPr>
        <mc:AlternateContent>
          <mc:Choice Requires="wps">
            <w:drawing>
              <wp:inline distT="0" distB="0" distL="0" distR="0" wp14:anchorId="6AF288F7" wp14:editId="757D54B4">
                <wp:extent cx="6254750" cy="7488910"/>
                <wp:effectExtent l="0" t="0" r="0" b="0"/>
                <wp:docPr id="1521148318" name="Text Box 2"/>
                <wp:cNvGraphicFramePr/>
                <a:graphic xmlns:a="http://schemas.openxmlformats.org/drawingml/2006/main">
                  <a:graphicData uri="http://schemas.microsoft.com/office/word/2010/wordprocessingShape">
                    <wps:wsp>
                      <wps:cNvSpPr txBox="1"/>
                      <wps:spPr>
                        <a:xfrm>
                          <a:off x="0" y="0"/>
                          <a:ext cx="6254750" cy="7488910"/>
                        </a:xfrm>
                        <a:prstGeom prst="rect">
                          <a:avLst/>
                        </a:prstGeom>
                        <a:solidFill>
                          <a:srgbClr val="F0F7FA"/>
                        </a:solidFill>
                        <a:ln w="6350">
                          <a:noFill/>
                        </a:ln>
                      </wps:spPr>
                      <wps:txbx>
                        <w:txbxContent>
                          <w:p w14:paraId="77734F71"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AF288F7" id="_x0000_s1067" type="#_x0000_t202" style="width:492.5pt;height:58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" fillcolor="#f0f7fa" stroked="f" strokeweight=".5pt">
                <v:textbox>
                  <w:txbxContent>
                    <w:p w14:paraId="77734F71"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v:textbox>
                <w10:anchorlock/>
              </v:shape>
            </w:pict>
          </mc:Fallback>
        </mc:AlternateContent>
      </w:r>
    </w:p>
    <w:p w14:paraId="570D645D" w14:textId="77777777" w:rsidR="00BE47E4" w:rsidRPr="00D408DC" w:rsidRDefault="00BE47E4" w:rsidP="00BE47E4">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Additional Notes</w:t>
      </w:r>
    </w:p>
    <w:p w14:paraId="37D03A2C" w14:textId="77777777" w:rsidR="00BE47E4" w:rsidRPr="00201F69" w:rsidRDefault="00BE47E4" w:rsidP="00BE47E4">
      <w:pPr>
        <w:spacing w:after="180" w:line="288" w:lineRule="auto"/>
        <w:rPr>
          <w:rFonts w:ascii="Arial" w:hAnsi="Arial" w:cs="Arial"/>
          <w:noProof/>
          <w:sz w:val="22"/>
        </w:rPr>
      </w:pPr>
      <w:r>
        <w:rPr>
          <w:rFonts w:ascii="Arial" w:hAnsi="Arial" w:cs="Arial"/>
          <w:b/>
          <w:noProof/>
          <w:sz w:val="24"/>
          <w:szCs w:val="24"/>
        </w:rPr>
        <mc:AlternateContent>
          <mc:Choice Requires="wps">
            <w:drawing>
              <wp:inline distT="0" distB="0" distL="0" distR="0" wp14:anchorId="4A548386" wp14:editId="274687D8">
                <wp:extent cx="6254750" cy="7488910"/>
                <wp:effectExtent l="0" t="0" r="0" b="0"/>
                <wp:docPr id="1469384748" name="Text Box 2"/>
                <wp:cNvGraphicFramePr/>
                <a:graphic xmlns:a="http://schemas.openxmlformats.org/drawingml/2006/main">
                  <a:graphicData uri="http://schemas.microsoft.com/office/word/2010/wordprocessingShape">
                    <wps:wsp>
                      <wps:cNvSpPr txBox="1"/>
                      <wps:spPr>
                        <a:xfrm>
                          <a:off x="0" y="0"/>
                          <a:ext cx="6254750" cy="7488910"/>
                        </a:xfrm>
                        <a:prstGeom prst="rect">
                          <a:avLst/>
                        </a:prstGeom>
                        <a:solidFill>
                          <a:srgbClr val="F0F7FA"/>
                        </a:solidFill>
                        <a:ln w="6350">
                          <a:noFill/>
                        </a:ln>
                      </wps:spPr>
                      <wps:txbx>
                        <w:txbxContent>
                          <w:p w14:paraId="642769A9"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A548386" id="_x0000_s1068" type="#_x0000_t202" style="width:492.5pt;height:58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" fillcolor="#f0f7fa" stroked="f" strokeweight=".5pt">
                <v:textbox>
                  <w:txbxContent>
                    <w:p w14:paraId="642769A9"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v:textbox>
                <w10:anchorlock/>
              </v:shape>
            </w:pict>
          </mc:Fallback>
        </mc:AlternateContent>
      </w:r>
    </w:p>
    <w:p w14:paraId="4E8865E9" w14:textId="77777777" w:rsidR="00BE47E4" w:rsidRPr="00D408DC" w:rsidRDefault="00BE47E4" w:rsidP="00BE47E4">
      <w:pPr>
        <w:pStyle w:val="Heading5"/>
        <w:spacing w:after="240"/>
        <w:rPr>
          <w:rFonts w:ascii="Arial" w:hAnsi="Arial" w:cs="Arial"/>
          <w:b/>
          <w:bCs/>
          <w:color w:val="8064A2" w:themeColor="accent4"/>
          <w:sz w:val="22"/>
          <w:szCs w:val="24"/>
        </w:rPr>
      </w:pPr>
      <w:r>
        <w:rPr>
          <w:rFonts w:ascii="Arial" w:hAnsi="Arial" w:cs="Arial"/>
          <w:b/>
          <w:bCs/>
          <w:color w:val="8064A2" w:themeColor="accent4"/>
          <w:sz w:val="22"/>
          <w:szCs w:val="24"/>
        </w:rPr>
        <w:lastRenderedPageBreak/>
        <w:t>Additional Notes</w:t>
      </w:r>
    </w:p>
    <w:p w14:paraId="61BA757B" w14:textId="77777777" w:rsidR="00BE47E4" w:rsidRPr="00201F69" w:rsidRDefault="00BE47E4" w:rsidP="00BE47E4">
      <w:pPr>
        <w:spacing w:after="180" w:line="288" w:lineRule="auto"/>
        <w:rPr>
          <w:rFonts w:ascii="Arial" w:hAnsi="Arial" w:cs="Arial"/>
          <w:noProof/>
          <w:sz w:val="22"/>
        </w:rPr>
      </w:pPr>
      <w:r>
        <w:rPr>
          <w:rFonts w:ascii="Arial" w:hAnsi="Arial" w:cs="Arial"/>
          <w:b/>
          <w:noProof/>
          <w:sz w:val="24"/>
          <w:szCs w:val="24"/>
        </w:rPr>
        <mc:AlternateContent>
          <mc:Choice Requires="wps">
            <w:drawing>
              <wp:inline distT="0" distB="0" distL="0" distR="0" wp14:anchorId="4939E7B8" wp14:editId="4D7B573C">
                <wp:extent cx="6254750" cy="7488910"/>
                <wp:effectExtent l="0" t="0" r="0" b="0"/>
                <wp:docPr id="1679987008" name="Text Box 2"/>
                <wp:cNvGraphicFramePr/>
                <a:graphic xmlns:a="http://schemas.openxmlformats.org/drawingml/2006/main">
                  <a:graphicData uri="http://schemas.microsoft.com/office/word/2010/wordprocessingShape">
                    <wps:wsp>
                      <wps:cNvSpPr txBox="1"/>
                      <wps:spPr>
                        <a:xfrm>
                          <a:off x="0" y="0"/>
                          <a:ext cx="6254750" cy="7488910"/>
                        </a:xfrm>
                        <a:prstGeom prst="rect">
                          <a:avLst/>
                        </a:prstGeom>
                        <a:solidFill>
                          <a:srgbClr val="F0F7FA"/>
                        </a:solidFill>
                        <a:ln w="6350">
                          <a:noFill/>
                        </a:ln>
                      </wps:spPr>
                      <wps:txbx>
                        <w:txbxContent>
                          <w:p w14:paraId="57D62CFA"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939E7B8" id="_x0000_s1069" type="#_x0000_t202" style="width:492.5pt;height:58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" fillcolor="#f0f7fa" stroked="f" strokeweight=".5pt">
                <v:textbox>
                  <w:txbxContent>
                    <w:p w14:paraId="57D62CFA" w14:textId="77777777" w:rsidR="00BE47E4" w:rsidRPr="00201F69" w:rsidRDefault="00BE47E4" w:rsidP="00BE47E4">
                      <w:pPr>
                        <w:spacing w:after="0"/>
                        <w:rPr>
                          <w:sz w:val="22"/>
                          <w:szCs w:val="24"/>
                        </w:rPr>
                      </w:pPr>
                      <w:r>
                        <w:rPr>
                          <w:b/>
                          <w:bCs/>
                          <w:sz w:val="22"/>
                          <w:szCs w:val="24"/>
                        </w:rPr>
                        <w:t xml:space="preserve">Continued from: </w:t>
                      </w:r>
                      <w:r>
                        <w:rPr>
                          <w:b/>
                          <w:bCs/>
                          <w:sz w:val="22"/>
                          <w:szCs w:val="24"/>
                        </w:rPr>
                        <w:br/>
                      </w:r>
                      <w:r w:rsidRPr="00201F69">
                        <w:rPr>
                          <w:sz w:val="22"/>
                          <w:szCs w:val="24"/>
                        </w:rPr>
                        <w:t>(Write/type the section you are currently working in</w:t>
                      </w:r>
                      <w:r>
                        <w:rPr>
                          <w:sz w:val="22"/>
                          <w:szCs w:val="24"/>
                        </w:rPr>
                        <w:t xml:space="preserve"> for reference</w:t>
                      </w:r>
                      <w:r w:rsidRPr="00201F69">
                        <w:rPr>
                          <w:sz w:val="22"/>
                          <w:szCs w:val="24"/>
                        </w:rPr>
                        <w:t xml:space="preserve">) </w:t>
                      </w:r>
                    </w:p>
                  </w:txbxContent>
                </v:textbox>
                <w10:anchorlock/>
              </v:shape>
            </w:pict>
          </mc:Fallback>
        </mc:AlternateContent>
      </w:r>
    </w:p>
    <w:p w14:paraId="10332556" w14:textId="77777777" w:rsidR="00BE47E4" w:rsidRPr="00201F69" w:rsidRDefault="00BE47E4" w:rsidP="00201F69">
      <w:pPr>
        <w:spacing w:after="180" w:line="288" w:lineRule="auto"/>
        <w:rPr>
          <w:rFonts w:ascii="Arial" w:hAnsi="Arial" w:cs="Arial"/>
          <w:noProof/>
          <w:sz w:val="22"/>
        </w:rPr>
      </w:pPr>
    </w:p>
    <w:p w14:paraId="67C46A6D" w14:textId="7B7064E1" w:rsidR="00CF3545" w:rsidRPr="00CF3545" w:rsidRDefault="00201F69" w:rsidP="00201F69">
      <w:pPr>
        <w:spacing w:after="240" w:line="312" w:lineRule="auto"/>
        <w:rPr>
          <w:rFonts w:ascii="Arial" w:hAnsi="Arial" w:cs="Arial"/>
          <w:sz w:val="22"/>
        </w:rPr>
      </w:pPr>
      <w:r>
        <w:rPr>
          <w:rFonts w:ascii="Arial" w:hAnsi="Arial" w:cs="Arial"/>
          <w:i/>
          <w:iCs/>
          <w:color w:val="0070C0"/>
          <w:sz w:val="24"/>
          <w:szCs w:val="28"/>
        </w:rPr>
        <w:br w:type="page"/>
      </w:r>
      <w:bookmarkEnd w:id="0"/>
    </w:p>
    <w:sectPr w:rsidR="00CF3545" w:rsidRPr="00CF3545" w:rsidSect="00034616">
      <w:headerReference w:type="default" r:id="rId8"/>
      <w:footerReference w:type="default" r:id="rId9"/>
      <w:pgSz w:w="12240" w:h="15840"/>
      <w:pgMar w:top="1037" w:right="1195" w:bottom="936" w:left="119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7BD14" w14:textId="77777777" w:rsidR="00755642" w:rsidRDefault="00755642">
      <w:pPr>
        <w:spacing w:after="0" w:line="240" w:lineRule="auto"/>
      </w:pPr>
      <w:r>
        <w:separator/>
      </w:r>
    </w:p>
  </w:endnote>
  <w:endnote w:type="continuationSeparator" w:id="0">
    <w:p w14:paraId="3813517A" w14:textId="77777777" w:rsidR="00755642" w:rsidRDefault="00755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Liberation Sans">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632C9" w14:textId="625FC3BF" w:rsidR="00697754" w:rsidRPr="00A941E5" w:rsidRDefault="00A941E5" w:rsidP="00A941E5">
    <w:pPr>
      <w:pStyle w:val="Footer"/>
      <w:jc w:val="center"/>
    </w:pPr>
    <w:r w:rsidRPr="00A941E5">
      <w:rPr>
        <w:rFonts w:ascii="Liberation Sans" w:hAnsi="Liberation Sans"/>
        <w:color w:val="687882"/>
        <w:sz w:val="16"/>
        <w:szCs w:val="24"/>
      </w:rPr>
      <w:t>© 2026 Nicole Filippone | nicolefilippone.com | Free educational resource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E08AE" w14:textId="77777777" w:rsidR="00755642" w:rsidRDefault="00755642">
      <w:pPr>
        <w:spacing w:after="0" w:line="240" w:lineRule="auto"/>
      </w:pPr>
      <w:r>
        <w:separator/>
      </w:r>
    </w:p>
  </w:footnote>
  <w:footnote w:type="continuationSeparator" w:id="0">
    <w:p w14:paraId="708C5C65" w14:textId="77777777" w:rsidR="00755642" w:rsidRDefault="007556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6BD7A" w14:textId="6989B85F" w:rsidR="00697754" w:rsidRDefault="00697754" w:rsidP="00697754">
    <w:pPr>
      <w:pStyle w:val="Footer"/>
      <w:jc w:val="center"/>
    </w:pPr>
    <w:r>
      <w:rPr>
        <w:color w:val="5B6A70"/>
        <w:sz w:val="16"/>
      </w:rPr>
      <w:t>AUTISTIC SELF-</w:t>
    </w:r>
    <w:r w:rsidR="00DB709B">
      <w:rPr>
        <w:color w:val="5B6A70"/>
        <w:sz w:val="16"/>
      </w:rPr>
      <w:t>IDENTIFICATION &amp; DIAGNOSIS</w:t>
    </w:r>
    <w:r w:rsidR="00842B28">
      <w:rPr>
        <w:color w:val="5B6A70"/>
        <w:sz w:val="16"/>
      </w:rPr>
      <w:t xml:space="preserve"> </w:t>
    </w:r>
    <w:r w:rsidR="002E5F9C">
      <w:rPr>
        <w:color w:val="5B6A70"/>
        <w:sz w:val="16"/>
      </w:rPr>
      <w:t>INTERACTIVE GUIDE</w:t>
    </w:r>
    <w:r>
      <w:rPr>
        <w:color w:val="5B6A70"/>
        <w:sz w:val="16"/>
      </w:rPr>
      <w:t xml:space="preserve"> </w:t>
    </w:r>
    <w:r w:rsidR="009D4A53">
      <w:rPr>
        <w:color w:val="5B6A70"/>
        <w:sz w:val="16"/>
      </w:rPr>
      <w:t>|</w:t>
    </w:r>
    <w:r>
      <w:rPr>
        <w:color w:val="5B6A70"/>
        <w:sz w:val="16"/>
      </w:rPr>
      <w:t xml:space="preserve"> </w:t>
    </w:r>
    <w:r w:rsidR="00E462EB">
      <w:rPr>
        <w:color w:val="5B6A70"/>
        <w:sz w:val="16"/>
      </w:rPr>
      <w:t>NICOLE FILIPPONE</w:t>
    </w:r>
  </w:p>
  <w:p w14:paraId="186ECD29" w14:textId="77777777" w:rsidR="00697754" w:rsidRDefault="006977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02A0191"/>
    <w:multiLevelType w:val="hybridMultilevel"/>
    <w:tmpl w:val="E11EB708"/>
    <w:lvl w:ilvl="0" w:tplc="C86A13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3C2BA3"/>
    <w:multiLevelType w:val="hybridMultilevel"/>
    <w:tmpl w:val="AB34920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0C40146"/>
    <w:multiLevelType w:val="hybridMultilevel"/>
    <w:tmpl w:val="686EBAB0"/>
    <w:lvl w:ilvl="0" w:tplc="8E90C5F8">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FE4D05"/>
    <w:multiLevelType w:val="hybridMultilevel"/>
    <w:tmpl w:val="1D280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27319EB"/>
    <w:multiLevelType w:val="multilevel"/>
    <w:tmpl w:val="FDB21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2C02A80"/>
    <w:multiLevelType w:val="multilevel"/>
    <w:tmpl w:val="7804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43B71EB"/>
    <w:multiLevelType w:val="multilevel"/>
    <w:tmpl w:val="246C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DF38B6"/>
    <w:multiLevelType w:val="hybridMultilevel"/>
    <w:tmpl w:val="9846268E"/>
    <w:lvl w:ilvl="0" w:tplc="10BEA8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8584988"/>
    <w:multiLevelType w:val="multilevel"/>
    <w:tmpl w:val="49D86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0BD53CD"/>
    <w:multiLevelType w:val="hybridMultilevel"/>
    <w:tmpl w:val="69AC8062"/>
    <w:lvl w:ilvl="0" w:tplc="42DC6B80">
      <w:start w:val="7"/>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1E0C16"/>
    <w:multiLevelType w:val="multilevel"/>
    <w:tmpl w:val="C15EE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B50F16"/>
    <w:multiLevelType w:val="hybridMultilevel"/>
    <w:tmpl w:val="65BA2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166338"/>
    <w:multiLevelType w:val="hybridMultilevel"/>
    <w:tmpl w:val="CD18C1DE"/>
    <w:lvl w:ilvl="0" w:tplc="42DC6B80">
      <w:start w:val="7"/>
      <w:numFmt w:val="bullet"/>
      <w:lvlText w:val="•"/>
      <w:lvlJc w:val="left"/>
      <w:pPr>
        <w:ind w:left="72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D14718"/>
    <w:multiLevelType w:val="hybridMultilevel"/>
    <w:tmpl w:val="69A2F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2266CD"/>
    <w:multiLevelType w:val="hybridMultilevel"/>
    <w:tmpl w:val="F59646C4"/>
    <w:lvl w:ilvl="0" w:tplc="C3F4E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BB2E4F"/>
    <w:multiLevelType w:val="hybridMultilevel"/>
    <w:tmpl w:val="02DE65D4"/>
    <w:lvl w:ilvl="0" w:tplc="CD5A79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E30F53"/>
    <w:multiLevelType w:val="hybridMultilevel"/>
    <w:tmpl w:val="6C383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8F44D2"/>
    <w:multiLevelType w:val="multilevel"/>
    <w:tmpl w:val="D5862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7B3101"/>
    <w:multiLevelType w:val="hybridMultilevel"/>
    <w:tmpl w:val="D41CD064"/>
    <w:lvl w:ilvl="0" w:tplc="9A2AAF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166B79"/>
    <w:multiLevelType w:val="multilevel"/>
    <w:tmpl w:val="A6A0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C61556"/>
    <w:multiLevelType w:val="hybridMultilevel"/>
    <w:tmpl w:val="8A1E3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F800CB"/>
    <w:multiLevelType w:val="hybridMultilevel"/>
    <w:tmpl w:val="58901D88"/>
    <w:lvl w:ilvl="0" w:tplc="42DC6B80">
      <w:start w:val="7"/>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DE94625"/>
    <w:multiLevelType w:val="hybridMultilevel"/>
    <w:tmpl w:val="D27EB7B6"/>
    <w:lvl w:ilvl="0" w:tplc="5316C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9A47C0"/>
    <w:multiLevelType w:val="hybridMultilevel"/>
    <w:tmpl w:val="B86A3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180FB6"/>
    <w:multiLevelType w:val="hybridMultilevel"/>
    <w:tmpl w:val="91B2C950"/>
    <w:lvl w:ilvl="0" w:tplc="144AB3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EB2667"/>
    <w:multiLevelType w:val="hybridMultilevel"/>
    <w:tmpl w:val="9BA0B404"/>
    <w:lvl w:ilvl="0" w:tplc="A31CF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531C0E"/>
    <w:multiLevelType w:val="hybridMultilevel"/>
    <w:tmpl w:val="F9363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8206602">
    <w:abstractNumId w:val="8"/>
  </w:num>
  <w:num w:numId="2" w16cid:durableId="1073621600">
    <w:abstractNumId w:val="6"/>
  </w:num>
  <w:num w:numId="3" w16cid:durableId="1488935177">
    <w:abstractNumId w:val="5"/>
  </w:num>
  <w:num w:numId="4" w16cid:durableId="864707095">
    <w:abstractNumId w:val="4"/>
  </w:num>
  <w:num w:numId="5" w16cid:durableId="647320882">
    <w:abstractNumId w:val="7"/>
  </w:num>
  <w:num w:numId="6" w16cid:durableId="652216774">
    <w:abstractNumId w:val="3"/>
  </w:num>
  <w:num w:numId="7" w16cid:durableId="1135176381">
    <w:abstractNumId w:val="2"/>
  </w:num>
  <w:num w:numId="8" w16cid:durableId="1406612034">
    <w:abstractNumId w:val="1"/>
  </w:num>
  <w:num w:numId="9" w16cid:durableId="616646419">
    <w:abstractNumId w:val="0"/>
  </w:num>
  <w:num w:numId="10" w16cid:durableId="59133653">
    <w:abstractNumId w:val="12"/>
  </w:num>
  <w:num w:numId="11" w16cid:durableId="1527401968">
    <w:abstractNumId w:val="11"/>
  </w:num>
  <w:num w:numId="12" w16cid:durableId="1619413448">
    <w:abstractNumId w:val="20"/>
  </w:num>
  <w:num w:numId="13" w16cid:durableId="1455249685">
    <w:abstractNumId w:val="25"/>
  </w:num>
  <w:num w:numId="14" w16cid:durableId="844124618">
    <w:abstractNumId w:val="35"/>
  </w:num>
  <w:num w:numId="15" w16cid:durableId="1422990878">
    <w:abstractNumId w:val="21"/>
  </w:num>
  <w:num w:numId="16" w16cid:durableId="566917466">
    <w:abstractNumId w:val="27"/>
  </w:num>
  <w:num w:numId="17" w16cid:durableId="259066370">
    <w:abstractNumId w:val="18"/>
  </w:num>
  <w:num w:numId="18" w16cid:durableId="628628133">
    <w:abstractNumId w:val="30"/>
  </w:num>
  <w:num w:numId="19" w16cid:durableId="393554808">
    <w:abstractNumId w:val="33"/>
  </w:num>
  <w:num w:numId="20" w16cid:durableId="435712770">
    <w:abstractNumId w:val="32"/>
  </w:num>
  <w:num w:numId="21" w16cid:durableId="1518159537">
    <w:abstractNumId w:val="22"/>
  </w:num>
  <w:num w:numId="22" w16cid:durableId="956722171">
    <w:abstractNumId w:val="10"/>
  </w:num>
  <w:num w:numId="23" w16cid:durableId="2064450454">
    <w:abstractNumId w:val="17"/>
  </w:num>
  <w:num w:numId="24" w16cid:durableId="626280802">
    <w:abstractNumId w:val="26"/>
  </w:num>
  <w:num w:numId="25" w16cid:durableId="911693099">
    <w:abstractNumId w:val="13"/>
  </w:num>
  <w:num w:numId="26" w16cid:durableId="1198540374">
    <w:abstractNumId w:val="19"/>
  </w:num>
  <w:num w:numId="27" w16cid:durableId="255868859">
    <w:abstractNumId w:val="15"/>
  </w:num>
  <w:num w:numId="28" w16cid:durableId="2070684532">
    <w:abstractNumId w:val="14"/>
  </w:num>
  <w:num w:numId="29" w16cid:durableId="1365978680">
    <w:abstractNumId w:val="28"/>
  </w:num>
  <w:num w:numId="30" w16cid:durableId="95909538">
    <w:abstractNumId w:val="34"/>
  </w:num>
  <w:num w:numId="31" w16cid:durableId="703485975">
    <w:abstractNumId w:val="31"/>
  </w:num>
  <w:num w:numId="32" w16cid:durableId="100490428">
    <w:abstractNumId w:val="24"/>
  </w:num>
  <w:num w:numId="33" w16cid:durableId="1259556641">
    <w:abstractNumId w:val="16"/>
  </w:num>
  <w:num w:numId="34" w16cid:durableId="585573123">
    <w:abstractNumId w:val="9"/>
  </w:num>
  <w:num w:numId="35" w16cid:durableId="1640768353">
    <w:abstractNumId w:val="23"/>
  </w:num>
  <w:num w:numId="36" w16cid:durableId="175046948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FE5"/>
    <w:rsid w:val="00006B89"/>
    <w:rsid w:val="00030C41"/>
    <w:rsid w:val="00032241"/>
    <w:rsid w:val="00033BEE"/>
    <w:rsid w:val="00034616"/>
    <w:rsid w:val="00034F73"/>
    <w:rsid w:val="000433B6"/>
    <w:rsid w:val="0004673E"/>
    <w:rsid w:val="00054C73"/>
    <w:rsid w:val="0006063C"/>
    <w:rsid w:val="00071320"/>
    <w:rsid w:val="000722A4"/>
    <w:rsid w:val="00082A39"/>
    <w:rsid w:val="000A413B"/>
    <w:rsid w:val="000A6A68"/>
    <w:rsid w:val="000B2784"/>
    <w:rsid w:val="000C2047"/>
    <w:rsid w:val="000D469F"/>
    <w:rsid w:val="000E2C5C"/>
    <w:rsid w:val="000E5171"/>
    <w:rsid w:val="000F4DE2"/>
    <w:rsid w:val="000F6042"/>
    <w:rsid w:val="000F6E17"/>
    <w:rsid w:val="00110C1C"/>
    <w:rsid w:val="00112FB6"/>
    <w:rsid w:val="001256D4"/>
    <w:rsid w:val="00125AF4"/>
    <w:rsid w:val="00137E44"/>
    <w:rsid w:val="00140922"/>
    <w:rsid w:val="00145379"/>
    <w:rsid w:val="00146367"/>
    <w:rsid w:val="0015074B"/>
    <w:rsid w:val="00152153"/>
    <w:rsid w:val="0016423F"/>
    <w:rsid w:val="001A1996"/>
    <w:rsid w:val="001A36B5"/>
    <w:rsid w:val="001B08AE"/>
    <w:rsid w:val="001B5563"/>
    <w:rsid w:val="001C5C33"/>
    <w:rsid w:val="001D5FA7"/>
    <w:rsid w:val="001F1D8C"/>
    <w:rsid w:val="002015B6"/>
    <w:rsid w:val="00201F69"/>
    <w:rsid w:val="00213202"/>
    <w:rsid w:val="00220A50"/>
    <w:rsid w:val="00224346"/>
    <w:rsid w:val="00235345"/>
    <w:rsid w:val="00243AFB"/>
    <w:rsid w:val="0025217F"/>
    <w:rsid w:val="00260491"/>
    <w:rsid w:val="00267914"/>
    <w:rsid w:val="0027486C"/>
    <w:rsid w:val="002754A6"/>
    <w:rsid w:val="00283A94"/>
    <w:rsid w:val="0029639D"/>
    <w:rsid w:val="002A2E26"/>
    <w:rsid w:val="002B739B"/>
    <w:rsid w:val="002E2B49"/>
    <w:rsid w:val="002E3260"/>
    <w:rsid w:val="002E4D6F"/>
    <w:rsid w:val="002E5F9C"/>
    <w:rsid w:val="002E7029"/>
    <w:rsid w:val="002F0D4E"/>
    <w:rsid w:val="0030064E"/>
    <w:rsid w:val="00302F2F"/>
    <w:rsid w:val="0030745E"/>
    <w:rsid w:val="003123D7"/>
    <w:rsid w:val="00314A43"/>
    <w:rsid w:val="00326F90"/>
    <w:rsid w:val="0034161B"/>
    <w:rsid w:val="00342E7F"/>
    <w:rsid w:val="003501F3"/>
    <w:rsid w:val="00357A3F"/>
    <w:rsid w:val="003644E9"/>
    <w:rsid w:val="00385207"/>
    <w:rsid w:val="003A0454"/>
    <w:rsid w:val="003A1587"/>
    <w:rsid w:val="003B29D5"/>
    <w:rsid w:val="003D3AFB"/>
    <w:rsid w:val="003D5BD5"/>
    <w:rsid w:val="003E4337"/>
    <w:rsid w:val="003E5A40"/>
    <w:rsid w:val="003E5C11"/>
    <w:rsid w:val="003F79B5"/>
    <w:rsid w:val="00407444"/>
    <w:rsid w:val="0041328A"/>
    <w:rsid w:val="004311E1"/>
    <w:rsid w:val="0044171E"/>
    <w:rsid w:val="00445316"/>
    <w:rsid w:val="00446114"/>
    <w:rsid w:val="004533EB"/>
    <w:rsid w:val="00471292"/>
    <w:rsid w:val="00471660"/>
    <w:rsid w:val="00480CF8"/>
    <w:rsid w:val="004856A2"/>
    <w:rsid w:val="004960B4"/>
    <w:rsid w:val="004A04AE"/>
    <w:rsid w:val="004B49AB"/>
    <w:rsid w:val="004C12EB"/>
    <w:rsid w:val="004C1443"/>
    <w:rsid w:val="004C2B75"/>
    <w:rsid w:val="004C5E31"/>
    <w:rsid w:val="004D2B78"/>
    <w:rsid w:val="004D4728"/>
    <w:rsid w:val="004D5A3B"/>
    <w:rsid w:val="00504F5D"/>
    <w:rsid w:val="0050557E"/>
    <w:rsid w:val="00511427"/>
    <w:rsid w:val="00513405"/>
    <w:rsid w:val="00520D9B"/>
    <w:rsid w:val="00530656"/>
    <w:rsid w:val="005306B7"/>
    <w:rsid w:val="00533969"/>
    <w:rsid w:val="00560D23"/>
    <w:rsid w:val="00564E9C"/>
    <w:rsid w:val="005773B7"/>
    <w:rsid w:val="0058049C"/>
    <w:rsid w:val="0058674B"/>
    <w:rsid w:val="00590168"/>
    <w:rsid w:val="005A2E8A"/>
    <w:rsid w:val="005A4CE5"/>
    <w:rsid w:val="005A5326"/>
    <w:rsid w:val="005A79F6"/>
    <w:rsid w:val="005C221B"/>
    <w:rsid w:val="005C597F"/>
    <w:rsid w:val="005F202A"/>
    <w:rsid w:val="005F36C3"/>
    <w:rsid w:val="0062115B"/>
    <w:rsid w:val="00621F5A"/>
    <w:rsid w:val="00627A44"/>
    <w:rsid w:val="006476AE"/>
    <w:rsid w:val="006617B9"/>
    <w:rsid w:val="00666E75"/>
    <w:rsid w:val="006726DC"/>
    <w:rsid w:val="006852FD"/>
    <w:rsid w:val="00697754"/>
    <w:rsid w:val="006A3535"/>
    <w:rsid w:val="006A44B2"/>
    <w:rsid w:val="006B4ACC"/>
    <w:rsid w:val="006C36F1"/>
    <w:rsid w:val="006C4770"/>
    <w:rsid w:val="006C601E"/>
    <w:rsid w:val="006D34A4"/>
    <w:rsid w:val="006F2A5E"/>
    <w:rsid w:val="006F7F60"/>
    <w:rsid w:val="00702745"/>
    <w:rsid w:val="007270E4"/>
    <w:rsid w:val="00755642"/>
    <w:rsid w:val="00777512"/>
    <w:rsid w:val="007777A7"/>
    <w:rsid w:val="0078576F"/>
    <w:rsid w:val="007A61FD"/>
    <w:rsid w:val="007B3D62"/>
    <w:rsid w:val="007C744F"/>
    <w:rsid w:val="007D5844"/>
    <w:rsid w:val="007E60FB"/>
    <w:rsid w:val="00800AF4"/>
    <w:rsid w:val="008216A5"/>
    <w:rsid w:val="0083567C"/>
    <w:rsid w:val="00842B28"/>
    <w:rsid w:val="00846956"/>
    <w:rsid w:val="00850EFA"/>
    <w:rsid w:val="00854E7D"/>
    <w:rsid w:val="008552C7"/>
    <w:rsid w:val="0086025C"/>
    <w:rsid w:val="00862764"/>
    <w:rsid w:val="0088305C"/>
    <w:rsid w:val="00886A35"/>
    <w:rsid w:val="008A00EC"/>
    <w:rsid w:val="008A2C64"/>
    <w:rsid w:val="008A44D4"/>
    <w:rsid w:val="008B101B"/>
    <w:rsid w:val="008C2950"/>
    <w:rsid w:val="008C35FE"/>
    <w:rsid w:val="008C4892"/>
    <w:rsid w:val="008E0D57"/>
    <w:rsid w:val="009016D7"/>
    <w:rsid w:val="0090496D"/>
    <w:rsid w:val="009154F2"/>
    <w:rsid w:val="00917CA2"/>
    <w:rsid w:val="0092498B"/>
    <w:rsid w:val="00950AF9"/>
    <w:rsid w:val="00956CC5"/>
    <w:rsid w:val="00961F1B"/>
    <w:rsid w:val="00963465"/>
    <w:rsid w:val="0097094F"/>
    <w:rsid w:val="009840BE"/>
    <w:rsid w:val="00995435"/>
    <w:rsid w:val="009A6530"/>
    <w:rsid w:val="009B5B4B"/>
    <w:rsid w:val="009B72F7"/>
    <w:rsid w:val="009C476A"/>
    <w:rsid w:val="009C7C7F"/>
    <w:rsid w:val="009D4A53"/>
    <w:rsid w:val="009E0DCA"/>
    <w:rsid w:val="009F0DD1"/>
    <w:rsid w:val="009F7115"/>
    <w:rsid w:val="00A341C3"/>
    <w:rsid w:val="00A462AD"/>
    <w:rsid w:val="00A7113C"/>
    <w:rsid w:val="00A717FC"/>
    <w:rsid w:val="00A941E5"/>
    <w:rsid w:val="00AA1D8D"/>
    <w:rsid w:val="00AB232A"/>
    <w:rsid w:val="00AC44A3"/>
    <w:rsid w:val="00AC66AC"/>
    <w:rsid w:val="00AD22A7"/>
    <w:rsid w:val="00AF1C71"/>
    <w:rsid w:val="00AF1FBA"/>
    <w:rsid w:val="00B04C6F"/>
    <w:rsid w:val="00B05DC5"/>
    <w:rsid w:val="00B063CB"/>
    <w:rsid w:val="00B21C49"/>
    <w:rsid w:val="00B43E24"/>
    <w:rsid w:val="00B47730"/>
    <w:rsid w:val="00BA21D8"/>
    <w:rsid w:val="00BA4AEC"/>
    <w:rsid w:val="00BD51F5"/>
    <w:rsid w:val="00BE1D8F"/>
    <w:rsid w:val="00BE4321"/>
    <w:rsid w:val="00BE47E4"/>
    <w:rsid w:val="00BF1453"/>
    <w:rsid w:val="00BF3F37"/>
    <w:rsid w:val="00C149FA"/>
    <w:rsid w:val="00C21946"/>
    <w:rsid w:val="00C23475"/>
    <w:rsid w:val="00C53771"/>
    <w:rsid w:val="00C60026"/>
    <w:rsid w:val="00C62A5C"/>
    <w:rsid w:val="00C7003E"/>
    <w:rsid w:val="00C84D3E"/>
    <w:rsid w:val="00C90EFA"/>
    <w:rsid w:val="00C94F5E"/>
    <w:rsid w:val="00CB0664"/>
    <w:rsid w:val="00CB1DF6"/>
    <w:rsid w:val="00CC1504"/>
    <w:rsid w:val="00CD5073"/>
    <w:rsid w:val="00CE128F"/>
    <w:rsid w:val="00CF3545"/>
    <w:rsid w:val="00CF3EC8"/>
    <w:rsid w:val="00D02840"/>
    <w:rsid w:val="00D05244"/>
    <w:rsid w:val="00D0762C"/>
    <w:rsid w:val="00D10B83"/>
    <w:rsid w:val="00D23C3A"/>
    <w:rsid w:val="00D408DC"/>
    <w:rsid w:val="00D40B56"/>
    <w:rsid w:val="00D47386"/>
    <w:rsid w:val="00D65AD0"/>
    <w:rsid w:val="00D80790"/>
    <w:rsid w:val="00D83423"/>
    <w:rsid w:val="00DA4DD0"/>
    <w:rsid w:val="00DA7F95"/>
    <w:rsid w:val="00DB6550"/>
    <w:rsid w:val="00DB709B"/>
    <w:rsid w:val="00DD76F6"/>
    <w:rsid w:val="00DE4DDC"/>
    <w:rsid w:val="00DE590A"/>
    <w:rsid w:val="00E00E38"/>
    <w:rsid w:val="00E078A7"/>
    <w:rsid w:val="00E11CC0"/>
    <w:rsid w:val="00E1233A"/>
    <w:rsid w:val="00E462EB"/>
    <w:rsid w:val="00E570E6"/>
    <w:rsid w:val="00E628D6"/>
    <w:rsid w:val="00E73669"/>
    <w:rsid w:val="00EA0B2B"/>
    <w:rsid w:val="00EA1E17"/>
    <w:rsid w:val="00EA4299"/>
    <w:rsid w:val="00EC0F7A"/>
    <w:rsid w:val="00ED1413"/>
    <w:rsid w:val="00ED6540"/>
    <w:rsid w:val="00EE7E22"/>
    <w:rsid w:val="00F006EF"/>
    <w:rsid w:val="00F33BC1"/>
    <w:rsid w:val="00F342BA"/>
    <w:rsid w:val="00F5346E"/>
    <w:rsid w:val="00F62B7A"/>
    <w:rsid w:val="00F773B2"/>
    <w:rsid w:val="00F85B99"/>
    <w:rsid w:val="00F9641F"/>
    <w:rsid w:val="00FB195D"/>
    <w:rsid w:val="00FC49DD"/>
    <w:rsid w:val="00FC693F"/>
    <w:rsid w:val="00FD00E0"/>
    <w:rsid w:val="00FD443D"/>
    <w:rsid w:val="00FD51AC"/>
    <w:rsid w:val="00FE09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676D2C"/>
  <w14:defaultImageDpi w14:val="300"/>
  <w15:docId w15:val="{3F50E7BC-FD6D-4050-9C28-5C090D05B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ptos" w:hAnsi="Aptos"/>
      <w:color w:val="193344"/>
      <w:sz w:val="21"/>
    </w:rPr>
  </w:style>
  <w:style w:type="paragraph" w:styleId="Heading1">
    <w:name w:val="heading 1"/>
    <w:basedOn w:val="Normal"/>
    <w:next w:val="Normal"/>
    <w:link w:val="Heading1Char"/>
    <w:uiPriority w:val="9"/>
    <w:qFormat/>
    <w:rsid w:val="00FC693F"/>
    <w:pPr>
      <w:keepNext/>
      <w:keepLines/>
      <w:spacing w:before="80" w:after="160"/>
      <w:outlineLvl w:val="0"/>
    </w:pPr>
    <w:rPr>
      <w:rFonts w:asciiTheme="majorHAnsi" w:eastAsiaTheme="majorEastAsia" w:hAnsiTheme="majorHAnsi" w:cstheme="majorBidi"/>
      <w:b/>
      <w:bCs/>
      <w:sz w:val="38"/>
      <w:szCs w:val="28"/>
    </w:rPr>
  </w:style>
  <w:style w:type="paragraph" w:styleId="Heading2">
    <w:name w:val="heading 2"/>
    <w:basedOn w:val="Normal"/>
    <w:next w:val="Normal"/>
    <w:link w:val="Heading2Char"/>
    <w:uiPriority w:val="9"/>
    <w:unhideWhenUsed/>
    <w:qFormat/>
    <w:rsid w:val="00FC693F"/>
    <w:pPr>
      <w:keepNext/>
      <w:keepLines/>
      <w:spacing w:before="80" w:after="160"/>
      <w:outlineLvl w:val="1"/>
    </w:pPr>
    <w:rPr>
      <w:rFonts w:asciiTheme="majorHAnsi" w:eastAsiaTheme="majorEastAsia" w:hAnsiTheme="majorHAnsi" w:cstheme="majorBidi"/>
      <w:b/>
      <w:bCs/>
      <w:color w:val="1A6D6E"/>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58</Pages>
  <Words>4070</Words>
  <Characters>23205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Autistic Self-Advocacy Support Workbook</vt:lpstr>
    </vt:vector>
  </TitlesOfParts>
  <Manager/>
  <Company/>
  <LinksUpToDate>false</LinksUpToDate>
  <CharactersWithSpaces>27221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Autistic Self-Advocacy Support Workbook</dc:title>
  <dc:subject>Guided worksheets and RMATT/EASE reference pages</dc:subject>
  <dc:creator>python-docx</dc:creator>
  <cp:keywords/>
  <dc:description>generated by python-docx</dc:description>
  <cp:lastModifiedBy>Nikki Filippone</cp:lastModifiedBy>
  <cp:revision>6</cp:revision>
  <cp:lastPrinted>2026-11-04T15:11:00Z</cp:lastPrinted>
  <dcterms:created xsi:type="dcterms:W3CDTF">2026-11-08T14:13:00Z</dcterms:created>
  <dcterms:modified xsi:type="dcterms:W3CDTF">2026-11-08T14:18:00Z</dcterms:modified>
  <cp:category/>
</cp:coreProperties>
</file>